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D8C950" w14:textId="1ACBAB29" w:rsidR="00140F07" w:rsidRPr="002600BC" w:rsidRDefault="00851419" w:rsidP="009E1A3A">
      <w:pPr>
        <w:spacing w:after="0" w:line="240" w:lineRule="auto"/>
        <w:jc w:val="center"/>
        <w:rPr>
          <w:rFonts w:ascii="Aptos" w:hAnsi="Aptos"/>
          <w:b/>
          <w:color w:val="00B0F0"/>
          <w:sz w:val="44"/>
          <w:szCs w:val="32"/>
          <w:lang w:val="es-MX"/>
        </w:rPr>
      </w:pPr>
      <w:r w:rsidRPr="002600BC">
        <w:rPr>
          <w:rFonts w:ascii="Aptos" w:hAnsi="Aptos"/>
          <w:b/>
          <w:color w:val="176B45"/>
          <w:sz w:val="52"/>
          <w:szCs w:val="52"/>
          <w:lang w:val="es-MX"/>
        </w:rPr>
        <w:t>▢</w:t>
      </w:r>
      <w:r w:rsidRPr="002600BC">
        <w:rPr>
          <w:rFonts w:ascii="Aptos" w:hAnsi="Aptos"/>
          <w:b/>
          <w:color w:val="176B45"/>
          <w:sz w:val="23"/>
          <w:lang w:val="es-MX"/>
        </w:rPr>
        <w:t xml:space="preserve">  </w:t>
      </w:r>
      <w:r w:rsidRPr="002600BC">
        <w:rPr>
          <w:rFonts w:ascii="Aptos" w:hAnsi="Aptos"/>
          <w:b/>
          <w:color w:val="00B0F0"/>
          <w:sz w:val="44"/>
          <w:szCs w:val="32"/>
          <w:lang w:val="es-MX"/>
        </w:rPr>
        <w:t>ANEXO 1</w:t>
      </w:r>
      <w:r w:rsidR="00CC6224">
        <w:rPr>
          <w:rFonts w:ascii="Aptos" w:hAnsi="Aptos"/>
          <w:b/>
          <w:color w:val="00B0F0"/>
          <w:sz w:val="44"/>
          <w:szCs w:val="32"/>
          <w:lang w:val="es-MX"/>
        </w:rPr>
        <w:t>b</w:t>
      </w:r>
      <w:r w:rsidRPr="002600BC">
        <w:rPr>
          <w:rFonts w:ascii="Aptos" w:hAnsi="Aptos"/>
          <w:b/>
          <w:color w:val="00B0F0"/>
          <w:sz w:val="44"/>
          <w:szCs w:val="32"/>
          <w:lang w:val="es-MX"/>
        </w:rPr>
        <w:t xml:space="preserve"> · C.E.I.F.E.</w:t>
      </w:r>
    </w:p>
    <w:p w14:paraId="3CAFF66D" w14:textId="77777777" w:rsidR="00140F07" w:rsidRPr="00A63C17" w:rsidRDefault="00851419" w:rsidP="009E1A3A">
      <w:pPr>
        <w:spacing w:after="0" w:line="240" w:lineRule="auto"/>
        <w:jc w:val="center"/>
        <w:rPr>
          <w:b/>
          <w:sz w:val="28"/>
          <w:lang w:val="es-MX"/>
        </w:rPr>
      </w:pPr>
      <w:r w:rsidRPr="00A63C17">
        <w:rPr>
          <w:b/>
          <w:sz w:val="28"/>
          <w:lang w:val="es-MX"/>
        </w:rPr>
        <w:t>FORMATO DE EVALUACIÓN DE PROTOCOLOS</w:t>
      </w:r>
    </w:p>
    <w:p w14:paraId="64662A53" w14:textId="1F35F689" w:rsidR="007A4918" w:rsidRDefault="00E66A29" w:rsidP="009E1A3A">
      <w:pPr>
        <w:spacing w:after="0" w:line="240" w:lineRule="auto"/>
        <w:jc w:val="center"/>
        <w:rPr>
          <w:i/>
          <w:sz w:val="20"/>
          <w:szCs w:val="20"/>
          <w:lang w:val="es-MX"/>
        </w:rPr>
      </w:pPr>
      <w:r>
        <w:rPr>
          <w:i/>
          <w:sz w:val="20"/>
          <w:szCs w:val="20"/>
          <w:lang w:val="es-MX"/>
        </w:rPr>
        <w:t>C</w:t>
      </w:r>
      <w:r w:rsidRPr="00A30540">
        <w:rPr>
          <w:i/>
          <w:sz w:val="20"/>
          <w:szCs w:val="20"/>
          <w:lang w:val="es-MX"/>
        </w:rPr>
        <w:t xml:space="preserve">omité de </w:t>
      </w:r>
      <w:r>
        <w:rPr>
          <w:i/>
          <w:sz w:val="20"/>
          <w:szCs w:val="20"/>
          <w:lang w:val="es-MX"/>
        </w:rPr>
        <w:t>É</w:t>
      </w:r>
      <w:r w:rsidRPr="00A30540">
        <w:rPr>
          <w:i/>
          <w:sz w:val="20"/>
          <w:szCs w:val="20"/>
          <w:lang w:val="es-MX"/>
        </w:rPr>
        <w:t xml:space="preserve">tica e </w:t>
      </w:r>
      <w:r>
        <w:rPr>
          <w:i/>
          <w:sz w:val="20"/>
          <w:szCs w:val="20"/>
          <w:lang w:val="es-MX"/>
        </w:rPr>
        <w:t>I</w:t>
      </w:r>
      <w:r w:rsidRPr="00A30540">
        <w:rPr>
          <w:i/>
          <w:sz w:val="20"/>
          <w:szCs w:val="20"/>
          <w:lang w:val="es-MX"/>
        </w:rPr>
        <w:t>nvestigación</w:t>
      </w:r>
      <w:r w:rsidR="00532352">
        <w:rPr>
          <w:i/>
          <w:sz w:val="20"/>
          <w:szCs w:val="20"/>
          <w:lang w:val="es-MX"/>
        </w:rPr>
        <w:t xml:space="preserve"> </w:t>
      </w:r>
      <w:r w:rsidR="00532352" w:rsidRPr="000B1623">
        <w:rPr>
          <w:i/>
          <w:sz w:val="20"/>
          <w:szCs w:val="20"/>
          <w:lang w:val="es-MX"/>
        </w:rPr>
        <w:t>·</w:t>
      </w:r>
      <w:r w:rsidRPr="00A30540">
        <w:rPr>
          <w:i/>
          <w:sz w:val="20"/>
          <w:szCs w:val="20"/>
          <w:lang w:val="es-MX"/>
        </w:rPr>
        <w:t xml:space="preserve"> </w:t>
      </w:r>
      <w:r w:rsidRPr="000B1623">
        <w:rPr>
          <w:i/>
          <w:sz w:val="20"/>
          <w:szCs w:val="20"/>
          <w:lang w:val="es-MX"/>
        </w:rPr>
        <w:t>Secretaría de Investigación y Estudios de Posgrado · Facultad de Estomatología · BUAP</w:t>
      </w:r>
    </w:p>
    <w:p w14:paraId="0DAA87EE" w14:textId="77777777" w:rsidR="00B46B7B" w:rsidRPr="00CC6224" w:rsidRDefault="00B46B7B" w:rsidP="00D322B8">
      <w:pPr>
        <w:spacing w:after="0" w:line="240" w:lineRule="auto"/>
        <w:jc w:val="center"/>
        <w:rPr>
          <w:sz w:val="10"/>
          <w:szCs w:val="10"/>
          <w:lang w:val="es-MX"/>
        </w:rPr>
      </w:pPr>
    </w:p>
    <w:p w14:paraId="414ED5D3" w14:textId="77777777" w:rsidR="00AC4280" w:rsidRPr="00CC6224" w:rsidRDefault="00AC4280" w:rsidP="00D322B8">
      <w:pPr>
        <w:spacing w:after="0" w:line="240" w:lineRule="auto"/>
        <w:jc w:val="center"/>
        <w:rPr>
          <w:sz w:val="10"/>
          <w:szCs w:val="10"/>
          <w:lang w:val="es-MX"/>
        </w:rPr>
      </w:pPr>
    </w:p>
    <w:tbl>
      <w:tblPr>
        <w:tblW w:w="0" w:type="auto"/>
        <w:jc w:val="center"/>
        <w:tblLook w:val="04A0" w:firstRow="1" w:lastRow="0" w:firstColumn="1" w:lastColumn="0" w:noHBand="0" w:noVBand="1"/>
      </w:tblPr>
      <w:tblGrid>
        <w:gridCol w:w="768"/>
        <w:gridCol w:w="1443"/>
        <w:gridCol w:w="6177"/>
        <w:gridCol w:w="490"/>
        <w:gridCol w:w="567"/>
        <w:gridCol w:w="1079"/>
        <w:gridCol w:w="641"/>
      </w:tblGrid>
      <w:tr w:rsidR="00A36749" w:rsidRPr="009538B0" w14:paraId="4CB91234" w14:textId="4F0C06BA" w:rsidTr="007A7A76">
        <w:trPr>
          <w:trHeight w:val="414"/>
          <w:jc w:val="center"/>
        </w:trPr>
        <w:tc>
          <w:tcPr>
            <w:tcW w:w="11165" w:type="dxa"/>
            <w:gridSpan w:val="7"/>
            <w:tcBorders>
              <w:top w:val="single" w:sz="4" w:space="0" w:color="B9D9C3"/>
              <w:left w:val="single" w:sz="4" w:space="0" w:color="B9D9C3"/>
              <w:bottom w:val="single" w:sz="4" w:space="0" w:color="B9D9C3"/>
              <w:right w:val="single" w:sz="4" w:space="0" w:color="B9D9C3"/>
            </w:tcBorders>
            <w:shd w:val="clear" w:color="auto" w:fill="EEECE1" w:themeFill="background2"/>
          </w:tcPr>
          <w:p w14:paraId="1B6AF3DA" w14:textId="2F990567" w:rsidR="00A36749" w:rsidRPr="00E76811" w:rsidRDefault="00A36749" w:rsidP="00D322B8">
            <w:pPr>
              <w:spacing w:after="0" w:line="240" w:lineRule="auto"/>
              <w:rPr>
                <w:rFonts w:ascii="Aptos" w:hAnsi="Aptos"/>
                <w:b/>
                <w:color w:val="176B45"/>
                <w:sz w:val="20"/>
                <w:szCs w:val="48"/>
                <w:lang w:val="es-MX"/>
              </w:rPr>
            </w:pPr>
            <w:r w:rsidRPr="00E76811">
              <w:rPr>
                <w:rFonts w:ascii="Aptos" w:hAnsi="Aptos"/>
                <w:b/>
                <w:color w:val="176B45"/>
                <w:sz w:val="20"/>
                <w:szCs w:val="48"/>
                <w:lang w:val="es-MX"/>
              </w:rPr>
              <w:t>▢</w:t>
            </w:r>
            <w:r w:rsidRPr="00DE364D">
              <w:rPr>
                <w:rFonts w:ascii="Aptos" w:hAnsi="Aptos"/>
                <w:b/>
                <w:color w:val="176B45"/>
                <w:sz w:val="16"/>
                <w:szCs w:val="40"/>
                <w:lang w:val="es-MX"/>
              </w:rPr>
              <w:t xml:space="preserve"> </w:t>
            </w:r>
            <w:r w:rsidRPr="00DE364D">
              <w:rPr>
                <w:rFonts w:ascii="Aptos" w:hAnsi="Aptos"/>
                <w:b/>
                <w:i/>
                <w:iCs/>
                <w:color w:val="176B45"/>
                <w:sz w:val="16"/>
                <w:szCs w:val="40"/>
                <w:lang w:val="es-MX"/>
              </w:rPr>
              <w:t xml:space="preserve">Nombre del </w:t>
            </w:r>
            <w:r w:rsidR="00256835">
              <w:rPr>
                <w:rFonts w:ascii="Aptos" w:hAnsi="Aptos"/>
                <w:b/>
                <w:i/>
                <w:iCs/>
                <w:color w:val="176B45"/>
                <w:sz w:val="16"/>
                <w:szCs w:val="40"/>
                <w:lang w:val="es-MX"/>
              </w:rPr>
              <w:t>p</w:t>
            </w:r>
            <w:r w:rsidRPr="00DE364D">
              <w:rPr>
                <w:rFonts w:ascii="Aptos" w:hAnsi="Aptos"/>
                <w:b/>
                <w:i/>
                <w:iCs/>
                <w:color w:val="176B45"/>
                <w:sz w:val="16"/>
                <w:szCs w:val="40"/>
                <w:lang w:val="es-MX"/>
              </w:rPr>
              <w:t xml:space="preserve">royecto de </w:t>
            </w:r>
            <w:r w:rsidR="00256835">
              <w:rPr>
                <w:rFonts w:ascii="Aptos" w:hAnsi="Aptos"/>
                <w:b/>
                <w:i/>
                <w:iCs/>
                <w:color w:val="176B45"/>
                <w:sz w:val="16"/>
                <w:szCs w:val="40"/>
                <w:lang w:val="es-MX"/>
              </w:rPr>
              <w:t>i</w:t>
            </w:r>
            <w:r w:rsidRPr="00DE364D">
              <w:rPr>
                <w:rFonts w:ascii="Aptos" w:hAnsi="Aptos"/>
                <w:b/>
                <w:i/>
                <w:iCs/>
                <w:color w:val="176B45"/>
                <w:sz w:val="16"/>
                <w:szCs w:val="40"/>
                <w:lang w:val="es-MX"/>
              </w:rPr>
              <w:t>n</w:t>
            </w:r>
            <w:r>
              <w:rPr>
                <w:rFonts w:ascii="Aptos" w:hAnsi="Aptos"/>
                <w:b/>
                <w:i/>
                <w:iCs/>
                <w:color w:val="176B45"/>
                <w:sz w:val="16"/>
                <w:szCs w:val="40"/>
                <w:lang w:val="es-MX"/>
              </w:rPr>
              <w:t>vestigación</w:t>
            </w:r>
            <w:r w:rsidRPr="00DE364D">
              <w:rPr>
                <w:rFonts w:ascii="Aptos" w:hAnsi="Aptos"/>
                <w:b/>
                <w:i/>
                <w:iCs/>
                <w:color w:val="176B45"/>
                <w:sz w:val="16"/>
                <w:szCs w:val="40"/>
                <w:lang w:val="es-MX"/>
              </w:rPr>
              <w:t>:</w:t>
            </w:r>
            <w:r w:rsidRPr="00DE364D">
              <w:rPr>
                <w:rFonts w:ascii="Aptos" w:hAnsi="Aptos"/>
                <w:b/>
                <w:color w:val="176B45"/>
                <w:sz w:val="16"/>
                <w:szCs w:val="40"/>
                <w:lang w:val="es-MX"/>
              </w:rPr>
              <w:t xml:space="preserve">  </w:t>
            </w:r>
            <w:r w:rsidRPr="00DE364D">
              <w:rPr>
                <w:rFonts w:ascii="Aptos" w:hAnsi="Aptos"/>
                <w:color w:val="66726C"/>
                <w:sz w:val="16"/>
                <w:szCs w:val="40"/>
                <w:lang w:val="es-MX"/>
              </w:rPr>
              <w:t>______________________________________________________________________</w:t>
            </w:r>
            <w:r>
              <w:rPr>
                <w:rFonts w:ascii="Aptos" w:hAnsi="Aptos"/>
                <w:color w:val="66726C"/>
                <w:sz w:val="16"/>
                <w:szCs w:val="40"/>
                <w:lang w:val="es-MX"/>
              </w:rPr>
              <w:t>__________________________</w:t>
            </w:r>
            <w:r w:rsidRPr="00DE364D">
              <w:rPr>
                <w:rFonts w:ascii="Aptos" w:hAnsi="Aptos"/>
                <w:color w:val="66726C"/>
                <w:sz w:val="16"/>
                <w:szCs w:val="40"/>
                <w:lang w:val="es-MX"/>
              </w:rPr>
              <w:t>___________</w:t>
            </w:r>
          </w:p>
        </w:tc>
      </w:tr>
      <w:tr w:rsidR="00A36749" w:rsidRPr="009538B0" w14:paraId="4E1E1EAD" w14:textId="2F14CA63" w:rsidTr="007A7A76">
        <w:trPr>
          <w:trHeight w:val="269"/>
          <w:jc w:val="center"/>
        </w:trPr>
        <w:tc>
          <w:tcPr>
            <w:tcW w:w="11165" w:type="dxa"/>
            <w:gridSpan w:val="7"/>
            <w:tcBorders>
              <w:top w:val="single" w:sz="4" w:space="0" w:color="B9D9C3"/>
              <w:left w:val="single" w:sz="4" w:space="0" w:color="B9D9C3"/>
              <w:bottom w:val="single" w:sz="4" w:space="0" w:color="B9D9C3"/>
              <w:right w:val="single" w:sz="4" w:space="0" w:color="B9D9C3"/>
            </w:tcBorders>
            <w:shd w:val="clear" w:color="auto" w:fill="EEECE1" w:themeFill="background2"/>
          </w:tcPr>
          <w:p w14:paraId="4BA5019E" w14:textId="76B75A4C" w:rsidR="00A36749" w:rsidRPr="00D61BC0" w:rsidRDefault="00A36749" w:rsidP="00D322B8">
            <w:pPr>
              <w:spacing w:after="0" w:line="240" w:lineRule="auto"/>
              <w:rPr>
                <w:rFonts w:ascii="Aptos" w:hAnsi="Aptos"/>
                <w:b/>
                <w:i/>
                <w:iCs/>
                <w:color w:val="176B45"/>
                <w:sz w:val="16"/>
                <w:szCs w:val="40"/>
                <w:lang w:val="es-MX"/>
              </w:rPr>
            </w:pPr>
            <w:r w:rsidRPr="00D61BC0">
              <w:rPr>
                <w:rFonts w:ascii="Aptos" w:hAnsi="Aptos"/>
                <w:b/>
                <w:i/>
                <w:iCs/>
                <w:color w:val="176B45"/>
                <w:sz w:val="16"/>
                <w:szCs w:val="40"/>
                <w:lang w:val="es-MX"/>
              </w:rPr>
              <w:t>Número del Proyecto C.I.F.E. Y C.E.I.F.E.:</w:t>
            </w:r>
            <w:r w:rsidRPr="00D322B8">
              <w:rPr>
                <w:rFonts w:ascii="Aptos" w:hAnsi="Aptos"/>
                <w:b/>
                <w:color w:val="176B45"/>
                <w:sz w:val="16"/>
                <w:szCs w:val="40"/>
                <w:lang w:val="es-MX"/>
              </w:rPr>
              <w:t xml:space="preserve">  </w:t>
            </w:r>
            <w:r w:rsidRPr="00D322B8">
              <w:rPr>
                <w:rFonts w:ascii="Aptos" w:hAnsi="Aptos"/>
                <w:color w:val="66726C"/>
                <w:sz w:val="16"/>
                <w:szCs w:val="40"/>
                <w:lang w:val="es-MX"/>
              </w:rPr>
              <w:t>________________________________</w:t>
            </w:r>
            <w:r>
              <w:rPr>
                <w:rFonts w:ascii="Aptos" w:hAnsi="Aptos"/>
                <w:color w:val="66726C"/>
                <w:sz w:val="16"/>
                <w:szCs w:val="40"/>
                <w:lang w:val="es-MX"/>
              </w:rPr>
              <w:t>_________________________________________________________________________</w:t>
            </w:r>
            <w:r w:rsidRPr="00D322B8">
              <w:rPr>
                <w:rFonts w:ascii="Aptos" w:hAnsi="Aptos"/>
                <w:color w:val="66726C"/>
                <w:sz w:val="16"/>
                <w:szCs w:val="40"/>
                <w:lang w:val="es-MX"/>
              </w:rPr>
              <w:t>__</w:t>
            </w:r>
          </w:p>
        </w:tc>
      </w:tr>
      <w:tr w:rsidR="004C73BC" w:rsidRPr="009538B0" w14:paraId="2E69A23B" w14:textId="52B5D8D3" w:rsidTr="007A7A76">
        <w:trPr>
          <w:jc w:val="center"/>
        </w:trPr>
        <w:tc>
          <w:tcPr>
            <w:tcW w:w="768" w:type="dxa"/>
            <w:tcBorders>
              <w:top w:val="single" w:sz="4" w:space="0" w:color="176B45"/>
              <w:left w:val="single" w:sz="4" w:space="0" w:color="176B45"/>
              <w:bottom w:val="single" w:sz="4" w:space="0" w:color="176B45"/>
              <w:right w:val="single" w:sz="4" w:space="0" w:color="176B45"/>
            </w:tcBorders>
            <w:shd w:val="clear" w:color="auto" w:fill="00B050"/>
          </w:tcPr>
          <w:p w14:paraId="149309AF" w14:textId="77777777" w:rsidR="004C73BC" w:rsidRPr="007E554F" w:rsidRDefault="004C73BC" w:rsidP="00D322B8">
            <w:pPr>
              <w:spacing w:after="0" w:line="240" w:lineRule="auto"/>
              <w:rPr>
                <w:rFonts w:ascii="Aptos" w:hAnsi="Aptos"/>
                <w:b/>
                <w:color w:val="FFFFFF"/>
                <w:sz w:val="18"/>
                <w:szCs w:val="40"/>
                <w:lang w:val="es-MX"/>
              </w:rPr>
            </w:pPr>
          </w:p>
        </w:tc>
        <w:tc>
          <w:tcPr>
            <w:tcW w:w="9756" w:type="dxa"/>
            <w:gridSpan w:val="5"/>
            <w:tcBorders>
              <w:top w:val="single" w:sz="4" w:space="0" w:color="176B45"/>
              <w:left w:val="single" w:sz="4" w:space="0" w:color="176B45"/>
              <w:bottom w:val="single" w:sz="4" w:space="0" w:color="176B45"/>
              <w:right w:val="single" w:sz="4" w:space="0" w:color="176B45"/>
            </w:tcBorders>
            <w:shd w:val="clear" w:color="auto" w:fill="00B050"/>
            <w:tcMar>
              <w:top w:w="3" w:type="dxa"/>
              <w:left w:w="8" w:type="dxa"/>
              <w:bottom w:w="3" w:type="dxa"/>
              <w:right w:w="8" w:type="dxa"/>
            </w:tcMar>
          </w:tcPr>
          <w:p w14:paraId="748BB347" w14:textId="1C196060" w:rsidR="004C73BC" w:rsidRPr="007E554F" w:rsidRDefault="004C73BC" w:rsidP="00D322B8">
            <w:pPr>
              <w:spacing w:after="0" w:line="240" w:lineRule="auto"/>
              <w:rPr>
                <w:sz w:val="18"/>
                <w:szCs w:val="40"/>
                <w:lang w:val="es-MX"/>
              </w:rPr>
            </w:pPr>
            <w:r w:rsidRPr="007E554F">
              <w:rPr>
                <w:rFonts w:ascii="Aptos" w:hAnsi="Aptos"/>
                <w:b/>
                <w:color w:val="FFFFFF"/>
                <w:sz w:val="18"/>
                <w:szCs w:val="40"/>
                <w:lang w:val="es-MX"/>
              </w:rPr>
              <w:t xml:space="preserve">▢  </w:t>
            </w:r>
            <w:r w:rsidRPr="006719B6">
              <w:rPr>
                <w:rFonts w:ascii="Aptos" w:hAnsi="Aptos"/>
                <w:b/>
                <w:color w:val="EEECE1" w:themeColor="background2"/>
                <w:sz w:val="18"/>
                <w:szCs w:val="40"/>
                <w:lang w:val="es-MX"/>
              </w:rPr>
              <w:t>I. EVALUACIÓN DEL PROTOCOLO · MARQUE CON UNA “X” LA DECISIÓN CORRESPONDIENTE</w:t>
            </w:r>
          </w:p>
        </w:tc>
        <w:tc>
          <w:tcPr>
            <w:tcW w:w="641" w:type="dxa"/>
            <w:tcBorders>
              <w:top w:val="single" w:sz="4" w:space="0" w:color="176B45"/>
              <w:left w:val="single" w:sz="4" w:space="0" w:color="176B45"/>
              <w:bottom w:val="single" w:sz="4" w:space="0" w:color="176B45"/>
              <w:right w:val="single" w:sz="4" w:space="0" w:color="176B45"/>
            </w:tcBorders>
            <w:shd w:val="clear" w:color="auto" w:fill="00B050"/>
          </w:tcPr>
          <w:p w14:paraId="254C022D" w14:textId="77777777" w:rsidR="004C73BC" w:rsidRPr="007E554F" w:rsidRDefault="004C73BC" w:rsidP="00D322B8">
            <w:pPr>
              <w:spacing w:after="0" w:line="240" w:lineRule="auto"/>
              <w:rPr>
                <w:rFonts w:ascii="Aptos" w:hAnsi="Aptos"/>
                <w:b/>
                <w:color w:val="FFFFFF"/>
                <w:sz w:val="18"/>
                <w:szCs w:val="40"/>
                <w:lang w:val="es-MX"/>
              </w:rPr>
            </w:pPr>
          </w:p>
        </w:tc>
      </w:tr>
      <w:tr w:rsidR="004C73BC" w:rsidRPr="00D322B8" w14:paraId="5D9C81A2" w14:textId="0EBF4DFE" w:rsidTr="007A7A76">
        <w:trPr>
          <w:jc w:val="center"/>
        </w:trPr>
        <w:tc>
          <w:tcPr>
            <w:tcW w:w="2211" w:type="dxa"/>
            <w:gridSpan w:val="2"/>
            <w:tcBorders>
              <w:top w:val="single" w:sz="4" w:space="0" w:color="FFFFFF"/>
              <w:left w:val="single" w:sz="4" w:space="0" w:color="FFFFFF"/>
              <w:bottom w:val="single" w:sz="4" w:space="0" w:color="FFFFFF"/>
              <w:right w:val="single" w:sz="4" w:space="0" w:color="FFFFFF"/>
            </w:tcBorders>
            <w:shd w:val="clear" w:color="auto" w:fill="76923C" w:themeFill="accent3" w:themeFillShade="BF"/>
            <w:tcMar>
              <w:top w:w="2" w:type="dxa"/>
              <w:left w:w="3" w:type="dxa"/>
              <w:bottom w:w="2" w:type="dxa"/>
              <w:right w:w="3" w:type="dxa"/>
            </w:tcMar>
          </w:tcPr>
          <w:p w14:paraId="25817997" w14:textId="13854E85" w:rsidR="004C73BC" w:rsidRPr="00D322B8" w:rsidRDefault="004C73BC" w:rsidP="00D322B8">
            <w:pPr>
              <w:spacing w:after="0" w:line="240" w:lineRule="auto"/>
              <w:jc w:val="center"/>
              <w:rPr>
                <w:sz w:val="40"/>
                <w:szCs w:val="40"/>
              </w:rPr>
            </w:pPr>
            <w:r w:rsidRPr="00D322B8">
              <w:rPr>
                <w:rFonts w:ascii="Aptos" w:hAnsi="Aptos"/>
                <w:b/>
                <w:color w:val="FFFFFF"/>
                <w:sz w:val="16"/>
                <w:szCs w:val="40"/>
              </w:rPr>
              <w:t>E</w:t>
            </w:r>
            <w:r>
              <w:rPr>
                <w:rFonts w:ascii="Aptos" w:hAnsi="Aptos"/>
                <w:b/>
                <w:color w:val="FFFFFF"/>
                <w:sz w:val="16"/>
                <w:szCs w:val="40"/>
              </w:rPr>
              <w:t>lemento</w:t>
            </w:r>
          </w:p>
        </w:tc>
        <w:tc>
          <w:tcPr>
            <w:tcW w:w="6177" w:type="dxa"/>
            <w:tcBorders>
              <w:top w:val="single" w:sz="4" w:space="0" w:color="FFFFFF"/>
              <w:left w:val="single" w:sz="4" w:space="0" w:color="FFFFFF"/>
              <w:bottom w:val="single" w:sz="4" w:space="0" w:color="FFFFFF"/>
              <w:right w:val="single" w:sz="4" w:space="0" w:color="FFFFFF"/>
            </w:tcBorders>
            <w:shd w:val="clear" w:color="auto" w:fill="76923C" w:themeFill="accent3" w:themeFillShade="BF"/>
            <w:tcMar>
              <w:top w:w="2" w:type="dxa"/>
              <w:left w:w="3" w:type="dxa"/>
              <w:bottom w:w="2" w:type="dxa"/>
              <w:right w:w="3" w:type="dxa"/>
            </w:tcMar>
          </w:tcPr>
          <w:p w14:paraId="73226C9F" w14:textId="46A00ACD" w:rsidR="004C73BC" w:rsidRPr="00D322B8" w:rsidRDefault="004C73BC" w:rsidP="00D322B8">
            <w:pPr>
              <w:spacing w:after="0" w:line="240" w:lineRule="auto"/>
              <w:jc w:val="center"/>
              <w:rPr>
                <w:sz w:val="40"/>
                <w:szCs w:val="40"/>
              </w:rPr>
            </w:pPr>
            <w:r w:rsidRPr="00D322B8">
              <w:rPr>
                <w:rFonts w:ascii="Aptos" w:hAnsi="Aptos"/>
                <w:b/>
                <w:color w:val="FFFFFF"/>
                <w:sz w:val="16"/>
                <w:szCs w:val="40"/>
              </w:rPr>
              <w:t>C</w:t>
            </w:r>
            <w:r>
              <w:rPr>
                <w:rFonts w:ascii="Aptos" w:hAnsi="Aptos"/>
                <w:b/>
                <w:color w:val="FFFFFF"/>
                <w:sz w:val="16"/>
                <w:szCs w:val="40"/>
              </w:rPr>
              <w:t>aracterística</w:t>
            </w:r>
          </w:p>
        </w:tc>
        <w:tc>
          <w:tcPr>
            <w:tcW w:w="490" w:type="dxa"/>
            <w:tcBorders>
              <w:top w:val="single" w:sz="4" w:space="0" w:color="FFFFFF"/>
              <w:left w:val="single" w:sz="4" w:space="0" w:color="FFFFFF"/>
              <w:bottom w:val="single" w:sz="4" w:space="0" w:color="FFFFFF"/>
              <w:right w:val="single" w:sz="4" w:space="0" w:color="FFFFFF"/>
            </w:tcBorders>
            <w:shd w:val="clear" w:color="auto" w:fill="75B98B"/>
            <w:tcMar>
              <w:top w:w="2" w:type="dxa"/>
              <w:left w:w="3" w:type="dxa"/>
              <w:bottom w:w="2" w:type="dxa"/>
              <w:right w:w="3" w:type="dxa"/>
            </w:tcMar>
          </w:tcPr>
          <w:p w14:paraId="0AADF6A4" w14:textId="2DE1D0FA" w:rsidR="004C73BC" w:rsidRPr="00D322B8" w:rsidRDefault="004C73BC" w:rsidP="00D322B8">
            <w:pPr>
              <w:spacing w:after="0" w:line="240" w:lineRule="auto"/>
              <w:jc w:val="center"/>
              <w:rPr>
                <w:sz w:val="40"/>
                <w:szCs w:val="40"/>
              </w:rPr>
            </w:pPr>
            <w:r w:rsidRPr="00D322B8">
              <w:rPr>
                <w:rFonts w:ascii="Aptos" w:hAnsi="Aptos"/>
                <w:b/>
                <w:color w:val="FFFFFF"/>
                <w:sz w:val="16"/>
                <w:szCs w:val="40"/>
              </w:rPr>
              <w:t>S</w:t>
            </w:r>
            <w:r>
              <w:rPr>
                <w:rFonts w:ascii="Aptos" w:hAnsi="Aptos"/>
                <w:b/>
                <w:color w:val="FFFFFF"/>
                <w:sz w:val="16"/>
                <w:szCs w:val="40"/>
              </w:rPr>
              <w:t>i</w:t>
            </w:r>
          </w:p>
        </w:tc>
        <w:tc>
          <w:tcPr>
            <w:tcW w:w="567" w:type="dxa"/>
            <w:tcBorders>
              <w:top w:val="single" w:sz="4" w:space="0" w:color="FFFFFF"/>
              <w:left w:val="single" w:sz="4" w:space="0" w:color="FFFFFF"/>
              <w:bottom w:val="single" w:sz="4" w:space="0" w:color="FFFFFF"/>
              <w:right w:val="single" w:sz="4" w:space="0" w:color="FFFFFF"/>
            </w:tcBorders>
            <w:shd w:val="clear" w:color="auto" w:fill="75B98B"/>
            <w:tcMar>
              <w:top w:w="2" w:type="dxa"/>
              <w:left w:w="3" w:type="dxa"/>
              <w:bottom w:w="2" w:type="dxa"/>
              <w:right w:w="3" w:type="dxa"/>
            </w:tcMar>
          </w:tcPr>
          <w:p w14:paraId="4EDBB430" w14:textId="05CDA1AC" w:rsidR="004C73BC" w:rsidRPr="00D322B8" w:rsidRDefault="004C73BC" w:rsidP="00D322B8">
            <w:pPr>
              <w:spacing w:after="0" w:line="240" w:lineRule="auto"/>
              <w:jc w:val="center"/>
              <w:rPr>
                <w:sz w:val="40"/>
                <w:szCs w:val="40"/>
              </w:rPr>
            </w:pPr>
            <w:r w:rsidRPr="00D322B8">
              <w:rPr>
                <w:rFonts w:ascii="Aptos" w:hAnsi="Aptos"/>
                <w:b/>
                <w:color w:val="FFFFFF"/>
                <w:sz w:val="16"/>
                <w:szCs w:val="40"/>
              </w:rPr>
              <w:t>N</w:t>
            </w:r>
            <w:r>
              <w:rPr>
                <w:rFonts w:ascii="Aptos" w:hAnsi="Aptos"/>
                <w:b/>
                <w:color w:val="FFFFFF"/>
                <w:sz w:val="16"/>
                <w:szCs w:val="40"/>
              </w:rPr>
              <w:t>o</w:t>
            </w:r>
          </w:p>
        </w:tc>
        <w:tc>
          <w:tcPr>
            <w:tcW w:w="1079" w:type="dxa"/>
            <w:tcBorders>
              <w:top w:val="single" w:sz="4" w:space="0" w:color="FFFFFF"/>
              <w:left w:val="single" w:sz="4" w:space="0" w:color="FFFFFF"/>
              <w:bottom w:val="single" w:sz="4" w:space="0" w:color="FFFFFF"/>
              <w:right w:val="single" w:sz="4" w:space="0" w:color="FFFFFF"/>
            </w:tcBorders>
            <w:shd w:val="clear" w:color="auto" w:fill="75B98B"/>
          </w:tcPr>
          <w:p w14:paraId="23C6B161" w14:textId="280EA5D3" w:rsidR="004C73BC" w:rsidRPr="00D322B8" w:rsidRDefault="004C73BC" w:rsidP="00D322B8">
            <w:pPr>
              <w:spacing w:after="0" w:line="240" w:lineRule="auto"/>
              <w:jc w:val="center"/>
              <w:rPr>
                <w:rFonts w:ascii="Aptos" w:hAnsi="Aptos"/>
                <w:b/>
                <w:color w:val="FFFFFF"/>
                <w:sz w:val="16"/>
                <w:szCs w:val="40"/>
              </w:rPr>
            </w:pPr>
            <w:r>
              <w:rPr>
                <w:rFonts w:ascii="Aptos" w:hAnsi="Aptos"/>
                <w:b/>
                <w:color w:val="FFFFFF"/>
                <w:sz w:val="16"/>
                <w:szCs w:val="40"/>
              </w:rPr>
              <w:t>Modificable</w:t>
            </w:r>
          </w:p>
        </w:tc>
        <w:tc>
          <w:tcPr>
            <w:tcW w:w="641" w:type="dxa"/>
            <w:tcBorders>
              <w:top w:val="single" w:sz="4" w:space="0" w:color="FFFFFF"/>
              <w:left w:val="single" w:sz="4" w:space="0" w:color="FFFFFF"/>
              <w:bottom w:val="single" w:sz="4" w:space="0" w:color="FFFFFF"/>
              <w:right w:val="single" w:sz="4" w:space="0" w:color="FFFFFF"/>
            </w:tcBorders>
            <w:shd w:val="clear" w:color="auto" w:fill="75B98B"/>
          </w:tcPr>
          <w:p w14:paraId="5C1FC284" w14:textId="585E7F61" w:rsidR="004C73BC" w:rsidRDefault="00A36749" w:rsidP="00D322B8">
            <w:pPr>
              <w:spacing w:after="0" w:line="240" w:lineRule="auto"/>
              <w:jc w:val="center"/>
              <w:rPr>
                <w:rFonts w:ascii="Aptos" w:hAnsi="Aptos"/>
                <w:b/>
                <w:color w:val="FFFFFF"/>
                <w:sz w:val="16"/>
                <w:szCs w:val="40"/>
              </w:rPr>
            </w:pPr>
            <w:r>
              <w:rPr>
                <w:rFonts w:ascii="Aptos" w:hAnsi="Aptos"/>
                <w:b/>
                <w:color w:val="FFFFFF"/>
                <w:sz w:val="16"/>
                <w:szCs w:val="40"/>
              </w:rPr>
              <w:t>N/A</w:t>
            </w:r>
          </w:p>
        </w:tc>
      </w:tr>
      <w:tr w:rsidR="004C73BC" w:rsidRPr="009538B0" w14:paraId="462BADD5" w14:textId="7E760AF6" w:rsidTr="007A7A76">
        <w:trPr>
          <w:jc w:val="center"/>
        </w:trPr>
        <w:tc>
          <w:tcPr>
            <w:tcW w:w="9445" w:type="dxa"/>
            <w:gridSpan w:val="5"/>
            <w:tcBorders>
              <w:top w:val="single" w:sz="4" w:space="0" w:color="B9D9C3"/>
              <w:left w:val="single" w:sz="4" w:space="0" w:color="B9D9C3"/>
              <w:bottom w:val="single" w:sz="4" w:space="0" w:color="B9D9C3"/>
              <w:right w:val="single" w:sz="4" w:space="0" w:color="B9D9C3"/>
            </w:tcBorders>
            <w:shd w:val="clear" w:color="auto" w:fill="EEECE1" w:themeFill="background2"/>
            <w:tcMar>
              <w:top w:w="2" w:type="dxa"/>
              <w:left w:w="4" w:type="dxa"/>
              <w:bottom w:w="2" w:type="dxa"/>
              <w:right w:w="4" w:type="dxa"/>
            </w:tcMar>
          </w:tcPr>
          <w:p w14:paraId="582608C7" w14:textId="77777777" w:rsidR="004C73BC" w:rsidRPr="00D322B8" w:rsidRDefault="004C73BC" w:rsidP="00D322B8">
            <w:pPr>
              <w:spacing w:after="0" w:line="240" w:lineRule="auto"/>
              <w:rPr>
                <w:sz w:val="40"/>
                <w:szCs w:val="40"/>
                <w:lang w:val="es-MX"/>
              </w:rPr>
            </w:pPr>
            <w:r w:rsidRPr="00D322B8">
              <w:rPr>
                <w:rFonts w:ascii="Aptos" w:hAnsi="Aptos"/>
                <w:b/>
                <w:color w:val="176B45"/>
                <w:sz w:val="14"/>
                <w:szCs w:val="40"/>
                <w:lang w:val="es-MX"/>
              </w:rPr>
              <w:t>ASPECTOS ÉTICOS/BIOÉTICOS DE LA INVESTIGACIÓN EN SERES HUMANOS</w:t>
            </w:r>
          </w:p>
        </w:tc>
        <w:tc>
          <w:tcPr>
            <w:tcW w:w="1079" w:type="dxa"/>
            <w:tcBorders>
              <w:top w:val="single" w:sz="4" w:space="0" w:color="B9D9C3"/>
              <w:left w:val="single" w:sz="4" w:space="0" w:color="B9D9C3"/>
              <w:bottom w:val="single" w:sz="4" w:space="0" w:color="B9D9C3"/>
              <w:right w:val="single" w:sz="4" w:space="0" w:color="B9D9C3"/>
            </w:tcBorders>
            <w:shd w:val="clear" w:color="auto" w:fill="EEECE1" w:themeFill="background2"/>
          </w:tcPr>
          <w:p w14:paraId="773D3ADD" w14:textId="77777777" w:rsidR="004C73BC" w:rsidRPr="00D322B8" w:rsidRDefault="004C73BC" w:rsidP="00D322B8">
            <w:pPr>
              <w:spacing w:after="0" w:line="240" w:lineRule="auto"/>
              <w:rPr>
                <w:rFonts w:ascii="Aptos" w:hAnsi="Aptos"/>
                <w:b/>
                <w:color w:val="176B45"/>
                <w:sz w:val="14"/>
                <w:szCs w:val="40"/>
                <w:lang w:val="es-MX"/>
              </w:rPr>
            </w:pPr>
          </w:p>
        </w:tc>
        <w:tc>
          <w:tcPr>
            <w:tcW w:w="641" w:type="dxa"/>
            <w:tcBorders>
              <w:top w:val="single" w:sz="4" w:space="0" w:color="B9D9C3"/>
              <w:left w:val="single" w:sz="4" w:space="0" w:color="B9D9C3"/>
              <w:bottom w:val="single" w:sz="4" w:space="0" w:color="B9D9C3"/>
              <w:right w:val="single" w:sz="4" w:space="0" w:color="B9D9C3"/>
            </w:tcBorders>
            <w:shd w:val="clear" w:color="auto" w:fill="EEECE1" w:themeFill="background2"/>
          </w:tcPr>
          <w:p w14:paraId="118F6EDD" w14:textId="77777777" w:rsidR="004C73BC" w:rsidRPr="00D322B8" w:rsidRDefault="004C73BC" w:rsidP="00D322B8">
            <w:pPr>
              <w:spacing w:after="0" w:line="240" w:lineRule="auto"/>
              <w:rPr>
                <w:rFonts w:ascii="Aptos" w:hAnsi="Aptos"/>
                <w:b/>
                <w:color w:val="176B45"/>
                <w:sz w:val="14"/>
                <w:szCs w:val="40"/>
                <w:lang w:val="es-MX"/>
              </w:rPr>
            </w:pPr>
          </w:p>
        </w:tc>
      </w:tr>
      <w:tr w:rsidR="004C73BC" w:rsidRPr="00D322B8" w14:paraId="269CB564" w14:textId="6780EC3C" w:rsidTr="007A7A76">
        <w:trPr>
          <w:jc w:val="center"/>
        </w:trPr>
        <w:tc>
          <w:tcPr>
            <w:tcW w:w="2211" w:type="dxa"/>
            <w:gridSpan w:val="2"/>
            <w:tcBorders>
              <w:top w:val="single" w:sz="4" w:space="0" w:color="B9D9C3"/>
              <w:left w:val="single" w:sz="4" w:space="0" w:color="B9D9C3"/>
              <w:bottom w:val="single" w:sz="4" w:space="0" w:color="B9D9C3"/>
              <w:right w:val="single" w:sz="4" w:space="0" w:color="B9D9C3"/>
            </w:tcBorders>
            <w:shd w:val="clear" w:color="auto" w:fill="F7FBF8"/>
            <w:tcMar>
              <w:top w:w="1" w:type="dxa"/>
              <w:left w:w="3" w:type="dxa"/>
              <w:bottom w:w="1" w:type="dxa"/>
              <w:right w:w="3" w:type="dxa"/>
            </w:tcMar>
            <w:vAlign w:val="center"/>
          </w:tcPr>
          <w:p w14:paraId="14B8A1AB" w14:textId="4F7BCB97" w:rsidR="004C73BC" w:rsidRPr="00703E46" w:rsidRDefault="004C73BC" w:rsidP="00D322B8">
            <w:pPr>
              <w:spacing w:after="0" w:line="240" w:lineRule="auto"/>
              <w:rPr>
                <w:i/>
                <w:iCs/>
                <w:sz w:val="15"/>
                <w:szCs w:val="15"/>
                <w:lang w:val="es-MX"/>
              </w:rPr>
            </w:pPr>
            <w:r w:rsidRPr="00703E46">
              <w:rPr>
                <w:rFonts w:ascii="Aptos" w:hAnsi="Aptos"/>
                <w:b/>
                <w:i/>
                <w:iCs/>
                <w:color w:val="24312B"/>
                <w:sz w:val="15"/>
                <w:szCs w:val="15"/>
                <w:lang w:val="es-MX"/>
              </w:rPr>
              <w:t>1.- Aspectos éticos/bioéticos de la investigación en seres humanos</w:t>
            </w:r>
            <w:r w:rsidR="008E20F3">
              <w:rPr>
                <w:rFonts w:ascii="Aptos" w:hAnsi="Aptos"/>
                <w:b/>
                <w:i/>
                <w:iCs/>
                <w:color w:val="24312B"/>
                <w:sz w:val="15"/>
                <w:szCs w:val="15"/>
                <w:lang w:val="es-MX"/>
              </w:rPr>
              <w:t>.</w:t>
            </w:r>
          </w:p>
        </w:tc>
        <w:tc>
          <w:tcPr>
            <w:tcW w:w="6177" w:type="dxa"/>
            <w:tcBorders>
              <w:top w:val="single" w:sz="4" w:space="0" w:color="B9D9C3"/>
              <w:left w:val="single" w:sz="4" w:space="0" w:color="B9D9C3"/>
              <w:bottom w:val="single" w:sz="4" w:space="0" w:color="B9D9C3"/>
              <w:right w:val="single" w:sz="4" w:space="0" w:color="B9D9C3"/>
            </w:tcBorders>
            <w:shd w:val="clear" w:color="auto" w:fill="F7FBF8"/>
            <w:tcMar>
              <w:top w:w="1" w:type="dxa"/>
              <w:left w:w="3" w:type="dxa"/>
              <w:bottom w:w="1" w:type="dxa"/>
              <w:right w:w="3" w:type="dxa"/>
            </w:tcMar>
            <w:vAlign w:val="center"/>
          </w:tcPr>
          <w:p w14:paraId="0A1ED612" w14:textId="77777777" w:rsidR="004C73BC" w:rsidRPr="00703E46" w:rsidRDefault="004C73BC" w:rsidP="00D322B8">
            <w:pPr>
              <w:spacing w:after="0" w:line="240" w:lineRule="auto"/>
              <w:rPr>
                <w:i/>
                <w:iCs/>
                <w:sz w:val="15"/>
                <w:szCs w:val="15"/>
                <w:lang w:val="es-MX"/>
              </w:rPr>
            </w:pPr>
            <w:r w:rsidRPr="00703E46">
              <w:rPr>
                <w:rFonts w:ascii="Aptos" w:hAnsi="Aptos"/>
                <w:i/>
                <w:iCs/>
                <w:color w:val="24312B"/>
                <w:sz w:val="15"/>
                <w:szCs w:val="15"/>
                <w:lang w:val="es-MX"/>
              </w:rPr>
              <w:t>Considera los principios éticos/bioéticos en la investigación: beneficencia, no maleficencia, autonomía, justicia, responsabilidad.</w:t>
            </w:r>
          </w:p>
        </w:tc>
        <w:tc>
          <w:tcPr>
            <w:tcW w:w="490" w:type="dxa"/>
            <w:tcBorders>
              <w:top w:val="single" w:sz="4" w:space="0" w:color="B9D9C3"/>
              <w:left w:val="single" w:sz="4" w:space="0" w:color="B9D9C3"/>
              <w:bottom w:val="single" w:sz="4" w:space="0" w:color="B9D9C3"/>
              <w:right w:val="single" w:sz="4" w:space="0" w:color="B9D9C3"/>
            </w:tcBorders>
            <w:shd w:val="clear" w:color="auto" w:fill="F7FBF8"/>
            <w:tcMar>
              <w:top w:w="1" w:type="dxa"/>
              <w:left w:w="3" w:type="dxa"/>
              <w:bottom w:w="1" w:type="dxa"/>
              <w:right w:w="3" w:type="dxa"/>
            </w:tcMar>
            <w:vAlign w:val="center"/>
          </w:tcPr>
          <w:p w14:paraId="5C0725D0" w14:textId="77777777" w:rsidR="004C73BC" w:rsidRPr="00884C0F" w:rsidRDefault="004C73BC" w:rsidP="00D322B8">
            <w:pPr>
              <w:spacing w:after="0" w:line="240" w:lineRule="auto"/>
              <w:jc w:val="center"/>
              <w:rPr>
                <w:sz w:val="20"/>
                <w:szCs w:val="44"/>
              </w:rPr>
            </w:pPr>
            <w:r w:rsidRPr="00884C0F">
              <w:rPr>
                <w:rFonts w:ascii="Aptos" w:hAnsi="Aptos"/>
                <w:color w:val="176B45"/>
                <w:sz w:val="20"/>
                <w:szCs w:val="44"/>
              </w:rPr>
              <w:t>☐</w:t>
            </w:r>
          </w:p>
        </w:tc>
        <w:tc>
          <w:tcPr>
            <w:tcW w:w="567" w:type="dxa"/>
            <w:tcBorders>
              <w:top w:val="single" w:sz="4" w:space="0" w:color="B9D9C3"/>
              <w:left w:val="single" w:sz="4" w:space="0" w:color="B9D9C3"/>
              <w:bottom w:val="single" w:sz="4" w:space="0" w:color="B9D9C3"/>
              <w:right w:val="single" w:sz="4" w:space="0" w:color="B9D9C3"/>
            </w:tcBorders>
            <w:shd w:val="clear" w:color="auto" w:fill="F7FBF8"/>
            <w:tcMar>
              <w:top w:w="1" w:type="dxa"/>
              <w:left w:w="3" w:type="dxa"/>
              <w:bottom w:w="1" w:type="dxa"/>
              <w:right w:w="3" w:type="dxa"/>
            </w:tcMar>
            <w:vAlign w:val="center"/>
          </w:tcPr>
          <w:p w14:paraId="19427C06" w14:textId="77777777" w:rsidR="004C73BC" w:rsidRPr="00884C0F" w:rsidRDefault="004C73BC" w:rsidP="00D322B8">
            <w:pPr>
              <w:spacing w:after="0" w:line="240" w:lineRule="auto"/>
              <w:jc w:val="center"/>
              <w:rPr>
                <w:sz w:val="20"/>
                <w:szCs w:val="44"/>
              </w:rPr>
            </w:pPr>
            <w:r w:rsidRPr="00884C0F">
              <w:rPr>
                <w:rFonts w:ascii="Aptos" w:hAnsi="Aptos"/>
                <w:color w:val="176B45"/>
                <w:sz w:val="20"/>
                <w:szCs w:val="44"/>
              </w:rPr>
              <w:t>☐</w:t>
            </w:r>
          </w:p>
        </w:tc>
        <w:tc>
          <w:tcPr>
            <w:tcW w:w="1079" w:type="dxa"/>
            <w:tcBorders>
              <w:top w:val="single" w:sz="4" w:space="0" w:color="B9D9C3"/>
              <w:left w:val="single" w:sz="4" w:space="0" w:color="B9D9C3"/>
              <w:bottom w:val="single" w:sz="4" w:space="0" w:color="B9D9C3"/>
              <w:right w:val="single" w:sz="4" w:space="0" w:color="B9D9C3"/>
            </w:tcBorders>
            <w:shd w:val="clear" w:color="auto" w:fill="F7FBF8"/>
            <w:vAlign w:val="center"/>
          </w:tcPr>
          <w:p w14:paraId="00BB53E3" w14:textId="5779091C" w:rsidR="004C73BC" w:rsidRPr="00884C0F" w:rsidRDefault="004C73BC" w:rsidP="00D322B8">
            <w:pPr>
              <w:spacing w:after="0" w:line="240" w:lineRule="auto"/>
              <w:jc w:val="center"/>
              <w:rPr>
                <w:rFonts w:ascii="Aptos" w:hAnsi="Aptos"/>
                <w:color w:val="176B45"/>
                <w:sz w:val="20"/>
                <w:szCs w:val="44"/>
              </w:rPr>
            </w:pPr>
            <w:r w:rsidRPr="00884C0F">
              <w:rPr>
                <w:rFonts w:ascii="Aptos" w:hAnsi="Aptos"/>
                <w:color w:val="176B45"/>
                <w:sz w:val="20"/>
                <w:szCs w:val="44"/>
              </w:rPr>
              <w:t>☐</w:t>
            </w:r>
          </w:p>
        </w:tc>
        <w:tc>
          <w:tcPr>
            <w:tcW w:w="641" w:type="dxa"/>
            <w:tcBorders>
              <w:top w:val="single" w:sz="4" w:space="0" w:color="B9D9C3"/>
              <w:left w:val="single" w:sz="4" w:space="0" w:color="B9D9C3"/>
              <w:bottom w:val="single" w:sz="4" w:space="0" w:color="B9D9C3"/>
              <w:right w:val="single" w:sz="4" w:space="0" w:color="B9D9C3"/>
            </w:tcBorders>
            <w:shd w:val="clear" w:color="auto" w:fill="F7FBF8"/>
            <w:vAlign w:val="center"/>
          </w:tcPr>
          <w:p w14:paraId="57F3979B" w14:textId="33E63BC6" w:rsidR="004C73BC" w:rsidRPr="00884C0F" w:rsidRDefault="007A7A76" w:rsidP="00D322B8">
            <w:pPr>
              <w:spacing w:after="0" w:line="240" w:lineRule="auto"/>
              <w:jc w:val="center"/>
              <w:rPr>
                <w:rFonts w:ascii="Aptos" w:hAnsi="Aptos"/>
                <w:color w:val="176B45"/>
                <w:sz w:val="20"/>
                <w:szCs w:val="44"/>
              </w:rPr>
            </w:pPr>
            <w:r w:rsidRPr="00884C0F">
              <w:rPr>
                <w:rFonts w:ascii="Aptos" w:hAnsi="Aptos"/>
                <w:color w:val="176B45"/>
                <w:sz w:val="20"/>
                <w:szCs w:val="44"/>
              </w:rPr>
              <w:t>☐</w:t>
            </w:r>
          </w:p>
        </w:tc>
      </w:tr>
      <w:tr w:rsidR="004C73BC" w:rsidRPr="009538B0" w14:paraId="233A82D2" w14:textId="5B6C1087" w:rsidTr="007A7A76">
        <w:trPr>
          <w:jc w:val="center"/>
        </w:trPr>
        <w:tc>
          <w:tcPr>
            <w:tcW w:w="9445" w:type="dxa"/>
            <w:gridSpan w:val="5"/>
            <w:tcBorders>
              <w:top w:val="single" w:sz="4" w:space="0" w:color="B9D9C3"/>
              <w:left w:val="single" w:sz="4" w:space="0" w:color="B9D9C3"/>
              <w:bottom w:val="single" w:sz="4" w:space="0" w:color="B9D9C3"/>
              <w:right w:val="single" w:sz="4" w:space="0" w:color="B9D9C3"/>
            </w:tcBorders>
            <w:shd w:val="clear" w:color="auto" w:fill="EEECE1" w:themeFill="background2"/>
            <w:tcMar>
              <w:top w:w="2" w:type="dxa"/>
              <w:left w:w="4" w:type="dxa"/>
              <w:bottom w:w="2" w:type="dxa"/>
              <w:right w:w="4" w:type="dxa"/>
            </w:tcMar>
          </w:tcPr>
          <w:p w14:paraId="64E7948B" w14:textId="77777777" w:rsidR="004C73BC" w:rsidRPr="00703E46" w:rsidRDefault="004C73BC" w:rsidP="00D322B8">
            <w:pPr>
              <w:spacing w:after="0" w:line="240" w:lineRule="auto"/>
              <w:rPr>
                <w:sz w:val="15"/>
                <w:szCs w:val="15"/>
                <w:lang w:val="es-MX"/>
              </w:rPr>
            </w:pPr>
            <w:r w:rsidRPr="00703E46">
              <w:rPr>
                <w:rFonts w:ascii="Aptos" w:hAnsi="Aptos"/>
                <w:b/>
                <w:color w:val="176B45"/>
                <w:sz w:val="15"/>
                <w:szCs w:val="15"/>
                <w:lang w:val="es-MX"/>
              </w:rPr>
              <w:t>ASPECTOS ÉTICOS DEL CONSENTIMIENTO INFORMADO EN LA INVESTIGACIÓN EN SERES HUMANOS</w:t>
            </w:r>
            <w:r w:rsidRPr="00703E46">
              <w:rPr>
                <w:rFonts w:ascii="Aptos" w:hAnsi="Aptos"/>
                <w:i/>
                <w:color w:val="66726C"/>
                <w:sz w:val="15"/>
                <w:szCs w:val="15"/>
                <w:lang w:val="es-MX"/>
              </w:rPr>
              <w:br/>
              <w:t>Esta sección aplica siempre que se trate de una investigación en la que participen seres humanos, de lo contrario, anotar no aplica (N/A) en la casilla “modificable”.</w:t>
            </w:r>
          </w:p>
        </w:tc>
        <w:tc>
          <w:tcPr>
            <w:tcW w:w="1079" w:type="dxa"/>
            <w:tcBorders>
              <w:top w:val="single" w:sz="4" w:space="0" w:color="B9D9C3"/>
              <w:left w:val="single" w:sz="4" w:space="0" w:color="B9D9C3"/>
              <w:bottom w:val="single" w:sz="4" w:space="0" w:color="B9D9C3"/>
              <w:right w:val="single" w:sz="4" w:space="0" w:color="B9D9C3"/>
            </w:tcBorders>
            <w:shd w:val="clear" w:color="auto" w:fill="EEECE1" w:themeFill="background2"/>
            <w:vAlign w:val="center"/>
          </w:tcPr>
          <w:p w14:paraId="53401DBD" w14:textId="77777777" w:rsidR="004C73BC" w:rsidRPr="00703E46" w:rsidRDefault="004C73BC" w:rsidP="00D322B8">
            <w:pPr>
              <w:spacing w:after="0" w:line="240" w:lineRule="auto"/>
              <w:rPr>
                <w:rFonts w:ascii="Aptos" w:hAnsi="Aptos"/>
                <w:b/>
                <w:color w:val="176B45"/>
                <w:sz w:val="15"/>
                <w:szCs w:val="15"/>
                <w:lang w:val="es-MX"/>
              </w:rPr>
            </w:pPr>
          </w:p>
        </w:tc>
        <w:tc>
          <w:tcPr>
            <w:tcW w:w="641" w:type="dxa"/>
            <w:tcBorders>
              <w:top w:val="single" w:sz="4" w:space="0" w:color="B9D9C3"/>
              <w:left w:val="single" w:sz="4" w:space="0" w:color="B9D9C3"/>
              <w:bottom w:val="single" w:sz="4" w:space="0" w:color="B9D9C3"/>
              <w:right w:val="single" w:sz="4" w:space="0" w:color="B9D9C3"/>
            </w:tcBorders>
            <w:shd w:val="clear" w:color="auto" w:fill="EEECE1" w:themeFill="background2"/>
            <w:vAlign w:val="center"/>
          </w:tcPr>
          <w:p w14:paraId="5BC30254" w14:textId="77777777" w:rsidR="004C73BC" w:rsidRPr="00703E46" w:rsidRDefault="004C73BC" w:rsidP="00D322B8">
            <w:pPr>
              <w:spacing w:after="0" w:line="240" w:lineRule="auto"/>
              <w:rPr>
                <w:rFonts w:ascii="Aptos" w:hAnsi="Aptos"/>
                <w:b/>
                <w:color w:val="176B45"/>
                <w:sz w:val="15"/>
                <w:szCs w:val="15"/>
                <w:lang w:val="es-MX"/>
              </w:rPr>
            </w:pPr>
          </w:p>
        </w:tc>
      </w:tr>
      <w:tr w:rsidR="004C73BC" w:rsidRPr="00D322B8" w14:paraId="2AC4760A" w14:textId="323963B4" w:rsidTr="007A7A76">
        <w:trPr>
          <w:jc w:val="center"/>
        </w:trPr>
        <w:tc>
          <w:tcPr>
            <w:tcW w:w="2211" w:type="dxa"/>
            <w:gridSpan w:val="2"/>
            <w:tcBorders>
              <w:top w:val="single" w:sz="4" w:space="0" w:color="B9D9C3"/>
              <w:left w:val="single" w:sz="4" w:space="0" w:color="B9D9C3"/>
              <w:bottom w:val="single" w:sz="4" w:space="0" w:color="B9D9C3"/>
              <w:right w:val="single" w:sz="4" w:space="0" w:color="B9D9C3"/>
            </w:tcBorders>
            <w:shd w:val="clear" w:color="auto" w:fill="F7FBF8"/>
            <w:tcMar>
              <w:top w:w="1" w:type="dxa"/>
              <w:left w:w="3" w:type="dxa"/>
              <w:bottom w:w="1" w:type="dxa"/>
              <w:right w:w="3" w:type="dxa"/>
            </w:tcMar>
            <w:vAlign w:val="center"/>
          </w:tcPr>
          <w:p w14:paraId="16B98277" w14:textId="77777777" w:rsidR="004C73BC" w:rsidRPr="00703E46" w:rsidRDefault="004C73BC" w:rsidP="00D322B8">
            <w:pPr>
              <w:spacing w:after="0" w:line="240" w:lineRule="auto"/>
              <w:rPr>
                <w:i/>
                <w:iCs/>
                <w:sz w:val="15"/>
                <w:szCs w:val="15"/>
              </w:rPr>
            </w:pPr>
            <w:r w:rsidRPr="00703E46">
              <w:rPr>
                <w:rFonts w:ascii="Aptos" w:hAnsi="Aptos"/>
                <w:b/>
                <w:i/>
                <w:iCs/>
                <w:color w:val="24312B"/>
                <w:sz w:val="15"/>
                <w:szCs w:val="15"/>
              </w:rPr>
              <w:t>2.- Confidencialidad</w:t>
            </w:r>
          </w:p>
        </w:tc>
        <w:tc>
          <w:tcPr>
            <w:tcW w:w="6177" w:type="dxa"/>
            <w:tcBorders>
              <w:top w:val="single" w:sz="4" w:space="0" w:color="B9D9C3"/>
              <w:left w:val="single" w:sz="4" w:space="0" w:color="B9D9C3"/>
              <w:bottom w:val="single" w:sz="4" w:space="0" w:color="B9D9C3"/>
              <w:right w:val="single" w:sz="4" w:space="0" w:color="B9D9C3"/>
            </w:tcBorders>
            <w:shd w:val="clear" w:color="auto" w:fill="F7FBF8"/>
            <w:tcMar>
              <w:top w:w="1" w:type="dxa"/>
              <w:left w:w="3" w:type="dxa"/>
              <w:bottom w:w="1" w:type="dxa"/>
              <w:right w:w="3" w:type="dxa"/>
            </w:tcMar>
            <w:vAlign w:val="center"/>
          </w:tcPr>
          <w:p w14:paraId="65CED057" w14:textId="77777777" w:rsidR="004C73BC" w:rsidRPr="00703E46" w:rsidRDefault="004C73BC" w:rsidP="00D322B8">
            <w:pPr>
              <w:spacing w:after="0" w:line="240" w:lineRule="auto"/>
              <w:rPr>
                <w:i/>
                <w:iCs/>
                <w:sz w:val="15"/>
                <w:szCs w:val="15"/>
                <w:lang w:val="es-MX"/>
              </w:rPr>
            </w:pPr>
            <w:r w:rsidRPr="00703E46">
              <w:rPr>
                <w:rFonts w:ascii="Aptos" w:hAnsi="Aptos"/>
                <w:i/>
                <w:iCs/>
                <w:color w:val="24312B"/>
                <w:sz w:val="15"/>
                <w:szCs w:val="15"/>
                <w:lang w:val="es-MX"/>
              </w:rPr>
              <w:t>¿Garantiza la confidencialidad, es entendible en palabras sencillas su significado?</w:t>
            </w:r>
          </w:p>
        </w:tc>
        <w:tc>
          <w:tcPr>
            <w:tcW w:w="490" w:type="dxa"/>
            <w:tcBorders>
              <w:top w:val="single" w:sz="4" w:space="0" w:color="B9D9C3"/>
              <w:left w:val="single" w:sz="4" w:space="0" w:color="B9D9C3"/>
              <w:bottom w:val="single" w:sz="4" w:space="0" w:color="B9D9C3"/>
              <w:right w:val="single" w:sz="4" w:space="0" w:color="B9D9C3"/>
            </w:tcBorders>
            <w:shd w:val="clear" w:color="auto" w:fill="F7FBF8"/>
            <w:tcMar>
              <w:top w:w="1" w:type="dxa"/>
              <w:left w:w="3" w:type="dxa"/>
              <w:bottom w:w="1" w:type="dxa"/>
              <w:right w:w="3" w:type="dxa"/>
            </w:tcMar>
            <w:vAlign w:val="center"/>
          </w:tcPr>
          <w:p w14:paraId="4A1B93E3" w14:textId="77777777" w:rsidR="004C73BC" w:rsidRPr="00B95EEC" w:rsidRDefault="004C73BC" w:rsidP="00D322B8">
            <w:pPr>
              <w:spacing w:after="0" w:line="240" w:lineRule="auto"/>
              <w:jc w:val="center"/>
              <w:rPr>
                <w:sz w:val="20"/>
                <w:szCs w:val="44"/>
              </w:rPr>
            </w:pPr>
            <w:r w:rsidRPr="00B95EEC">
              <w:rPr>
                <w:rFonts w:ascii="Aptos" w:hAnsi="Aptos"/>
                <w:color w:val="176B45"/>
                <w:sz w:val="20"/>
                <w:szCs w:val="44"/>
              </w:rPr>
              <w:t>☐</w:t>
            </w:r>
          </w:p>
        </w:tc>
        <w:tc>
          <w:tcPr>
            <w:tcW w:w="567" w:type="dxa"/>
            <w:tcBorders>
              <w:top w:val="single" w:sz="4" w:space="0" w:color="B9D9C3"/>
              <w:left w:val="single" w:sz="4" w:space="0" w:color="B9D9C3"/>
              <w:bottom w:val="single" w:sz="4" w:space="0" w:color="B9D9C3"/>
              <w:right w:val="single" w:sz="4" w:space="0" w:color="B9D9C3"/>
            </w:tcBorders>
            <w:shd w:val="clear" w:color="auto" w:fill="F7FBF8"/>
            <w:tcMar>
              <w:top w:w="1" w:type="dxa"/>
              <w:left w:w="3" w:type="dxa"/>
              <w:bottom w:w="1" w:type="dxa"/>
              <w:right w:w="3" w:type="dxa"/>
            </w:tcMar>
            <w:vAlign w:val="center"/>
          </w:tcPr>
          <w:p w14:paraId="1F055617" w14:textId="77777777" w:rsidR="004C73BC" w:rsidRPr="00B95EEC" w:rsidRDefault="004C73BC" w:rsidP="00D322B8">
            <w:pPr>
              <w:spacing w:after="0" w:line="240" w:lineRule="auto"/>
              <w:jc w:val="center"/>
              <w:rPr>
                <w:sz w:val="20"/>
                <w:szCs w:val="44"/>
              </w:rPr>
            </w:pPr>
            <w:r w:rsidRPr="00B95EEC">
              <w:rPr>
                <w:rFonts w:ascii="Aptos" w:hAnsi="Aptos"/>
                <w:color w:val="176B45"/>
                <w:sz w:val="20"/>
                <w:szCs w:val="44"/>
              </w:rPr>
              <w:t>☐</w:t>
            </w:r>
          </w:p>
        </w:tc>
        <w:tc>
          <w:tcPr>
            <w:tcW w:w="1079" w:type="dxa"/>
            <w:tcBorders>
              <w:top w:val="single" w:sz="4" w:space="0" w:color="B9D9C3"/>
              <w:left w:val="single" w:sz="4" w:space="0" w:color="B9D9C3"/>
              <w:bottom w:val="single" w:sz="4" w:space="0" w:color="B9D9C3"/>
              <w:right w:val="single" w:sz="4" w:space="0" w:color="B9D9C3"/>
            </w:tcBorders>
            <w:shd w:val="clear" w:color="auto" w:fill="F7FBF8"/>
            <w:vAlign w:val="center"/>
          </w:tcPr>
          <w:p w14:paraId="0D7C2EC6" w14:textId="595F4D30" w:rsidR="004C73BC" w:rsidRPr="00B95EEC" w:rsidRDefault="004C73BC" w:rsidP="00D322B8">
            <w:pPr>
              <w:spacing w:after="0" w:line="240" w:lineRule="auto"/>
              <w:jc w:val="center"/>
              <w:rPr>
                <w:rFonts w:ascii="Aptos" w:hAnsi="Aptos"/>
                <w:color w:val="176B45"/>
                <w:sz w:val="20"/>
                <w:szCs w:val="44"/>
              </w:rPr>
            </w:pPr>
            <w:r w:rsidRPr="00884C0F">
              <w:rPr>
                <w:rFonts w:ascii="Aptos" w:hAnsi="Aptos"/>
                <w:color w:val="176B45"/>
                <w:sz w:val="20"/>
                <w:szCs w:val="44"/>
              </w:rPr>
              <w:t>☐</w:t>
            </w:r>
          </w:p>
        </w:tc>
        <w:tc>
          <w:tcPr>
            <w:tcW w:w="641" w:type="dxa"/>
            <w:tcBorders>
              <w:top w:val="single" w:sz="4" w:space="0" w:color="B9D9C3"/>
              <w:left w:val="single" w:sz="4" w:space="0" w:color="B9D9C3"/>
              <w:bottom w:val="single" w:sz="4" w:space="0" w:color="B9D9C3"/>
              <w:right w:val="single" w:sz="4" w:space="0" w:color="B9D9C3"/>
            </w:tcBorders>
            <w:shd w:val="clear" w:color="auto" w:fill="F7FBF8"/>
            <w:vAlign w:val="center"/>
          </w:tcPr>
          <w:p w14:paraId="5EB2B938" w14:textId="228FE0B1" w:rsidR="004C73BC" w:rsidRPr="00884C0F" w:rsidRDefault="007A7A76" w:rsidP="00D322B8">
            <w:pPr>
              <w:spacing w:after="0" w:line="240" w:lineRule="auto"/>
              <w:jc w:val="center"/>
              <w:rPr>
                <w:rFonts w:ascii="Aptos" w:hAnsi="Aptos"/>
                <w:color w:val="176B45"/>
                <w:sz w:val="20"/>
                <w:szCs w:val="44"/>
              </w:rPr>
            </w:pPr>
            <w:r w:rsidRPr="00884C0F">
              <w:rPr>
                <w:rFonts w:ascii="Aptos" w:hAnsi="Aptos"/>
                <w:color w:val="176B45"/>
                <w:sz w:val="20"/>
                <w:szCs w:val="44"/>
              </w:rPr>
              <w:t>☐</w:t>
            </w:r>
          </w:p>
        </w:tc>
      </w:tr>
      <w:tr w:rsidR="004C73BC" w:rsidRPr="00D322B8" w14:paraId="57544F76" w14:textId="639F28B9" w:rsidTr="007A7A76">
        <w:trPr>
          <w:trHeight w:val="176"/>
          <w:jc w:val="center"/>
        </w:trPr>
        <w:tc>
          <w:tcPr>
            <w:tcW w:w="2211" w:type="dxa"/>
            <w:gridSpan w:val="2"/>
            <w:tcBorders>
              <w:top w:val="single" w:sz="4" w:space="0" w:color="B9D9C3"/>
              <w:left w:val="single" w:sz="4" w:space="0" w:color="B9D9C3"/>
              <w:bottom w:val="single" w:sz="4" w:space="0" w:color="B9D9C3"/>
              <w:right w:val="single" w:sz="4" w:space="0" w:color="B9D9C3"/>
            </w:tcBorders>
            <w:tcMar>
              <w:top w:w="1" w:type="dxa"/>
              <w:left w:w="3" w:type="dxa"/>
              <w:bottom w:w="1" w:type="dxa"/>
              <w:right w:w="3" w:type="dxa"/>
            </w:tcMar>
            <w:vAlign w:val="center"/>
          </w:tcPr>
          <w:p w14:paraId="4DF134A0" w14:textId="77777777" w:rsidR="004C73BC" w:rsidRPr="00703E46" w:rsidRDefault="004C73BC" w:rsidP="00D322B8">
            <w:pPr>
              <w:spacing w:after="0" w:line="240" w:lineRule="auto"/>
              <w:rPr>
                <w:i/>
                <w:iCs/>
                <w:sz w:val="15"/>
                <w:szCs w:val="15"/>
              </w:rPr>
            </w:pPr>
            <w:r w:rsidRPr="00703E46">
              <w:rPr>
                <w:rFonts w:ascii="Aptos" w:hAnsi="Aptos"/>
                <w:b/>
                <w:i/>
                <w:iCs/>
                <w:color w:val="24312B"/>
                <w:sz w:val="15"/>
                <w:szCs w:val="15"/>
              </w:rPr>
              <w:t>3.- Participación voluntaria</w:t>
            </w:r>
          </w:p>
        </w:tc>
        <w:tc>
          <w:tcPr>
            <w:tcW w:w="6177" w:type="dxa"/>
            <w:tcBorders>
              <w:top w:val="single" w:sz="4" w:space="0" w:color="B9D9C3"/>
              <w:left w:val="single" w:sz="4" w:space="0" w:color="B9D9C3"/>
              <w:bottom w:val="single" w:sz="4" w:space="0" w:color="B9D9C3"/>
              <w:right w:val="single" w:sz="4" w:space="0" w:color="B9D9C3"/>
            </w:tcBorders>
            <w:tcMar>
              <w:top w:w="1" w:type="dxa"/>
              <w:left w:w="3" w:type="dxa"/>
              <w:bottom w:w="1" w:type="dxa"/>
              <w:right w:w="3" w:type="dxa"/>
            </w:tcMar>
            <w:vAlign w:val="center"/>
          </w:tcPr>
          <w:p w14:paraId="397CB38B" w14:textId="77777777" w:rsidR="004C73BC" w:rsidRPr="00703E46" w:rsidRDefault="004C73BC" w:rsidP="00D322B8">
            <w:pPr>
              <w:spacing w:after="0" w:line="240" w:lineRule="auto"/>
              <w:rPr>
                <w:i/>
                <w:iCs/>
                <w:sz w:val="15"/>
                <w:szCs w:val="15"/>
                <w:lang w:val="es-MX"/>
              </w:rPr>
            </w:pPr>
            <w:r w:rsidRPr="00703E46">
              <w:rPr>
                <w:rFonts w:ascii="Aptos" w:hAnsi="Aptos"/>
                <w:i/>
                <w:iCs/>
                <w:color w:val="24312B"/>
                <w:sz w:val="15"/>
                <w:szCs w:val="15"/>
                <w:lang w:val="es-MX"/>
              </w:rPr>
              <w:t>¿Menciona o especifica la participación voluntaria de los participantes?</w:t>
            </w:r>
          </w:p>
        </w:tc>
        <w:tc>
          <w:tcPr>
            <w:tcW w:w="490" w:type="dxa"/>
            <w:tcBorders>
              <w:top w:val="single" w:sz="4" w:space="0" w:color="B9D9C3"/>
              <w:left w:val="single" w:sz="4" w:space="0" w:color="B9D9C3"/>
              <w:bottom w:val="single" w:sz="4" w:space="0" w:color="B9D9C3"/>
              <w:right w:val="single" w:sz="4" w:space="0" w:color="B9D9C3"/>
            </w:tcBorders>
            <w:tcMar>
              <w:top w:w="1" w:type="dxa"/>
              <w:left w:w="3" w:type="dxa"/>
              <w:bottom w:w="1" w:type="dxa"/>
              <w:right w:w="3" w:type="dxa"/>
            </w:tcMar>
            <w:vAlign w:val="center"/>
          </w:tcPr>
          <w:p w14:paraId="0000B809" w14:textId="77777777" w:rsidR="004C73BC" w:rsidRPr="00B95EEC" w:rsidRDefault="004C73BC" w:rsidP="00D322B8">
            <w:pPr>
              <w:spacing w:after="0" w:line="240" w:lineRule="auto"/>
              <w:jc w:val="center"/>
              <w:rPr>
                <w:sz w:val="20"/>
                <w:szCs w:val="44"/>
              </w:rPr>
            </w:pPr>
            <w:r w:rsidRPr="00B95EEC">
              <w:rPr>
                <w:rFonts w:ascii="Aptos" w:hAnsi="Aptos"/>
                <w:color w:val="176B45"/>
                <w:sz w:val="20"/>
                <w:szCs w:val="44"/>
              </w:rPr>
              <w:t>☐</w:t>
            </w:r>
          </w:p>
        </w:tc>
        <w:tc>
          <w:tcPr>
            <w:tcW w:w="567" w:type="dxa"/>
            <w:tcBorders>
              <w:top w:val="single" w:sz="4" w:space="0" w:color="B9D9C3"/>
              <w:left w:val="single" w:sz="4" w:space="0" w:color="B9D9C3"/>
              <w:bottom w:val="single" w:sz="4" w:space="0" w:color="B9D9C3"/>
              <w:right w:val="single" w:sz="4" w:space="0" w:color="B9D9C3"/>
            </w:tcBorders>
            <w:tcMar>
              <w:top w:w="1" w:type="dxa"/>
              <w:left w:w="3" w:type="dxa"/>
              <w:bottom w:w="1" w:type="dxa"/>
              <w:right w:w="3" w:type="dxa"/>
            </w:tcMar>
            <w:vAlign w:val="center"/>
          </w:tcPr>
          <w:p w14:paraId="36A0F142" w14:textId="77777777" w:rsidR="004C73BC" w:rsidRPr="00B95EEC" w:rsidRDefault="004C73BC" w:rsidP="00D322B8">
            <w:pPr>
              <w:spacing w:after="0" w:line="240" w:lineRule="auto"/>
              <w:jc w:val="center"/>
              <w:rPr>
                <w:sz w:val="20"/>
                <w:szCs w:val="44"/>
              </w:rPr>
            </w:pPr>
            <w:r w:rsidRPr="00B95EEC">
              <w:rPr>
                <w:rFonts w:ascii="Aptos" w:hAnsi="Aptos"/>
                <w:color w:val="176B45"/>
                <w:sz w:val="20"/>
                <w:szCs w:val="44"/>
              </w:rPr>
              <w:t>☐</w:t>
            </w:r>
          </w:p>
        </w:tc>
        <w:tc>
          <w:tcPr>
            <w:tcW w:w="1079" w:type="dxa"/>
            <w:tcBorders>
              <w:top w:val="single" w:sz="4" w:space="0" w:color="B9D9C3"/>
              <w:left w:val="single" w:sz="4" w:space="0" w:color="B9D9C3"/>
              <w:bottom w:val="single" w:sz="4" w:space="0" w:color="B9D9C3"/>
              <w:right w:val="single" w:sz="4" w:space="0" w:color="B9D9C3"/>
            </w:tcBorders>
            <w:vAlign w:val="center"/>
          </w:tcPr>
          <w:p w14:paraId="628341DF" w14:textId="3821185C" w:rsidR="004C73BC" w:rsidRPr="00B95EEC" w:rsidRDefault="004C73BC" w:rsidP="00D322B8">
            <w:pPr>
              <w:spacing w:after="0" w:line="240" w:lineRule="auto"/>
              <w:jc w:val="center"/>
              <w:rPr>
                <w:rFonts w:ascii="Aptos" w:hAnsi="Aptos"/>
                <w:color w:val="176B45"/>
                <w:sz w:val="20"/>
                <w:szCs w:val="44"/>
              </w:rPr>
            </w:pPr>
            <w:r w:rsidRPr="00884C0F">
              <w:rPr>
                <w:rFonts w:ascii="Aptos" w:hAnsi="Aptos"/>
                <w:color w:val="176B45"/>
                <w:sz w:val="20"/>
                <w:szCs w:val="44"/>
              </w:rPr>
              <w:t>☐</w:t>
            </w:r>
          </w:p>
        </w:tc>
        <w:tc>
          <w:tcPr>
            <w:tcW w:w="641" w:type="dxa"/>
            <w:tcBorders>
              <w:top w:val="single" w:sz="4" w:space="0" w:color="B9D9C3"/>
              <w:left w:val="single" w:sz="4" w:space="0" w:color="B9D9C3"/>
              <w:bottom w:val="single" w:sz="4" w:space="0" w:color="B9D9C3"/>
              <w:right w:val="single" w:sz="4" w:space="0" w:color="B9D9C3"/>
            </w:tcBorders>
            <w:vAlign w:val="center"/>
          </w:tcPr>
          <w:p w14:paraId="6BEA2D2D" w14:textId="04AB9DE7" w:rsidR="004C73BC" w:rsidRPr="00884C0F" w:rsidRDefault="007A7A76" w:rsidP="00D322B8">
            <w:pPr>
              <w:spacing w:after="0" w:line="240" w:lineRule="auto"/>
              <w:jc w:val="center"/>
              <w:rPr>
                <w:rFonts w:ascii="Aptos" w:hAnsi="Aptos"/>
                <w:color w:val="176B45"/>
                <w:sz w:val="20"/>
                <w:szCs w:val="44"/>
              </w:rPr>
            </w:pPr>
            <w:r w:rsidRPr="00884C0F">
              <w:rPr>
                <w:rFonts w:ascii="Aptos" w:hAnsi="Aptos"/>
                <w:color w:val="176B45"/>
                <w:sz w:val="20"/>
                <w:szCs w:val="44"/>
              </w:rPr>
              <w:t>☐</w:t>
            </w:r>
          </w:p>
        </w:tc>
      </w:tr>
      <w:tr w:rsidR="004C73BC" w:rsidRPr="00D322B8" w14:paraId="54C3B496" w14:textId="4FE8F3E7" w:rsidTr="007A7A76">
        <w:trPr>
          <w:jc w:val="center"/>
        </w:trPr>
        <w:tc>
          <w:tcPr>
            <w:tcW w:w="2211" w:type="dxa"/>
            <w:gridSpan w:val="2"/>
            <w:tcBorders>
              <w:top w:val="single" w:sz="4" w:space="0" w:color="B9D9C3"/>
              <w:left w:val="single" w:sz="4" w:space="0" w:color="B9D9C3"/>
              <w:bottom w:val="single" w:sz="4" w:space="0" w:color="B9D9C3"/>
              <w:right w:val="single" w:sz="4" w:space="0" w:color="B9D9C3"/>
            </w:tcBorders>
            <w:shd w:val="clear" w:color="auto" w:fill="F7FBF8"/>
            <w:tcMar>
              <w:top w:w="1" w:type="dxa"/>
              <w:left w:w="3" w:type="dxa"/>
              <w:bottom w:w="1" w:type="dxa"/>
              <w:right w:w="3" w:type="dxa"/>
            </w:tcMar>
            <w:vAlign w:val="center"/>
          </w:tcPr>
          <w:p w14:paraId="58794B5D" w14:textId="77777777" w:rsidR="004C73BC" w:rsidRPr="00703E46" w:rsidRDefault="004C73BC" w:rsidP="00D322B8">
            <w:pPr>
              <w:spacing w:after="0" w:line="240" w:lineRule="auto"/>
              <w:rPr>
                <w:i/>
                <w:iCs/>
                <w:sz w:val="15"/>
                <w:szCs w:val="15"/>
              </w:rPr>
            </w:pPr>
            <w:r w:rsidRPr="00703E46">
              <w:rPr>
                <w:rFonts w:ascii="Aptos" w:hAnsi="Aptos"/>
                <w:b/>
                <w:i/>
                <w:iCs/>
                <w:color w:val="24312B"/>
                <w:sz w:val="15"/>
                <w:szCs w:val="15"/>
              </w:rPr>
              <w:t>4.- Posibles riesgos</w:t>
            </w:r>
          </w:p>
        </w:tc>
        <w:tc>
          <w:tcPr>
            <w:tcW w:w="6177" w:type="dxa"/>
            <w:tcBorders>
              <w:top w:val="single" w:sz="4" w:space="0" w:color="B9D9C3"/>
              <w:left w:val="single" w:sz="4" w:space="0" w:color="B9D9C3"/>
              <w:bottom w:val="single" w:sz="4" w:space="0" w:color="B9D9C3"/>
              <w:right w:val="single" w:sz="4" w:space="0" w:color="B9D9C3"/>
            </w:tcBorders>
            <w:shd w:val="clear" w:color="auto" w:fill="F7FBF8"/>
            <w:tcMar>
              <w:top w:w="1" w:type="dxa"/>
              <w:left w:w="3" w:type="dxa"/>
              <w:bottom w:w="1" w:type="dxa"/>
              <w:right w:w="3" w:type="dxa"/>
            </w:tcMar>
            <w:vAlign w:val="center"/>
          </w:tcPr>
          <w:p w14:paraId="404D2566" w14:textId="77777777" w:rsidR="004C73BC" w:rsidRPr="00703E46" w:rsidRDefault="004C73BC" w:rsidP="00D322B8">
            <w:pPr>
              <w:spacing w:after="0" w:line="240" w:lineRule="auto"/>
              <w:rPr>
                <w:i/>
                <w:iCs/>
                <w:sz w:val="15"/>
                <w:szCs w:val="15"/>
                <w:lang w:val="es-MX"/>
              </w:rPr>
            </w:pPr>
            <w:r w:rsidRPr="00703E46">
              <w:rPr>
                <w:rFonts w:ascii="Aptos" w:hAnsi="Aptos"/>
                <w:i/>
                <w:iCs/>
                <w:color w:val="24312B"/>
                <w:sz w:val="15"/>
                <w:szCs w:val="15"/>
                <w:lang w:val="es-MX"/>
              </w:rPr>
              <w:t>Hace mención de los posibles riesgos o dolencias que conlleva el participar en la investigación, ¿Clasifica el tipo de riesgo?</w:t>
            </w:r>
          </w:p>
        </w:tc>
        <w:tc>
          <w:tcPr>
            <w:tcW w:w="490" w:type="dxa"/>
            <w:tcBorders>
              <w:top w:val="single" w:sz="4" w:space="0" w:color="B9D9C3"/>
              <w:left w:val="single" w:sz="4" w:space="0" w:color="B9D9C3"/>
              <w:bottom w:val="single" w:sz="4" w:space="0" w:color="B9D9C3"/>
              <w:right w:val="single" w:sz="4" w:space="0" w:color="B9D9C3"/>
            </w:tcBorders>
            <w:shd w:val="clear" w:color="auto" w:fill="F7FBF8"/>
            <w:tcMar>
              <w:top w:w="1" w:type="dxa"/>
              <w:left w:w="3" w:type="dxa"/>
              <w:bottom w:w="1" w:type="dxa"/>
              <w:right w:w="3" w:type="dxa"/>
            </w:tcMar>
            <w:vAlign w:val="center"/>
          </w:tcPr>
          <w:p w14:paraId="6AA08222" w14:textId="77777777" w:rsidR="004C73BC" w:rsidRPr="00B95EEC" w:rsidRDefault="004C73BC" w:rsidP="00D322B8">
            <w:pPr>
              <w:spacing w:after="0" w:line="240" w:lineRule="auto"/>
              <w:jc w:val="center"/>
              <w:rPr>
                <w:sz w:val="20"/>
                <w:szCs w:val="44"/>
              </w:rPr>
            </w:pPr>
            <w:r w:rsidRPr="00B95EEC">
              <w:rPr>
                <w:rFonts w:ascii="Aptos" w:hAnsi="Aptos"/>
                <w:color w:val="176B45"/>
                <w:sz w:val="20"/>
                <w:szCs w:val="44"/>
              </w:rPr>
              <w:t>☐</w:t>
            </w:r>
          </w:p>
        </w:tc>
        <w:tc>
          <w:tcPr>
            <w:tcW w:w="567" w:type="dxa"/>
            <w:tcBorders>
              <w:top w:val="single" w:sz="4" w:space="0" w:color="B9D9C3"/>
              <w:left w:val="single" w:sz="4" w:space="0" w:color="B9D9C3"/>
              <w:bottom w:val="single" w:sz="4" w:space="0" w:color="B9D9C3"/>
              <w:right w:val="single" w:sz="4" w:space="0" w:color="B9D9C3"/>
            </w:tcBorders>
            <w:shd w:val="clear" w:color="auto" w:fill="F7FBF8"/>
            <w:tcMar>
              <w:top w:w="1" w:type="dxa"/>
              <w:left w:w="3" w:type="dxa"/>
              <w:bottom w:w="1" w:type="dxa"/>
              <w:right w:w="3" w:type="dxa"/>
            </w:tcMar>
            <w:vAlign w:val="center"/>
          </w:tcPr>
          <w:p w14:paraId="2AAD4884" w14:textId="77777777" w:rsidR="004C73BC" w:rsidRPr="00B95EEC" w:rsidRDefault="004C73BC" w:rsidP="00D322B8">
            <w:pPr>
              <w:spacing w:after="0" w:line="240" w:lineRule="auto"/>
              <w:jc w:val="center"/>
              <w:rPr>
                <w:sz w:val="20"/>
                <w:szCs w:val="44"/>
              </w:rPr>
            </w:pPr>
            <w:r w:rsidRPr="00B95EEC">
              <w:rPr>
                <w:rFonts w:ascii="Aptos" w:hAnsi="Aptos"/>
                <w:color w:val="176B45"/>
                <w:sz w:val="20"/>
                <w:szCs w:val="44"/>
              </w:rPr>
              <w:t>☐</w:t>
            </w:r>
          </w:p>
        </w:tc>
        <w:tc>
          <w:tcPr>
            <w:tcW w:w="1079" w:type="dxa"/>
            <w:tcBorders>
              <w:top w:val="single" w:sz="4" w:space="0" w:color="B9D9C3"/>
              <w:left w:val="single" w:sz="4" w:space="0" w:color="B9D9C3"/>
              <w:bottom w:val="single" w:sz="4" w:space="0" w:color="B9D9C3"/>
              <w:right w:val="single" w:sz="4" w:space="0" w:color="B9D9C3"/>
            </w:tcBorders>
            <w:shd w:val="clear" w:color="auto" w:fill="F7FBF8"/>
            <w:vAlign w:val="center"/>
          </w:tcPr>
          <w:p w14:paraId="0D8AF698" w14:textId="68B046CE" w:rsidR="004C73BC" w:rsidRPr="00B95EEC" w:rsidRDefault="004C73BC" w:rsidP="00D322B8">
            <w:pPr>
              <w:spacing w:after="0" w:line="240" w:lineRule="auto"/>
              <w:jc w:val="center"/>
              <w:rPr>
                <w:rFonts w:ascii="Aptos" w:hAnsi="Aptos"/>
                <w:color w:val="176B45"/>
                <w:sz w:val="20"/>
                <w:szCs w:val="44"/>
              </w:rPr>
            </w:pPr>
            <w:r w:rsidRPr="00884C0F">
              <w:rPr>
                <w:rFonts w:ascii="Aptos" w:hAnsi="Aptos"/>
                <w:color w:val="176B45"/>
                <w:sz w:val="20"/>
                <w:szCs w:val="44"/>
              </w:rPr>
              <w:t>☐</w:t>
            </w:r>
          </w:p>
        </w:tc>
        <w:tc>
          <w:tcPr>
            <w:tcW w:w="641" w:type="dxa"/>
            <w:tcBorders>
              <w:top w:val="single" w:sz="4" w:space="0" w:color="B9D9C3"/>
              <w:left w:val="single" w:sz="4" w:space="0" w:color="B9D9C3"/>
              <w:bottom w:val="single" w:sz="4" w:space="0" w:color="B9D9C3"/>
              <w:right w:val="single" w:sz="4" w:space="0" w:color="B9D9C3"/>
            </w:tcBorders>
            <w:shd w:val="clear" w:color="auto" w:fill="F7FBF8"/>
            <w:vAlign w:val="center"/>
          </w:tcPr>
          <w:p w14:paraId="36E1CECB" w14:textId="46D551DA" w:rsidR="004C73BC" w:rsidRPr="00884C0F" w:rsidRDefault="007A7A76" w:rsidP="00D322B8">
            <w:pPr>
              <w:spacing w:after="0" w:line="240" w:lineRule="auto"/>
              <w:jc w:val="center"/>
              <w:rPr>
                <w:rFonts w:ascii="Aptos" w:hAnsi="Aptos"/>
                <w:color w:val="176B45"/>
                <w:sz w:val="20"/>
                <w:szCs w:val="44"/>
              </w:rPr>
            </w:pPr>
            <w:r w:rsidRPr="00884C0F">
              <w:rPr>
                <w:rFonts w:ascii="Aptos" w:hAnsi="Aptos"/>
                <w:color w:val="176B45"/>
                <w:sz w:val="20"/>
                <w:szCs w:val="44"/>
              </w:rPr>
              <w:t>☐</w:t>
            </w:r>
          </w:p>
        </w:tc>
      </w:tr>
      <w:tr w:rsidR="004C73BC" w:rsidRPr="00D322B8" w14:paraId="2549B733" w14:textId="594E90C8" w:rsidTr="007A7A76">
        <w:trPr>
          <w:jc w:val="center"/>
        </w:trPr>
        <w:tc>
          <w:tcPr>
            <w:tcW w:w="2211" w:type="dxa"/>
            <w:gridSpan w:val="2"/>
            <w:tcBorders>
              <w:top w:val="single" w:sz="4" w:space="0" w:color="B9D9C3"/>
              <w:left w:val="single" w:sz="4" w:space="0" w:color="B9D9C3"/>
              <w:bottom w:val="single" w:sz="4" w:space="0" w:color="B9D9C3"/>
              <w:right w:val="single" w:sz="4" w:space="0" w:color="B9D9C3"/>
            </w:tcBorders>
            <w:tcMar>
              <w:top w:w="1" w:type="dxa"/>
              <w:left w:w="3" w:type="dxa"/>
              <w:bottom w:w="1" w:type="dxa"/>
              <w:right w:w="3" w:type="dxa"/>
            </w:tcMar>
            <w:vAlign w:val="center"/>
          </w:tcPr>
          <w:p w14:paraId="72F3C704" w14:textId="77777777" w:rsidR="004C73BC" w:rsidRPr="00703E46" w:rsidRDefault="004C73BC" w:rsidP="00D322B8">
            <w:pPr>
              <w:spacing w:after="0" w:line="240" w:lineRule="auto"/>
              <w:rPr>
                <w:i/>
                <w:iCs/>
                <w:sz w:val="15"/>
                <w:szCs w:val="15"/>
              </w:rPr>
            </w:pPr>
            <w:r w:rsidRPr="00703E46">
              <w:rPr>
                <w:rFonts w:ascii="Aptos" w:hAnsi="Aptos"/>
                <w:b/>
                <w:i/>
                <w:iCs/>
                <w:color w:val="24312B"/>
                <w:sz w:val="15"/>
                <w:szCs w:val="15"/>
              </w:rPr>
              <w:t>5.- Revocación de su consentimiento</w:t>
            </w:r>
          </w:p>
        </w:tc>
        <w:tc>
          <w:tcPr>
            <w:tcW w:w="6177" w:type="dxa"/>
            <w:tcBorders>
              <w:top w:val="single" w:sz="4" w:space="0" w:color="B9D9C3"/>
              <w:left w:val="single" w:sz="4" w:space="0" w:color="B9D9C3"/>
              <w:bottom w:val="single" w:sz="4" w:space="0" w:color="B9D9C3"/>
              <w:right w:val="single" w:sz="4" w:space="0" w:color="B9D9C3"/>
            </w:tcBorders>
            <w:tcMar>
              <w:top w:w="1" w:type="dxa"/>
              <w:left w:w="3" w:type="dxa"/>
              <w:bottom w:w="1" w:type="dxa"/>
              <w:right w:w="3" w:type="dxa"/>
            </w:tcMar>
            <w:vAlign w:val="center"/>
          </w:tcPr>
          <w:p w14:paraId="0D26CD35" w14:textId="77777777" w:rsidR="004C73BC" w:rsidRPr="00703E46" w:rsidRDefault="004C73BC" w:rsidP="00D322B8">
            <w:pPr>
              <w:spacing w:after="0" w:line="240" w:lineRule="auto"/>
              <w:rPr>
                <w:i/>
                <w:iCs/>
                <w:sz w:val="15"/>
                <w:szCs w:val="15"/>
                <w:lang w:val="es-MX"/>
              </w:rPr>
            </w:pPr>
            <w:r w:rsidRPr="00703E46">
              <w:rPr>
                <w:rFonts w:ascii="Aptos" w:hAnsi="Aptos"/>
                <w:i/>
                <w:iCs/>
                <w:color w:val="24312B"/>
                <w:sz w:val="15"/>
                <w:szCs w:val="15"/>
                <w:lang w:val="es-MX"/>
              </w:rPr>
              <w:t>¿Especifica la libertad del participante para revocar su consentimiento a continuar o no en el estudio?</w:t>
            </w:r>
          </w:p>
        </w:tc>
        <w:tc>
          <w:tcPr>
            <w:tcW w:w="490" w:type="dxa"/>
            <w:tcBorders>
              <w:top w:val="single" w:sz="4" w:space="0" w:color="B9D9C3"/>
              <w:left w:val="single" w:sz="4" w:space="0" w:color="B9D9C3"/>
              <w:bottom w:val="single" w:sz="4" w:space="0" w:color="B9D9C3"/>
              <w:right w:val="single" w:sz="4" w:space="0" w:color="B9D9C3"/>
            </w:tcBorders>
            <w:tcMar>
              <w:top w:w="1" w:type="dxa"/>
              <w:left w:w="3" w:type="dxa"/>
              <w:bottom w:w="1" w:type="dxa"/>
              <w:right w:w="3" w:type="dxa"/>
            </w:tcMar>
            <w:vAlign w:val="center"/>
          </w:tcPr>
          <w:p w14:paraId="249B1B55" w14:textId="77777777" w:rsidR="004C73BC" w:rsidRPr="00B95EEC" w:rsidRDefault="004C73BC" w:rsidP="00D322B8">
            <w:pPr>
              <w:spacing w:after="0" w:line="240" w:lineRule="auto"/>
              <w:jc w:val="center"/>
              <w:rPr>
                <w:sz w:val="20"/>
                <w:szCs w:val="44"/>
              </w:rPr>
            </w:pPr>
            <w:r w:rsidRPr="00B95EEC">
              <w:rPr>
                <w:rFonts w:ascii="Aptos" w:hAnsi="Aptos"/>
                <w:color w:val="176B45"/>
                <w:sz w:val="20"/>
                <w:szCs w:val="44"/>
              </w:rPr>
              <w:t>☐</w:t>
            </w:r>
          </w:p>
        </w:tc>
        <w:tc>
          <w:tcPr>
            <w:tcW w:w="567" w:type="dxa"/>
            <w:tcBorders>
              <w:top w:val="single" w:sz="4" w:space="0" w:color="B9D9C3"/>
              <w:left w:val="single" w:sz="4" w:space="0" w:color="B9D9C3"/>
              <w:bottom w:val="single" w:sz="4" w:space="0" w:color="B9D9C3"/>
              <w:right w:val="single" w:sz="4" w:space="0" w:color="B9D9C3"/>
            </w:tcBorders>
            <w:tcMar>
              <w:top w:w="1" w:type="dxa"/>
              <w:left w:w="3" w:type="dxa"/>
              <w:bottom w:w="1" w:type="dxa"/>
              <w:right w:w="3" w:type="dxa"/>
            </w:tcMar>
            <w:vAlign w:val="center"/>
          </w:tcPr>
          <w:p w14:paraId="6D7464BE" w14:textId="77777777" w:rsidR="004C73BC" w:rsidRPr="00B95EEC" w:rsidRDefault="004C73BC" w:rsidP="00D322B8">
            <w:pPr>
              <w:spacing w:after="0" w:line="240" w:lineRule="auto"/>
              <w:jc w:val="center"/>
              <w:rPr>
                <w:sz w:val="20"/>
                <w:szCs w:val="44"/>
              </w:rPr>
            </w:pPr>
            <w:r w:rsidRPr="00B95EEC">
              <w:rPr>
                <w:rFonts w:ascii="Aptos" w:hAnsi="Aptos"/>
                <w:color w:val="176B45"/>
                <w:sz w:val="20"/>
                <w:szCs w:val="44"/>
              </w:rPr>
              <w:t>☐</w:t>
            </w:r>
          </w:p>
        </w:tc>
        <w:tc>
          <w:tcPr>
            <w:tcW w:w="1079" w:type="dxa"/>
            <w:tcBorders>
              <w:top w:val="single" w:sz="4" w:space="0" w:color="B9D9C3"/>
              <w:left w:val="single" w:sz="4" w:space="0" w:color="B9D9C3"/>
              <w:bottom w:val="single" w:sz="4" w:space="0" w:color="B9D9C3"/>
              <w:right w:val="single" w:sz="4" w:space="0" w:color="B9D9C3"/>
            </w:tcBorders>
            <w:vAlign w:val="center"/>
          </w:tcPr>
          <w:p w14:paraId="52E28F3A" w14:textId="4D992E51" w:rsidR="004C73BC" w:rsidRPr="00B95EEC" w:rsidRDefault="004C73BC" w:rsidP="00D322B8">
            <w:pPr>
              <w:spacing w:after="0" w:line="240" w:lineRule="auto"/>
              <w:jc w:val="center"/>
              <w:rPr>
                <w:rFonts w:ascii="Aptos" w:hAnsi="Aptos"/>
                <w:color w:val="176B45"/>
                <w:sz w:val="20"/>
                <w:szCs w:val="44"/>
              </w:rPr>
            </w:pPr>
            <w:r w:rsidRPr="00884C0F">
              <w:rPr>
                <w:rFonts w:ascii="Aptos" w:hAnsi="Aptos"/>
                <w:color w:val="176B45"/>
                <w:sz w:val="20"/>
                <w:szCs w:val="44"/>
              </w:rPr>
              <w:t>☐</w:t>
            </w:r>
          </w:p>
        </w:tc>
        <w:tc>
          <w:tcPr>
            <w:tcW w:w="641" w:type="dxa"/>
            <w:tcBorders>
              <w:top w:val="single" w:sz="4" w:space="0" w:color="B9D9C3"/>
              <w:left w:val="single" w:sz="4" w:space="0" w:color="B9D9C3"/>
              <w:bottom w:val="single" w:sz="4" w:space="0" w:color="B9D9C3"/>
              <w:right w:val="single" w:sz="4" w:space="0" w:color="B9D9C3"/>
            </w:tcBorders>
            <w:vAlign w:val="center"/>
          </w:tcPr>
          <w:p w14:paraId="3615220C" w14:textId="00B1F51C" w:rsidR="004C73BC" w:rsidRPr="00884C0F" w:rsidRDefault="007A7A76" w:rsidP="00D322B8">
            <w:pPr>
              <w:spacing w:after="0" w:line="240" w:lineRule="auto"/>
              <w:jc w:val="center"/>
              <w:rPr>
                <w:rFonts w:ascii="Aptos" w:hAnsi="Aptos"/>
                <w:color w:val="176B45"/>
                <w:sz w:val="20"/>
                <w:szCs w:val="44"/>
              </w:rPr>
            </w:pPr>
            <w:r w:rsidRPr="00884C0F">
              <w:rPr>
                <w:rFonts w:ascii="Aptos" w:hAnsi="Aptos"/>
                <w:color w:val="176B45"/>
                <w:sz w:val="20"/>
                <w:szCs w:val="44"/>
              </w:rPr>
              <w:t>☐</w:t>
            </w:r>
          </w:p>
        </w:tc>
      </w:tr>
      <w:tr w:rsidR="004C73BC" w:rsidRPr="00D322B8" w14:paraId="2E018C94" w14:textId="366D3EDD" w:rsidTr="007A7A76">
        <w:trPr>
          <w:jc w:val="center"/>
        </w:trPr>
        <w:tc>
          <w:tcPr>
            <w:tcW w:w="2211" w:type="dxa"/>
            <w:gridSpan w:val="2"/>
            <w:tcBorders>
              <w:top w:val="single" w:sz="4" w:space="0" w:color="B9D9C3"/>
              <w:left w:val="single" w:sz="4" w:space="0" w:color="B9D9C3"/>
              <w:bottom w:val="single" w:sz="4" w:space="0" w:color="B9D9C3"/>
              <w:right w:val="single" w:sz="4" w:space="0" w:color="B9D9C3"/>
            </w:tcBorders>
            <w:shd w:val="clear" w:color="auto" w:fill="F7FBF8"/>
            <w:tcMar>
              <w:top w:w="1" w:type="dxa"/>
              <w:left w:w="3" w:type="dxa"/>
              <w:bottom w:w="1" w:type="dxa"/>
              <w:right w:w="3" w:type="dxa"/>
            </w:tcMar>
            <w:vAlign w:val="center"/>
          </w:tcPr>
          <w:p w14:paraId="1805E1D7" w14:textId="77777777" w:rsidR="004C73BC" w:rsidRPr="00703E46" w:rsidRDefault="004C73BC" w:rsidP="00D322B8">
            <w:pPr>
              <w:spacing w:after="0" w:line="240" w:lineRule="auto"/>
              <w:rPr>
                <w:i/>
                <w:iCs/>
                <w:sz w:val="15"/>
                <w:szCs w:val="15"/>
              </w:rPr>
            </w:pPr>
            <w:r w:rsidRPr="00703E46">
              <w:rPr>
                <w:rFonts w:ascii="Aptos" w:hAnsi="Aptos"/>
                <w:b/>
                <w:i/>
                <w:iCs/>
                <w:color w:val="24312B"/>
                <w:sz w:val="15"/>
                <w:szCs w:val="15"/>
              </w:rPr>
              <w:t>6.- Testigos</w:t>
            </w:r>
          </w:p>
        </w:tc>
        <w:tc>
          <w:tcPr>
            <w:tcW w:w="6177" w:type="dxa"/>
            <w:tcBorders>
              <w:top w:val="single" w:sz="4" w:space="0" w:color="B9D9C3"/>
              <w:left w:val="single" w:sz="4" w:space="0" w:color="B9D9C3"/>
              <w:bottom w:val="single" w:sz="4" w:space="0" w:color="B9D9C3"/>
              <w:right w:val="single" w:sz="4" w:space="0" w:color="B9D9C3"/>
            </w:tcBorders>
            <w:shd w:val="clear" w:color="auto" w:fill="F7FBF8"/>
            <w:tcMar>
              <w:top w:w="1" w:type="dxa"/>
              <w:left w:w="3" w:type="dxa"/>
              <w:bottom w:w="1" w:type="dxa"/>
              <w:right w:w="3" w:type="dxa"/>
            </w:tcMar>
            <w:vAlign w:val="center"/>
          </w:tcPr>
          <w:p w14:paraId="34B5C56E" w14:textId="77777777" w:rsidR="004C73BC" w:rsidRPr="00703E46" w:rsidRDefault="004C73BC" w:rsidP="00D322B8">
            <w:pPr>
              <w:spacing w:after="0" w:line="240" w:lineRule="auto"/>
              <w:rPr>
                <w:i/>
                <w:iCs/>
                <w:sz w:val="15"/>
                <w:szCs w:val="15"/>
                <w:lang w:val="es-MX"/>
              </w:rPr>
            </w:pPr>
            <w:r w:rsidRPr="00703E46">
              <w:rPr>
                <w:rFonts w:ascii="Aptos" w:hAnsi="Aptos"/>
                <w:i/>
                <w:iCs/>
                <w:color w:val="24312B"/>
                <w:sz w:val="15"/>
                <w:szCs w:val="15"/>
                <w:lang w:val="es-MX"/>
              </w:rPr>
              <w:t>Presenta dos testigos que proporcionen nombre, dirección, firma, teléfono y/o correo electrónico.</w:t>
            </w:r>
          </w:p>
        </w:tc>
        <w:tc>
          <w:tcPr>
            <w:tcW w:w="490" w:type="dxa"/>
            <w:tcBorders>
              <w:top w:val="single" w:sz="4" w:space="0" w:color="B9D9C3"/>
              <w:left w:val="single" w:sz="4" w:space="0" w:color="B9D9C3"/>
              <w:bottom w:val="single" w:sz="4" w:space="0" w:color="B9D9C3"/>
              <w:right w:val="single" w:sz="4" w:space="0" w:color="B9D9C3"/>
            </w:tcBorders>
            <w:shd w:val="clear" w:color="auto" w:fill="F7FBF8"/>
            <w:tcMar>
              <w:top w:w="1" w:type="dxa"/>
              <w:left w:w="3" w:type="dxa"/>
              <w:bottom w:w="1" w:type="dxa"/>
              <w:right w:w="3" w:type="dxa"/>
            </w:tcMar>
            <w:vAlign w:val="center"/>
          </w:tcPr>
          <w:p w14:paraId="3C63DC03" w14:textId="77777777" w:rsidR="004C73BC" w:rsidRPr="00B95EEC" w:rsidRDefault="004C73BC" w:rsidP="00D322B8">
            <w:pPr>
              <w:spacing w:after="0" w:line="240" w:lineRule="auto"/>
              <w:jc w:val="center"/>
              <w:rPr>
                <w:sz w:val="20"/>
                <w:szCs w:val="44"/>
              </w:rPr>
            </w:pPr>
            <w:r w:rsidRPr="00B95EEC">
              <w:rPr>
                <w:rFonts w:ascii="Aptos" w:hAnsi="Aptos"/>
                <w:color w:val="176B45"/>
                <w:sz w:val="20"/>
                <w:szCs w:val="44"/>
              </w:rPr>
              <w:t>☐</w:t>
            </w:r>
          </w:p>
        </w:tc>
        <w:tc>
          <w:tcPr>
            <w:tcW w:w="567" w:type="dxa"/>
            <w:tcBorders>
              <w:top w:val="single" w:sz="4" w:space="0" w:color="B9D9C3"/>
              <w:left w:val="single" w:sz="4" w:space="0" w:color="B9D9C3"/>
              <w:bottom w:val="single" w:sz="4" w:space="0" w:color="B9D9C3"/>
              <w:right w:val="single" w:sz="4" w:space="0" w:color="B9D9C3"/>
            </w:tcBorders>
            <w:shd w:val="clear" w:color="auto" w:fill="F7FBF8"/>
            <w:tcMar>
              <w:top w:w="1" w:type="dxa"/>
              <w:left w:w="3" w:type="dxa"/>
              <w:bottom w:w="1" w:type="dxa"/>
              <w:right w:w="3" w:type="dxa"/>
            </w:tcMar>
            <w:vAlign w:val="center"/>
          </w:tcPr>
          <w:p w14:paraId="5DFC2AC4" w14:textId="77777777" w:rsidR="004C73BC" w:rsidRPr="00B95EEC" w:rsidRDefault="004C73BC" w:rsidP="00D322B8">
            <w:pPr>
              <w:spacing w:after="0" w:line="240" w:lineRule="auto"/>
              <w:jc w:val="center"/>
              <w:rPr>
                <w:sz w:val="20"/>
                <w:szCs w:val="44"/>
              </w:rPr>
            </w:pPr>
            <w:r w:rsidRPr="00B95EEC">
              <w:rPr>
                <w:rFonts w:ascii="Aptos" w:hAnsi="Aptos"/>
                <w:color w:val="176B45"/>
                <w:sz w:val="20"/>
                <w:szCs w:val="44"/>
              </w:rPr>
              <w:t>☐</w:t>
            </w:r>
          </w:p>
        </w:tc>
        <w:tc>
          <w:tcPr>
            <w:tcW w:w="1079" w:type="dxa"/>
            <w:tcBorders>
              <w:top w:val="single" w:sz="4" w:space="0" w:color="B9D9C3"/>
              <w:left w:val="single" w:sz="4" w:space="0" w:color="B9D9C3"/>
              <w:bottom w:val="single" w:sz="4" w:space="0" w:color="B9D9C3"/>
              <w:right w:val="single" w:sz="4" w:space="0" w:color="B9D9C3"/>
            </w:tcBorders>
            <w:shd w:val="clear" w:color="auto" w:fill="F7FBF8"/>
            <w:vAlign w:val="center"/>
          </w:tcPr>
          <w:p w14:paraId="32668FCE" w14:textId="0892BF55" w:rsidR="004C73BC" w:rsidRPr="00B95EEC" w:rsidRDefault="004C73BC" w:rsidP="00D322B8">
            <w:pPr>
              <w:spacing w:after="0" w:line="240" w:lineRule="auto"/>
              <w:jc w:val="center"/>
              <w:rPr>
                <w:rFonts w:ascii="Aptos" w:hAnsi="Aptos"/>
                <w:color w:val="176B45"/>
                <w:sz w:val="20"/>
                <w:szCs w:val="44"/>
              </w:rPr>
            </w:pPr>
            <w:r w:rsidRPr="00884C0F">
              <w:rPr>
                <w:rFonts w:ascii="Aptos" w:hAnsi="Aptos"/>
                <w:color w:val="176B45"/>
                <w:sz w:val="20"/>
                <w:szCs w:val="44"/>
              </w:rPr>
              <w:t>☐</w:t>
            </w:r>
          </w:p>
        </w:tc>
        <w:tc>
          <w:tcPr>
            <w:tcW w:w="641" w:type="dxa"/>
            <w:tcBorders>
              <w:top w:val="single" w:sz="4" w:space="0" w:color="B9D9C3"/>
              <w:left w:val="single" w:sz="4" w:space="0" w:color="B9D9C3"/>
              <w:bottom w:val="single" w:sz="4" w:space="0" w:color="B9D9C3"/>
              <w:right w:val="single" w:sz="4" w:space="0" w:color="B9D9C3"/>
            </w:tcBorders>
            <w:shd w:val="clear" w:color="auto" w:fill="F7FBF8"/>
            <w:vAlign w:val="center"/>
          </w:tcPr>
          <w:p w14:paraId="1811852C" w14:textId="4614EFA4" w:rsidR="004C73BC" w:rsidRPr="00884C0F" w:rsidRDefault="007A7A76" w:rsidP="00D322B8">
            <w:pPr>
              <w:spacing w:after="0" w:line="240" w:lineRule="auto"/>
              <w:jc w:val="center"/>
              <w:rPr>
                <w:rFonts w:ascii="Aptos" w:hAnsi="Aptos"/>
                <w:color w:val="176B45"/>
                <w:sz w:val="20"/>
                <w:szCs w:val="44"/>
              </w:rPr>
            </w:pPr>
            <w:r w:rsidRPr="00884C0F">
              <w:rPr>
                <w:rFonts w:ascii="Aptos" w:hAnsi="Aptos"/>
                <w:color w:val="176B45"/>
                <w:sz w:val="20"/>
                <w:szCs w:val="44"/>
              </w:rPr>
              <w:t>☐</w:t>
            </w:r>
          </w:p>
        </w:tc>
      </w:tr>
      <w:tr w:rsidR="004C73BC" w:rsidRPr="009538B0" w14:paraId="5D6711ED" w14:textId="2373255D" w:rsidTr="007A7A76">
        <w:trPr>
          <w:jc w:val="center"/>
        </w:trPr>
        <w:tc>
          <w:tcPr>
            <w:tcW w:w="9445" w:type="dxa"/>
            <w:gridSpan w:val="5"/>
            <w:tcBorders>
              <w:top w:val="single" w:sz="4" w:space="0" w:color="B9D9C3"/>
              <w:left w:val="single" w:sz="4" w:space="0" w:color="B9D9C3"/>
              <w:bottom w:val="single" w:sz="4" w:space="0" w:color="B9D9C3"/>
              <w:right w:val="single" w:sz="4" w:space="0" w:color="B9D9C3"/>
            </w:tcBorders>
            <w:shd w:val="clear" w:color="auto" w:fill="EEECE1" w:themeFill="background2"/>
            <w:tcMar>
              <w:top w:w="2" w:type="dxa"/>
              <w:left w:w="4" w:type="dxa"/>
              <w:bottom w:w="2" w:type="dxa"/>
              <w:right w:w="4" w:type="dxa"/>
            </w:tcMar>
          </w:tcPr>
          <w:p w14:paraId="0C7AC869" w14:textId="77777777" w:rsidR="004C73BC" w:rsidRPr="00703E46" w:rsidRDefault="004C73BC" w:rsidP="00D322B8">
            <w:pPr>
              <w:spacing w:after="0" w:line="240" w:lineRule="auto"/>
              <w:rPr>
                <w:sz w:val="15"/>
                <w:szCs w:val="15"/>
                <w:lang w:val="es-MX"/>
              </w:rPr>
            </w:pPr>
            <w:r w:rsidRPr="00703E46">
              <w:rPr>
                <w:rFonts w:ascii="Aptos" w:hAnsi="Aptos"/>
                <w:b/>
                <w:color w:val="176B45"/>
                <w:sz w:val="15"/>
                <w:szCs w:val="15"/>
                <w:lang w:val="es-MX"/>
              </w:rPr>
              <w:t>ASPECTOS ÉTICOS DEL ASENTIMIENTO INFORMADO EN LA INVESTIGACIÓN EN MENORES DE EDAD O PERSONAS CON DISCAPACIDAD</w:t>
            </w:r>
            <w:r w:rsidRPr="00703E46">
              <w:rPr>
                <w:rFonts w:ascii="Aptos" w:hAnsi="Aptos"/>
                <w:i/>
                <w:color w:val="66726C"/>
                <w:sz w:val="15"/>
                <w:szCs w:val="15"/>
                <w:lang w:val="es-MX"/>
              </w:rPr>
              <w:br/>
              <w:t>Esta sección aplica, siempre que se trate de una investigación en el que participen seres humanos menores de edad, de lo contrario, anotar no aplica (N/A) en la casilla “modificable”. Nota: en menores de 7 años y personas con discapacidad que no le permita asentir se hará una exención para la elaboración del asentimiento informado.</w:t>
            </w:r>
          </w:p>
        </w:tc>
        <w:tc>
          <w:tcPr>
            <w:tcW w:w="1079" w:type="dxa"/>
            <w:tcBorders>
              <w:top w:val="single" w:sz="4" w:space="0" w:color="B9D9C3"/>
              <w:left w:val="single" w:sz="4" w:space="0" w:color="B9D9C3"/>
              <w:bottom w:val="single" w:sz="4" w:space="0" w:color="B9D9C3"/>
              <w:right w:val="single" w:sz="4" w:space="0" w:color="B9D9C3"/>
            </w:tcBorders>
            <w:shd w:val="clear" w:color="auto" w:fill="EEECE1" w:themeFill="background2"/>
            <w:vAlign w:val="center"/>
          </w:tcPr>
          <w:p w14:paraId="578EF921" w14:textId="77777777" w:rsidR="004C73BC" w:rsidRPr="00703E46" w:rsidRDefault="004C73BC" w:rsidP="00D322B8">
            <w:pPr>
              <w:spacing w:after="0" w:line="240" w:lineRule="auto"/>
              <w:rPr>
                <w:rFonts w:ascii="Aptos" w:hAnsi="Aptos"/>
                <w:b/>
                <w:color w:val="176B45"/>
                <w:sz w:val="15"/>
                <w:szCs w:val="15"/>
                <w:lang w:val="es-MX"/>
              </w:rPr>
            </w:pPr>
          </w:p>
        </w:tc>
        <w:tc>
          <w:tcPr>
            <w:tcW w:w="641" w:type="dxa"/>
            <w:tcBorders>
              <w:top w:val="single" w:sz="4" w:space="0" w:color="B9D9C3"/>
              <w:left w:val="single" w:sz="4" w:space="0" w:color="B9D9C3"/>
              <w:bottom w:val="single" w:sz="4" w:space="0" w:color="B9D9C3"/>
              <w:right w:val="single" w:sz="4" w:space="0" w:color="B9D9C3"/>
            </w:tcBorders>
            <w:shd w:val="clear" w:color="auto" w:fill="EEECE1" w:themeFill="background2"/>
            <w:vAlign w:val="center"/>
          </w:tcPr>
          <w:p w14:paraId="136D1B62" w14:textId="77777777" w:rsidR="004C73BC" w:rsidRPr="00703E46" w:rsidRDefault="004C73BC" w:rsidP="00D322B8">
            <w:pPr>
              <w:spacing w:after="0" w:line="240" w:lineRule="auto"/>
              <w:rPr>
                <w:rFonts w:ascii="Aptos" w:hAnsi="Aptos"/>
                <w:b/>
                <w:color w:val="176B45"/>
                <w:sz w:val="15"/>
                <w:szCs w:val="15"/>
                <w:lang w:val="es-MX"/>
              </w:rPr>
            </w:pPr>
          </w:p>
        </w:tc>
      </w:tr>
      <w:tr w:rsidR="004C73BC" w:rsidRPr="00D322B8" w14:paraId="79DBBA50" w14:textId="7FADBC2B" w:rsidTr="007A7A76">
        <w:trPr>
          <w:jc w:val="center"/>
        </w:trPr>
        <w:tc>
          <w:tcPr>
            <w:tcW w:w="2211" w:type="dxa"/>
            <w:gridSpan w:val="2"/>
            <w:tcBorders>
              <w:top w:val="single" w:sz="4" w:space="0" w:color="B9D9C3"/>
              <w:left w:val="single" w:sz="4" w:space="0" w:color="B9D9C3"/>
              <w:bottom w:val="single" w:sz="4" w:space="0" w:color="B9D9C3"/>
              <w:right w:val="single" w:sz="4" w:space="0" w:color="B9D9C3"/>
            </w:tcBorders>
            <w:shd w:val="clear" w:color="auto" w:fill="F7FBF8"/>
            <w:tcMar>
              <w:top w:w="1" w:type="dxa"/>
              <w:left w:w="3" w:type="dxa"/>
              <w:bottom w:w="1" w:type="dxa"/>
              <w:right w:w="3" w:type="dxa"/>
            </w:tcMar>
            <w:vAlign w:val="center"/>
          </w:tcPr>
          <w:p w14:paraId="56278A43" w14:textId="77777777" w:rsidR="004C73BC" w:rsidRPr="00703E46" w:rsidRDefault="004C73BC" w:rsidP="00D322B8">
            <w:pPr>
              <w:spacing w:after="0" w:line="240" w:lineRule="auto"/>
              <w:rPr>
                <w:i/>
                <w:iCs/>
                <w:sz w:val="15"/>
                <w:szCs w:val="15"/>
              </w:rPr>
            </w:pPr>
            <w:r w:rsidRPr="00703E46">
              <w:rPr>
                <w:rFonts w:ascii="Aptos" w:hAnsi="Aptos"/>
                <w:b/>
                <w:i/>
                <w:iCs/>
                <w:color w:val="24312B"/>
                <w:sz w:val="15"/>
                <w:szCs w:val="15"/>
              </w:rPr>
              <w:t>7.- Asentimiento informado</w:t>
            </w:r>
          </w:p>
        </w:tc>
        <w:tc>
          <w:tcPr>
            <w:tcW w:w="6177" w:type="dxa"/>
            <w:tcBorders>
              <w:top w:val="single" w:sz="4" w:space="0" w:color="B9D9C3"/>
              <w:left w:val="single" w:sz="4" w:space="0" w:color="B9D9C3"/>
              <w:bottom w:val="single" w:sz="4" w:space="0" w:color="B9D9C3"/>
              <w:right w:val="single" w:sz="4" w:space="0" w:color="B9D9C3"/>
            </w:tcBorders>
            <w:shd w:val="clear" w:color="auto" w:fill="F7FBF8"/>
            <w:tcMar>
              <w:top w:w="1" w:type="dxa"/>
              <w:left w:w="3" w:type="dxa"/>
              <w:bottom w:w="1" w:type="dxa"/>
              <w:right w:w="3" w:type="dxa"/>
            </w:tcMar>
            <w:vAlign w:val="center"/>
          </w:tcPr>
          <w:p w14:paraId="45F00C06" w14:textId="77777777" w:rsidR="004C73BC" w:rsidRPr="00703E46" w:rsidRDefault="004C73BC" w:rsidP="00D322B8">
            <w:pPr>
              <w:spacing w:after="0" w:line="240" w:lineRule="auto"/>
              <w:rPr>
                <w:i/>
                <w:iCs/>
                <w:sz w:val="15"/>
                <w:szCs w:val="15"/>
                <w:lang w:val="es-MX"/>
              </w:rPr>
            </w:pPr>
            <w:r w:rsidRPr="00703E46">
              <w:rPr>
                <w:rFonts w:ascii="Aptos" w:hAnsi="Aptos"/>
                <w:i/>
                <w:iCs/>
                <w:color w:val="24312B"/>
                <w:sz w:val="15"/>
                <w:szCs w:val="15"/>
                <w:lang w:val="es-MX"/>
              </w:rPr>
              <w:t>Presenta escrito de asentimiento informado del menor de edad o la persona con discapacidad.</w:t>
            </w:r>
          </w:p>
        </w:tc>
        <w:tc>
          <w:tcPr>
            <w:tcW w:w="490" w:type="dxa"/>
            <w:tcBorders>
              <w:top w:val="single" w:sz="4" w:space="0" w:color="B9D9C3"/>
              <w:left w:val="single" w:sz="4" w:space="0" w:color="B9D9C3"/>
              <w:bottom w:val="single" w:sz="4" w:space="0" w:color="B9D9C3"/>
              <w:right w:val="single" w:sz="4" w:space="0" w:color="B9D9C3"/>
            </w:tcBorders>
            <w:shd w:val="clear" w:color="auto" w:fill="F7FBF8"/>
            <w:tcMar>
              <w:top w:w="1" w:type="dxa"/>
              <w:left w:w="3" w:type="dxa"/>
              <w:bottom w:w="1" w:type="dxa"/>
              <w:right w:w="3" w:type="dxa"/>
            </w:tcMar>
            <w:vAlign w:val="center"/>
          </w:tcPr>
          <w:p w14:paraId="250A1A4C" w14:textId="77777777" w:rsidR="004C73BC" w:rsidRPr="00B95EEC" w:rsidRDefault="004C73BC" w:rsidP="00D322B8">
            <w:pPr>
              <w:spacing w:after="0" w:line="240" w:lineRule="auto"/>
              <w:jc w:val="center"/>
              <w:rPr>
                <w:sz w:val="20"/>
                <w:szCs w:val="44"/>
              </w:rPr>
            </w:pPr>
            <w:r w:rsidRPr="00B95EEC">
              <w:rPr>
                <w:rFonts w:ascii="Aptos" w:hAnsi="Aptos"/>
                <w:color w:val="176B45"/>
                <w:sz w:val="20"/>
                <w:szCs w:val="44"/>
              </w:rPr>
              <w:t>☐</w:t>
            </w:r>
          </w:p>
        </w:tc>
        <w:tc>
          <w:tcPr>
            <w:tcW w:w="567" w:type="dxa"/>
            <w:tcBorders>
              <w:top w:val="single" w:sz="4" w:space="0" w:color="B9D9C3"/>
              <w:left w:val="single" w:sz="4" w:space="0" w:color="B9D9C3"/>
              <w:bottom w:val="single" w:sz="4" w:space="0" w:color="B9D9C3"/>
              <w:right w:val="single" w:sz="4" w:space="0" w:color="B9D9C3"/>
            </w:tcBorders>
            <w:shd w:val="clear" w:color="auto" w:fill="F7FBF8"/>
            <w:tcMar>
              <w:top w:w="1" w:type="dxa"/>
              <w:left w:w="3" w:type="dxa"/>
              <w:bottom w:w="1" w:type="dxa"/>
              <w:right w:w="3" w:type="dxa"/>
            </w:tcMar>
            <w:vAlign w:val="center"/>
          </w:tcPr>
          <w:p w14:paraId="0F9FA077" w14:textId="77777777" w:rsidR="004C73BC" w:rsidRPr="00B95EEC" w:rsidRDefault="004C73BC" w:rsidP="00D322B8">
            <w:pPr>
              <w:spacing w:after="0" w:line="240" w:lineRule="auto"/>
              <w:jc w:val="center"/>
              <w:rPr>
                <w:sz w:val="20"/>
                <w:szCs w:val="44"/>
              </w:rPr>
            </w:pPr>
            <w:r w:rsidRPr="00B95EEC">
              <w:rPr>
                <w:rFonts w:ascii="Aptos" w:hAnsi="Aptos"/>
                <w:color w:val="176B45"/>
                <w:sz w:val="20"/>
                <w:szCs w:val="44"/>
              </w:rPr>
              <w:t>☐</w:t>
            </w:r>
          </w:p>
        </w:tc>
        <w:tc>
          <w:tcPr>
            <w:tcW w:w="1079" w:type="dxa"/>
            <w:tcBorders>
              <w:top w:val="single" w:sz="4" w:space="0" w:color="B9D9C3"/>
              <w:left w:val="single" w:sz="4" w:space="0" w:color="B9D9C3"/>
              <w:bottom w:val="single" w:sz="4" w:space="0" w:color="B9D9C3"/>
              <w:right w:val="single" w:sz="4" w:space="0" w:color="B9D9C3"/>
            </w:tcBorders>
            <w:shd w:val="clear" w:color="auto" w:fill="F7FBF8"/>
            <w:vAlign w:val="center"/>
          </w:tcPr>
          <w:p w14:paraId="3089CC5F" w14:textId="00C2D48F" w:rsidR="004C73BC" w:rsidRPr="00B95EEC" w:rsidRDefault="004C73BC" w:rsidP="00D322B8">
            <w:pPr>
              <w:spacing w:after="0" w:line="240" w:lineRule="auto"/>
              <w:jc w:val="center"/>
              <w:rPr>
                <w:rFonts w:ascii="Aptos" w:hAnsi="Aptos"/>
                <w:color w:val="176B45"/>
                <w:sz w:val="20"/>
                <w:szCs w:val="44"/>
              </w:rPr>
            </w:pPr>
            <w:r w:rsidRPr="00884C0F">
              <w:rPr>
                <w:rFonts w:ascii="Aptos" w:hAnsi="Aptos"/>
                <w:color w:val="176B45"/>
                <w:sz w:val="20"/>
                <w:szCs w:val="44"/>
              </w:rPr>
              <w:t>☐</w:t>
            </w:r>
          </w:p>
        </w:tc>
        <w:tc>
          <w:tcPr>
            <w:tcW w:w="641" w:type="dxa"/>
            <w:tcBorders>
              <w:top w:val="single" w:sz="4" w:space="0" w:color="B9D9C3"/>
              <w:left w:val="single" w:sz="4" w:space="0" w:color="B9D9C3"/>
              <w:bottom w:val="single" w:sz="4" w:space="0" w:color="B9D9C3"/>
              <w:right w:val="single" w:sz="4" w:space="0" w:color="B9D9C3"/>
            </w:tcBorders>
            <w:shd w:val="clear" w:color="auto" w:fill="F7FBF8"/>
            <w:vAlign w:val="center"/>
          </w:tcPr>
          <w:p w14:paraId="4718BA87" w14:textId="2C3A3076" w:rsidR="004C73BC" w:rsidRPr="00884C0F" w:rsidRDefault="007A7A76" w:rsidP="00D322B8">
            <w:pPr>
              <w:spacing w:after="0" w:line="240" w:lineRule="auto"/>
              <w:jc w:val="center"/>
              <w:rPr>
                <w:rFonts w:ascii="Aptos" w:hAnsi="Aptos"/>
                <w:color w:val="176B45"/>
                <w:sz w:val="20"/>
                <w:szCs w:val="44"/>
              </w:rPr>
            </w:pPr>
            <w:r w:rsidRPr="00884C0F">
              <w:rPr>
                <w:rFonts w:ascii="Aptos" w:hAnsi="Aptos"/>
                <w:color w:val="176B45"/>
                <w:sz w:val="20"/>
                <w:szCs w:val="44"/>
              </w:rPr>
              <w:t>☐</w:t>
            </w:r>
          </w:p>
        </w:tc>
      </w:tr>
      <w:tr w:rsidR="004C73BC" w:rsidRPr="00D322B8" w14:paraId="051435AF" w14:textId="440769B1" w:rsidTr="007A7A76">
        <w:trPr>
          <w:jc w:val="center"/>
        </w:trPr>
        <w:tc>
          <w:tcPr>
            <w:tcW w:w="2211" w:type="dxa"/>
            <w:gridSpan w:val="2"/>
            <w:tcBorders>
              <w:top w:val="single" w:sz="4" w:space="0" w:color="B9D9C3"/>
              <w:left w:val="single" w:sz="4" w:space="0" w:color="B9D9C3"/>
              <w:bottom w:val="single" w:sz="4" w:space="0" w:color="B9D9C3"/>
              <w:right w:val="single" w:sz="4" w:space="0" w:color="B9D9C3"/>
            </w:tcBorders>
            <w:tcMar>
              <w:top w:w="1" w:type="dxa"/>
              <w:left w:w="3" w:type="dxa"/>
              <w:bottom w:w="1" w:type="dxa"/>
              <w:right w:w="3" w:type="dxa"/>
            </w:tcMar>
            <w:vAlign w:val="center"/>
          </w:tcPr>
          <w:p w14:paraId="7D877B08" w14:textId="77777777" w:rsidR="004C73BC" w:rsidRPr="00703E46" w:rsidRDefault="004C73BC" w:rsidP="00D322B8">
            <w:pPr>
              <w:spacing w:after="0" w:line="240" w:lineRule="auto"/>
              <w:rPr>
                <w:i/>
                <w:iCs/>
                <w:sz w:val="15"/>
                <w:szCs w:val="15"/>
              </w:rPr>
            </w:pPr>
            <w:r w:rsidRPr="00703E46">
              <w:rPr>
                <w:rFonts w:ascii="Aptos" w:hAnsi="Aptos"/>
                <w:b/>
                <w:i/>
                <w:iCs/>
                <w:color w:val="24312B"/>
                <w:sz w:val="15"/>
                <w:szCs w:val="15"/>
              </w:rPr>
              <w:t>8.- Participación voluntaria</w:t>
            </w:r>
          </w:p>
        </w:tc>
        <w:tc>
          <w:tcPr>
            <w:tcW w:w="6177" w:type="dxa"/>
            <w:tcBorders>
              <w:top w:val="single" w:sz="4" w:space="0" w:color="B9D9C3"/>
              <w:left w:val="single" w:sz="4" w:space="0" w:color="B9D9C3"/>
              <w:bottom w:val="single" w:sz="4" w:space="0" w:color="B9D9C3"/>
              <w:right w:val="single" w:sz="4" w:space="0" w:color="B9D9C3"/>
            </w:tcBorders>
            <w:tcMar>
              <w:top w:w="1" w:type="dxa"/>
              <w:left w:w="3" w:type="dxa"/>
              <w:bottom w:w="1" w:type="dxa"/>
              <w:right w:w="3" w:type="dxa"/>
            </w:tcMar>
            <w:vAlign w:val="center"/>
          </w:tcPr>
          <w:p w14:paraId="5187D85E" w14:textId="77777777" w:rsidR="004C73BC" w:rsidRPr="00703E46" w:rsidRDefault="004C73BC" w:rsidP="00D322B8">
            <w:pPr>
              <w:spacing w:after="0" w:line="240" w:lineRule="auto"/>
              <w:rPr>
                <w:i/>
                <w:iCs/>
                <w:sz w:val="15"/>
                <w:szCs w:val="15"/>
                <w:lang w:val="es-MX"/>
              </w:rPr>
            </w:pPr>
            <w:r w:rsidRPr="00703E46">
              <w:rPr>
                <w:rFonts w:ascii="Aptos" w:hAnsi="Aptos"/>
                <w:i/>
                <w:iCs/>
                <w:color w:val="24312B"/>
                <w:sz w:val="15"/>
                <w:szCs w:val="15"/>
                <w:lang w:val="es-MX"/>
              </w:rPr>
              <w:t>¿Se solicita la aceptación del menor o persona con discapacidad para su participación en la investigación?</w:t>
            </w:r>
          </w:p>
        </w:tc>
        <w:tc>
          <w:tcPr>
            <w:tcW w:w="490" w:type="dxa"/>
            <w:tcBorders>
              <w:top w:val="single" w:sz="4" w:space="0" w:color="B9D9C3"/>
              <w:left w:val="single" w:sz="4" w:space="0" w:color="B9D9C3"/>
              <w:bottom w:val="single" w:sz="4" w:space="0" w:color="B9D9C3"/>
              <w:right w:val="single" w:sz="4" w:space="0" w:color="B9D9C3"/>
            </w:tcBorders>
            <w:tcMar>
              <w:top w:w="1" w:type="dxa"/>
              <w:left w:w="3" w:type="dxa"/>
              <w:bottom w:w="1" w:type="dxa"/>
              <w:right w:w="3" w:type="dxa"/>
            </w:tcMar>
            <w:vAlign w:val="center"/>
          </w:tcPr>
          <w:p w14:paraId="63846EBB" w14:textId="77777777" w:rsidR="004C73BC" w:rsidRPr="00B95EEC" w:rsidRDefault="004C73BC" w:rsidP="00D322B8">
            <w:pPr>
              <w:spacing w:after="0" w:line="240" w:lineRule="auto"/>
              <w:jc w:val="center"/>
              <w:rPr>
                <w:sz w:val="20"/>
                <w:szCs w:val="44"/>
              </w:rPr>
            </w:pPr>
            <w:r w:rsidRPr="00B95EEC">
              <w:rPr>
                <w:rFonts w:ascii="Aptos" w:hAnsi="Aptos"/>
                <w:color w:val="176B45"/>
                <w:sz w:val="20"/>
                <w:szCs w:val="44"/>
              </w:rPr>
              <w:t>☐</w:t>
            </w:r>
          </w:p>
        </w:tc>
        <w:tc>
          <w:tcPr>
            <w:tcW w:w="567" w:type="dxa"/>
            <w:tcBorders>
              <w:top w:val="single" w:sz="4" w:space="0" w:color="B9D9C3"/>
              <w:left w:val="single" w:sz="4" w:space="0" w:color="B9D9C3"/>
              <w:bottom w:val="single" w:sz="4" w:space="0" w:color="B9D9C3"/>
              <w:right w:val="single" w:sz="4" w:space="0" w:color="B9D9C3"/>
            </w:tcBorders>
            <w:tcMar>
              <w:top w:w="1" w:type="dxa"/>
              <w:left w:w="3" w:type="dxa"/>
              <w:bottom w:w="1" w:type="dxa"/>
              <w:right w:w="3" w:type="dxa"/>
            </w:tcMar>
            <w:vAlign w:val="center"/>
          </w:tcPr>
          <w:p w14:paraId="6A98DAF1" w14:textId="77777777" w:rsidR="004C73BC" w:rsidRPr="00B95EEC" w:rsidRDefault="004C73BC" w:rsidP="00D322B8">
            <w:pPr>
              <w:spacing w:after="0" w:line="240" w:lineRule="auto"/>
              <w:jc w:val="center"/>
              <w:rPr>
                <w:sz w:val="20"/>
                <w:szCs w:val="44"/>
              </w:rPr>
            </w:pPr>
            <w:r w:rsidRPr="00B95EEC">
              <w:rPr>
                <w:rFonts w:ascii="Aptos" w:hAnsi="Aptos"/>
                <w:color w:val="176B45"/>
                <w:sz w:val="20"/>
                <w:szCs w:val="44"/>
              </w:rPr>
              <w:t>☐</w:t>
            </w:r>
          </w:p>
        </w:tc>
        <w:tc>
          <w:tcPr>
            <w:tcW w:w="1079" w:type="dxa"/>
            <w:tcBorders>
              <w:top w:val="single" w:sz="4" w:space="0" w:color="B9D9C3"/>
              <w:left w:val="single" w:sz="4" w:space="0" w:color="B9D9C3"/>
              <w:bottom w:val="single" w:sz="4" w:space="0" w:color="B9D9C3"/>
              <w:right w:val="single" w:sz="4" w:space="0" w:color="B9D9C3"/>
            </w:tcBorders>
            <w:vAlign w:val="center"/>
          </w:tcPr>
          <w:p w14:paraId="5D9DE2CE" w14:textId="4D6119A9" w:rsidR="004C73BC" w:rsidRPr="00B95EEC" w:rsidRDefault="004C73BC" w:rsidP="00D322B8">
            <w:pPr>
              <w:spacing w:after="0" w:line="240" w:lineRule="auto"/>
              <w:jc w:val="center"/>
              <w:rPr>
                <w:rFonts w:ascii="Aptos" w:hAnsi="Aptos"/>
                <w:color w:val="176B45"/>
                <w:sz w:val="20"/>
                <w:szCs w:val="44"/>
              </w:rPr>
            </w:pPr>
            <w:r w:rsidRPr="00884C0F">
              <w:rPr>
                <w:rFonts w:ascii="Aptos" w:hAnsi="Aptos"/>
                <w:color w:val="176B45"/>
                <w:sz w:val="20"/>
                <w:szCs w:val="44"/>
              </w:rPr>
              <w:t>☐</w:t>
            </w:r>
          </w:p>
        </w:tc>
        <w:tc>
          <w:tcPr>
            <w:tcW w:w="641" w:type="dxa"/>
            <w:tcBorders>
              <w:top w:val="single" w:sz="4" w:space="0" w:color="B9D9C3"/>
              <w:left w:val="single" w:sz="4" w:space="0" w:color="B9D9C3"/>
              <w:bottom w:val="single" w:sz="4" w:space="0" w:color="B9D9C3"/>
              <w:right w:val="single" w:sz="4" w:space="0" w:color="B9D9C3"/>
            </w:tcBorders>
            <w:vAlign w:val="center"/>
          </w:tcPr>
          <w:p w14:paraId="6B6E78ED" w14:textId="4F61E18E" w:rsidR="004C73BC" w:rsidRPr="00884C0F" w:rsidRDefault="007A7A76" w:rsidP="00D322B8">
            <w:pPr>
              <w:spacing w:after="0" w:line="240" w:lineRule="auto"/>
              <w:jc w:val="center"/>
              <w:rPr>
                <w:rFonts w:ascii="Aptos" w:hAnsi="Aptos"/>
                <w:color w:val="176B45"/>
                <w:sz w:val="20"/>
                <w:szCs w:val="44"/>
              </w:rPr>
            </w:pPr>
            <w:r w:rsidRPr="00884C0F">
              <w:rPr>
                <w:rFonts w:ascii="Aptos" w:hAnsi="Aptos"/>
                <w:color w:val="176B45"/>
                <w:sz w:val="20"/>
                <w:szCs w:val="44"/>
              </w:rPr>
              <w:t>☐</w:t>
            </w:r>
          </w:p>
        </w:tc>
      </w:tr>
      <w:tr w:rsidR="004C73BC" w:rsidRPr="00D322B8" w14:paraId="352CFD21" w14:textId="1A71C420" w:rsidTr="007A7A76">
        <w:trPr>
          <w:jc w:val="center"/>
        </w:trPr>
        <w:tc>
          <w:tcPr>
            <w:tcW w:w="2211" w:type="dxa"/>
            <w:gridSpan w:val="2"/>
            <w:tcBorders>
              <w:top w:val="single" w:sz="4" w:space="0" w:color="B9D9C3"/>
              <w:left w:val="single" w:sz="4" w:space="0" w:color="B9D9C3"/>
              <w:bottom w:val="single" w:sz="4" w:space="0" w:color="B9D9C3"/>
              <w:right w:val="single" w:sz="4" w:space="0" w:color="B9D9C3"/>
            </w:tcBorders>
            <w:shd w:val="clear" w:color="auto" w:fill="F7FBF8"/>
            <w:tcMar>
              <w:top w:w="1" w:type="dxa"/>
              <w:left w:w="3" w:type="dxa"/>
              <w:bottom w:w="1" w:type="dxa"/>
              <w:right w:w="3" w:type="dxa"/>
            </w:tcMar>
            <w:vAlign w:val="center"/>
          </w:tcPr>
          <w:p w14:paraId="735C1DCA" w14:textId="77777777" w:rsidR="004C73BC" w:rsidRPr="00703E46" w:rsidRDefault="004C73BC" w:rsidP="00D322B8">
            <w:pPr>
              <w:spacing w:after="0" w:line="240" w:lineRule="auto"/>
              <w:rPr>
                <w:i/>
                <w:iCs/>
                <w:sz w:val="15"/>
                <w:szCs w:val="15"/>
              </w:rPr>
            </w:pPr>
            <w:r w:rsidRPr="00703E46">
              <w:rPr>
                <w:rFonts w:ascii="Aptos" w:hAnsi="Aptos"/>
                <w:b/>
                <w:i/>
                <w:iCs/>
                <w:color w:val="24312B"/>
                <w:sz w:val="15"/>
                <w:szCs w:val="15"/>
              </w:rPr>
              <w:t>9.- Posibles riesgos</w:t>
            </w:r>
          </w:p>
        </w:tc>
        <w:tc>
          <w:tcPr>
            <w:tcW w:w="6177" w:type="dxa"/>
            <w:tcBorders>
              <w:top w:val="single" w:sz="4" w:space="0" w:color="B9D9C3"/>
              <w:left w:val="single" w:sz="4" w:space="0" w:color="B9D9C3"/>
              <w:bottom w:val="single" w:sz="4" w:space="0" w:color="B9D9C3"/>
              <w:right w:val="single" w:sz="4" w:space="0" w:color="B9D9C3"/>
            </w:tcBorders>
            <w:shd w:val="clear" w:color="auto" w:fill="F7FBF8"/>
            <w:tcMar>
              <w:top w:w="1" w:type="dxa"/>
              <w:left w:w="3" w:type="dxa"/>
              <w:bottom w:w="1" w:type="dxa"/>
              <w:right w:w="3" w:type="dxa"/>
            </w:tcMar>
            <w:vAlign w:val="center"/>
          </w:tcPr>
          <w:p w14:paraId="2FEFB676" w14:textId="77777777" w:rsidR="004C73BC" w:rsidRPr="00703E46" w:rsidRDefault="004C73BC" w:rsidP="00D322B8">
            <w:pPr>
              <w:spacing w:after="0" w:line="240" w:lineRule="auto"/>
              <w:rPr>
                <w:i/>
                <w:iCs/>
                <w:sz w:val="15"/>
                <w:szCs w:val="15"/>
                <w:lang w:val="es-MX"/>
              </w:rPr>
            </w:pPr>
            <w:r w:rsidRPr="00703E46">
              <w:rPr>
                <w:rFonts w:ascii="Aptos" w:hAnsi="Aptos"/>
                <w:i/>
                <w:iCs/>
                <w:color w:val="24312B"/>
                <w:sz w:val="15"/>
                <w:szCs w:val="15"/>
                <w:lang w:val="es-MX"/>
              </w:rPr>
              <w:t>Hace mención de los posibles riesgos o dolencias que conlleva el participar en la investigación, ¿Clasifica el tipo de riesgo?, ¿el riesgo se justifica por la importancia del beneficio que recibirá el menor o persona con discapacidad?</w:t>
            </w:r>
          </w:p>
        </w:tc>
        <w:tc>
          <w:tcPr>
            <w:tcW w:w="490" w:type="dxa"/>
            <w:tcBorders>
              <w:top w:val="single" w:sz="4" w:space="0" w:color="B9D9C3"/>
              <w:left w:val="single" w:sz="4" w:space="0" w:color="B9D9C3"/>
              <w:bottom w:val="single" w:sz="4" w:space="0" w:color="B9D9C3"/>
              <w:right w:val="single" w:sz="4" w:space="0" w:color="B9D9C3"/>
            </w:tcBorders>
            <w:shd w:val="clear" w:color="auto" w:fill="F7FBF8"/>
            <w:tcMar>
              <w:top w:w="1" w:type="dxa"/>
              <w:left w:w="3" w:type="dxa"/>
              <w:bottom w:w="1" w:type="dxa"/>
              <w:right w:w="3" w:type="dxa"/>
            </w:tcMar>
            <w:vAlign w:val="center"/>
          </w:tcPr>
          <w:p w14:paraId="1A378BE2" w14:textId="77777777" w:rsidR="004C73BC" w:rsidRPr="00B95EEC" w:rsidRDefault="004C73BC" w:rsidP="00D322B8">
            <w:pPr>
              <w:spacing w:after="0" w:line="240" w:lineRule="auto"/>
              <w:jc w:val="center"/>
              <w:rPr>
                <w:sz w:val="20"/>
                <w:szCs w:val="44"/>
              </w:rPr>
            </w:pPr>
            <w:r w:rsidRPr="00B95EEC">
              <w:rPr>
                <w:rFonts w:ascii="Aptos" w:hAnsi="Aptos"/>
                <w:color w:val="176B45"/>
                <w:sz w:val="20"/>
                <w:szCs w:val="44"/>
              </w:rPr>
              <w:t>☐</w:t>
            </w:r>
          </w:p>
        </w:tc>
        <w:tc>
          <w:tcPr>
            <w:tcW w:w="567" w:type="dxa"/>
            <w:tcBorders>
              <w:top w:val="single" w:sz="4" w:space="0" w:color="B9D9C3"/>
              <w:left w:val="single" w:sz="4" w:space="0" w:color="B9D9C3"/>
              <w:bottom w:val="single" w:sz="4" w:space="0" w:color="B9D9C3"/>
              <w:right w:val="single" w:sz="4" w:space="0" w:color="B9D9C3"/>
            </w:tcBorders>
            <w:shd w:val="clear" w:color="auto" w:fill="F7FBF8"/>
            <w:tcMar>
              <w:top w:w="1" w:type="dxa"/>
              <w:left w:w="3" w:type="dxa"/>
              <w:bottom w:w="1" w:type="dxa"/>
              <w:right w:w="3" w:type="dxa"/>
            </w:tcMar>
            <w:vAlign w:val="center"/>
          </w:tcPr>
          <w:p w14:paraId="5FFE2DB9" w14:textId="77777777" w:rsidR="004C73BC" w:rsidRPr="00B95EEC" w:rsidRDefault="004C73BC" w:rsidP="00D322B8">
            <w:pPr>
              <w:spacing w:after="0" w:line="240" w:lineRule="auto"/>
              <w:jc w:val="center"/>
              <w:rPr>
                <w:sz w:val="20"/>
                <w:szCs w:val="44"/>
              </w:rPr>
            </w:pPr>
            <w:r w:rsidRPr="00B95EEC">
              <w:rPr>
                <w:rFonts w:ascii="Aptos" w:hAnsi="Aptos"/>
                <w:color w:val="176B45"/>
                <w:sz w:val="20"/>
                <w:szCs w:val="44"/>
              </w:rPr>
              <w:t>☐</w:t>
            </w:r>
          </w:p>
        </w:tc>
        <w:tc>
          <w:tcPr>
            <w:tcW w:w="1079" w:type="dxa"/>
            <w:tcBorders>
              <w:top w:val="single" w:sz="4" w:space="0" w:color="B9D9C3"/>
              <w:left w:val="single" w:sz="4" w:space="0" w:color="B9D9C3"/>
              <w:bottom w:val="single" w:sz="4" w:space="0" w:color="B9D9C3"/>
              <w:right w:val="single" w:sz="4" w:space="0" w:color="B9D9C3"/>
            </w:tcBorders>
            <w:shd w:val="clear" w:color="auto" w:fill="F7FBF8"/>
            <w:vAlign w:val="center"/>
          </w:tcPr>
          <w:p w14:paraId="718B8EC8" w14:textId="21224C94" w:rsidR="004C73BC" w:rsidRPr="00B95EEC" w:rsidRDefault="004C73BC" w:rsidP="00D322B8">
            <w:pPr>
              <w:spacing w:after="0" w:line="240" w:lineRule="auto"/>
              <w:jc w:val="center"/>
              <w:rPr>
                <w:rFonts w:ascii="Aptos" w:hAnsi="Aptos"/>
                <w:color w:val="176B45"/>
                <w:sz w:val="20"/>
                <w:szCs w:val="44"/>
              </w:rPr>
            </w:pPr>
            <w:r w:rsidRPr="00884C0F">
              <w:rPr>
                <w:rFonts w:ascii="Aptos" w:hAnsi="Aptos"/>
                <w:color w:val="176B45"/>
                <w:sz w:val="20"/>
                <w:szCs w:val="44"/>
              </w:rPr>
              <w:t>☐</w:t>
            </w:r>
          </w:p>
        </w:tc>
        <w:tc>
          <w:tcPr>
            <w:tcW w:w="641" w:type="dxa"/>
            <w:tcBorders>
              <w:top w:val="single" w:sz="4" w:space="0" w:color="B9D9C3"/>
              <w:left w:val="single" w:sz="4" w:space="0" w:color="B9D9C3"/>
              <w:bottom w:val="single" w:sz="4" w:space="0" w:color="B9D9C3"/>
              <w:right w:val="single" w:sz="4" w:space="0" w:color="B9D9C3"/>
            </w:tcBorders>
            <w:shd w:val="clear" w:color="auto" w:fill="F7FBF8"/>
            <w:vAlign w:val="center"/>
          </w:tcPr>
          <w:p w14:paraId="197DC5D6" w14:textId="7916D162" w:rsidR="004C73BC" w:rsidRPr="00884C0F" w:rsidRDefault="007A7A76" w:rsidP="00D322B8">
            <w:pPr>
              <w:spacing w:after="0" w:line="240" w:lineRule="auto"/>
              <w:jc w:val="center"/>
              <w:rPr>
                <w:rFonts w:ascii="Aptos" w:hAnsi="Aptos"/>
                <w:color w:val="176B45"/>
                <w:sz w:val="20"/>
                <w:szCs w:val="44"/>
              </w:rPr>
            </w:pPr>
            <w:r w:rsidRPr="00884C0F">
              <w:rPr>
                <w:rFonts w:ascii="Aptos" w:hAnsi="Aptos"/>
                <w:color w:val="176B45"/>
                <w:sz w:val="20"/>
                <w:szCs w:val="44"/>
              </w:rPr>
              <w:t>☐</w:t>
            </w:r>
          </w:p>
        </w:tc>
      </w:tr>
      <w:tr w:rsidR="004C73BC" w:rsidRPr="00D322B8" w14:paraId="0C86E2C9" w14:textId="18825DCD" w:rsidTr="007A7A76">
        <w:trPr>
          <w:jc w:val="center"/>
        </w:trPr>
        <w:tc>
          <w:tcPr>
            <w:tcW w:w="2211" w:type="dxa"/>
            <w:gridSpan w:val="2"/>
            <w:tcBorders>
              <w:top w:val="single" w:sz="4" w:space="0" w:color="B9D9C3"/>
              <w:left w:val="single" w:sz="4" w:space="0" w:color="B9D9C3"/>
              <w:bottom w:val="single" w:sz="4" w:space="0" w:color="B9D9C3"/>
              <w:right w:val="single" w:sz="4" w:space="0" w:color="B9D9C3"/>
            </w:tcBorders>
            <w:tcMar>
              <w:top w:w="1" w:type="dxa"/>
              <w:left w:w="3" w:type="dxa"/>
              <w:bottom w:w="1" w:type="dxa"/>
              <w:right w:w="3" w:type="dxa"/>
            </w:tcMar>
            <w:vAlign w:val="center"/>
          </w:tcPr>
          <w:p w14:paraId="19F7BC8C" w14:textId="77777777" w:rsidR="004C73BC" w:rsidRPr="00703E46" w:rsidRDefault="004C73BC" w:rsidP="00D322B8">
            <w:pPr>
              <w:spacing w:after="0" w:line="240" w:lineRule="auto"/>
              <w:rPr>
                <w:i/>
                <w:iCs/>
                <w:sz w:val="15"/>
                <w:szCs w:val="15"/>
              </w:rPr>
            </w:pPr>
            <w:r w:rsidRPr="00703E46">
              <w:rPr>
                <w:rFonts w:ascii="Aptos" w:hAnsi="Aptos"/>
                <w:b/>
                <w:i/>
                <w:iCs/>
                <w:color w:val="24312B"/>
                <w:sz w:val="15"/>
                <w:szCs w:val="15"/>
              </w:rPr>
              <w:t>10.- Revocación de su asentimiento</w:t>
            </w:r>
          </w:p>
        </w:tc>
        <w:tc>
          <w:tcPr>
            <w:tcW w:w="6177" w:type="dxa"/>
            <w:tcBorders>
              <w:top w:val="single" w:sz="4" w:space="0" w:color="B9D9C3"/>
              <w:left w:val="single" w:sz="4" w:space="0" w:color="B9D9C3"/>
              <w:bottom w:val="single" w:sz="4" w:space="0" w:color="B9D9C3"/>
              <w:right w:val="single" w:sz="4" w:space="0" w:color="B9D9C3"/>
            </w:tcBorders>
            <w:tcMar>
              <w:top w:w="1" w:type="dxa"/>
              <w:left w:w="3" w:type="dxa"/>
              <w:bottom w:w="1" w:type="dxa"/>
              <w:right w:w="3" w:type="dxa"/>
            </w:tcMar>
            <w:vAlign w:val="center"/>
          </w:tcPr>
          <w:p w14:paraId="50090D5E" w14:textId="77777777" w:rsidR="004C73BC" w:rsidRPr="00703E46" w:rsidRDefault="004C73BC" w:rsidP="00D322B8">
            <w:pPr>
              <w:spacing w:after="0" w:line="240" w:lineRule="auto"/>
              <w:rPr>
                <w:i/>
                <w:iCs/>
                <w:sz w:val="15"/>
                <w:szCs w:val="15"/>
                <w:lang w:val="es-MX"/>
              </w:rPr>
            </w:pPr>
            <w:r w:rsidRPr="00703E46">
              <w:rPr>
                <w:rFonts w:ascii="Aptos" w:hAnsi="Aptos"/>
                <w:i/>
                <w:iCs/>
                <w:color w:val="24312B"/>
                <w:sz w:val="15"/>
                <w:szCs w:val="15"/>
                <w:lang w:val="es-MX"/>
              </w:rPr>
              <w:t>¿Especifica la libertad que tiene el menor o persona con discapacidad para revocar su asentimiento a continuar participando o no en el estudio?</w:t>
            </w:r>
          </w:p>
        </w:tc>
        <w:tc>
          <w:tcPr>
            <w:tcW w:w="490" w:type="dxa"/>
            <w:tcBorders>
              <w:top w:val="single" w:sz="4" w:space="0" w:color="B9D9C3"/>
              <w:left w:val="single" w:sz="4" w:space="0" w:color="B9D9C3"/>
              <w:bottom w:val="single" w:sz="4" w:space="0" w:color="B9D9C3"/>
              <w:right w:val="single" w:sz="4" w:space="0" w:color="B9D9C3"/>
            </w:tcBorders>
            <w:tcMar>
              <w:top w:w="1" w:type="dxa"/>
              <w:left w:w="3" w:type="dxa"/>
              <w:bottom w:w="1" w:type="dxa"/>
              <w:right w:w="3" w:type="dxa"/>
            </w:tcMar>
            <w:vAlign w:val="center"/>
          </w:tcPr>
          <w:p w14:paraId="0652A612" w14:textId="77777777" w:rsidR="004C73BC" w:rsidRPr="00B95EEC" w:rsidRDefault="004C73BC" w:rsidP="00D322B8">
            <w:pPr>
              <w:spacing w:after="0" w:line="240" w:lineRule="auto"/>
              <w:jc w:val="center"/>
              <w:rPr>
                <w:sz w:val="20"/>
                <w:szCs w:val="44"/>
              </w:rPr>
            </w:pPr>
            <w:r w:rsidRPr="00B95EEC">
              <w:rPr>
                <w:rFonts w:ascii="Aptos" w:hAnsi="Aptos"/>
                <w:color w:val="176B45"/>
                <w:sz w:val="20"/>
                <w:szCs w:val="44"/>
              </w:rPr>
              <w:t>☐</w:t>
            </w:r>
          </w:p>
        </w:tc>
        <w:tc>
          <w:tcPr>
            <w:tcW w:w="567" w:type="dxa"/>
            <w:tcBorders>
              <w:top w:val="single" w:sz="4" w:space="0" w:color="B9D9C3"/>
              <w:left w:val="single" w:sz="4" w:space="0" w:color="B9D9C3"/>
              <w:bottom w:val="single" w:sz="4" w:space="0" w:color="B9D9C3"/>
              <w:right w:val="single" w:sz="4" w:space="0" w:color="B9D9C3"/>
            </w:tcBorders>
            <w:tcMar>
              <w:top w:w="1" w:type="dxa"/>
              <w:left w:w="3" w:type="dxa"/>
              <w:bottom w:w="1" w:type="dxa"/>
              <w:right w:w="3" w:type="dxa"/>
            </w:tcMar>
            <w:vAlign w:val="center"/>
          </w:tcPr>
          <w:p w14:paraId="2BB9A8A1" w14:textId="77777777" w:rsidR="004C73BC" w:rsidRPr="00B95EEC" w:rsidRDefault="004C73BC" w:rsidP="00D322B8">
            <w:pPr>
              <w:spacing w:after="0" w:line="240" w:lineRule="auto"/>
              <w:jc w:val="center"/>
              <w:rPr>
                <w:sz w:val="20"/>
                <w:szCs w:val="44"/>
              </w:rPr>
            </w:pPr>
            <w:r w:rsidRPr="00B95EEC">
              <w:rPr>
                <w:rFonts w:ascii="Aptos" w:hAnsi="Aptos"/>
                <w:color w:val="176B45"/>
                <w:sz w:val="20"/>
                <w:szCs w:val="44"/>
              </w:rPr>
              <w:t>☐</w:t>
            </w:r>
          </w:p>
        </w:tc>
        <w:tc>
          <w:tcPr>
            <w:tcW w:w="1079" w:type="dxa"/>
            <w:tcBorders>
              <w:top w:val="single" w:sz="4" w:space="0" w:color="B9D9C3"/>
              <w:left w:val="single" w:sz="4" w:space="0" w:color="B9D9C3"/>
              <w:bottom w:val="single" w:sz="4" w:space="0" w:color="B9D9C3"/>
              <w:right w:val="single" w:sz="4" w:space="0" w:color="B9D9C3"/>
            </w:tcBorders>
            <w:vAlign w:val="center"/>
          </w:tcPr>
          <w:p w14:paraId="3D8BF83A" w14:textId="3BE08316" w:rsidR="004C73BC" w:rsidRPr="00B95EEC" w:rsidRDefault="004C73BC" w:rsidP="00D322B8">
            <w:pPr>
              <w:spacing w:after="0" w:line="240" w:lineRule="auto"/>
              <w:jc w:val="center"/>
              <w:rPr>
                <w:rFonts w:ascii="Aptos" w:hAnsi="Aptos"/>
                <w:color w:val="176B45"/>
                <w:sz w:val="20"/>
                <w:szCs w:val="44"/>
              </w:rPr>
            </w:pPr>
            <w:r w:rsidRPr="00884C0F">
              <w:rPr>
                <w:rFonts w:ascii="Aptos" w:hAnsi="Aptos"/>
                <w:color w:val="176B45"/>
                <w:sz w:val="20"/>
                <w:szCs w:val="44"/>
              </w:rPr>
              <w:t>☐</w:t>
            </w:r>
          </w:p>
        </w:tc>
        <w:tc>
          <w:tcPr>
            <w:tcW w:w="641" w:type="dxa"/>
            <w:tcBorders>
              <w:top w:val="single" w:sz="4" w:space="0" w:color="B9D9C3"/>
              <w:left w:val="single" w:sz="4" w:space="0" w:color="B9D9C3"/>
              <w:bottom w:val="single" w:sz="4" w:space="0" w:color="B9D9C3"/>
              <w:right w:val="single" w:sz="4" w:space="0" w:color="B9D9C3"/>
            </w:tcBorders>
            <w:vAlign w:val="center"/>
          </w:tcPr>
          <w:p w14:paraId="5C554F52" w14:textId="7B6BA3C5" w:rsidR="004C73BC" w:rsidRPr="00884C0F" w:rsidRDefault="007A7A76" w:rsidP="00D322B8">
            <w:pPr>
              <w:spacing w:after="0" w:line="240" w:lineRule="auto"/>
              <w:jc w:val="center"/>
              <w:rPr>
                <w:rFonts w:ascii="Aptos" w:hAnsi="Aptos"/>
                <w:color w:val="176B45"/>
                <w:sz w:val="20"/>
                <w:szCs w:val="44"/>
              </w:rPr>
            </w:pPr>
            <w:r w:rsidRPr="00884C0F">
              <w:rPr>
                <w:rFonts w:ascii="Aptos" w:hAnsi="Aptos"/>
                <w:color w:val="176B45"/>
                <w:sz w:val="20"/>
                <w:szCs w:val="44"/>
              </w:rPr>
              <w:t>☐</w:t>
            </w:r>
          </w:p>
        </w:tc>
      </w:tr>
      <w:tr w:rsidR="004C73BC" w:rsidRPr="009538B0" w14:paraId="5F6D40DB" w14:textId="466C63B8" w:rsidTr="007A7A76">
        <w:trPr>
          <w:jc w:val="center"/>
        </w:trPr>
        <w:tc>
          <w:tcPr>
            <w:tcW w:w="9445" w:type="dxa"/>
            <w:gridSpan w:val="5"/>
            <w:tcBorders>
              <w:top w:val="single" w:sz="4" w:space="0" w:color="B9D9C3"/>
              <w:left w:val="single" w:sz="4" w:space="0" w:color="B9D9C3"/>
              <w:bottom w:val="single" w:sz="4" w:space="0" w:color="B9D9C3"/>
              <w:right w:val="single" w:sz="4" w:space="0" w:color="B9D9C3"/>
            </w:tcBorders>
            <w:shd w:val="clear" w:color="auto" w:fill="EEECE1" w:themeFill="background2"/>
            <w:tcMar>
              <w:top w:w="2" w:type="dxa"/>
              <w:left w:w="4" w:type="dxa"/>
              <w:bottom w:w="2" w:type="dxa"/>
              <w:right w:w="4" w:type="dxa"/>
            </w:tcMar>
          </w:tcPr>
          <w:p w14:paraId="2DB6F8A3" w14:textId="77777777" w:rsidR="004C73BC" w:rsidRPr="00703E46" w:rsidRDefault="004C73BC" w:rsidP="00D322B8">
            <w:pPr>
              <w:spacing w:after="0" w:line="240" w:lineRule="auto"/>
              <w:rPr>
                <w:sz w:val="15"/>
                <w:szCs w:val="15"/>
                <w:lang w:val="es-MX"/>
              </w:rPr>
            </w:pPr>
            <w:r w:rsidRPr="00703E46">
              <w:rPr>
                <w:rFonts w:ascii="Aptos" w:hAnsi="Aptos"/>
                <w:b/>
                <w:color w:val="176B45"/>
                <w:sz w:val="15"/>
                <w:szCs w:val="15"/>
                <w:lang w:val="es-MX"/>
              </w:rPr>
              <w:t>ASPECTOS ÉTICOS DE LA INVESTIGACIÓN CON ÓRGANOS, TEJIDOS Y SUS DERIVADOS DE SERES HUMANOS</w:t>
            </w:r>
            <w:r w:rsidRPr="00703E46">
              <w:rPr>
                <w:rFonts w:ascii="Aptos" w:hAnsi="Aptos"/>
                <w:i/>
                <w:color w:val="66726C"/>
                <w:sz w:val="15"/>
                <w:szCs w:val="15"/>
                <w:lang w:val="es-MX"/>
              </w:rPr>
              <w:br/>
              <w:t>Esta sección aplica siempre que se trate de una investigación en la que se incorporen órganos, tejidos y sus derivados, de lo contario, anotar no aplica (N/A) en la casilla “modificable”.</w:t>
            </w:r>
          </w:p>
        </w:tc>
        <w:tc>
          <w:tcPr>
            <w:tcW w:w="1079" w:type="dxa"/>
            <w:tcBorders>
              <w:top w:val="single" w:sz="4" w:space="0" w:color="B9D9C3"/>
              <w:left w:val="single" w:sz="4" w:space="0" w:color="B9D9C3"/>
              <w:bottom w:val="single" w:sz="4" w:space="0" w:color="B9D9C3"/>
              <w:right w:val="single" w:sz="4" w:space="0" w:color="B9D9C3"/>
            </w:tcBorders>
            <w:shd w:val="clear" w:color="auto" w:fill="EEECE1" w:themeFill="background2"/>
            <w:vAlign w:val="center"/>
          </w:tcPr>
          <w:p w14:paraId="5C9AEE0A" w14:textId="77777777" w:rsidR="004C73BC" w:rsidRPr="00703E46" w:rsidRDefault="004C73BC" w:rsidP="00D322B8">
            <w:pPr>
              <w:spacing w:after="0" w:line="240" w:lineRule="auto"/>
              <w:rPr>
                <w:rFonts w:ascii="Aptos" w:hAnsi="Aptos"/>
                <w:b/>
                <w:color w:val="176B45"/>
                <w:sz w:val="15"/>
                <w:szCs w:val="15"/>
                <w:lang w:val="es-MX"/>
              </w:rPr>
            </w:pPr>
          </w:p>
        </w:tc>
        <w:tc>
          <w:tcPr>
            <w:tcW w:w="641" w:type="dxa"/>
            <w:tcBorders>
              <w:top w:val="single" w:sz="4" w:space="0" w:color="B9D9C3"/>
              <w:left w:val="single" w:sz="4" w:space="0" w:color="B9D9C3"/>
              <w:bottom w:val="single" w:sz="4" w:space="0" w:color="B9D9C3"/>
              <w:right w:val="single" w:sz="4" w:space="0" w:color="B9D9C3"/>
            </w:tcBorders>
            <w:shd w:val="clear" w:color="auto" w:fill="EEECE1" w:themeFill="background2"/>
            <w:vAlign w:val="center"/>
          </w:tcPr>
          <w:p w14:paraId="473A6FF9" w14:textId="77777777" w:rsidR="004C73BC" w:rsidRPr="00703E46" w:rsidRDefault="004C73BC" w:rsidP="00D322B8">
            <w:pPr>
              <w:spacing w:after="0" w:line="240" w:lineRule="auto"/>
              <w:rPr>
                <w:rFonts w:ascii="Aptos" w:hAnsi="Aptos"/>
                <w:b/>
                <w:color w:val="176B45"/>
                <w:sz w:val="15"/>
                <w:szCs w:val="15"/>
                <w:lang w:val="es-MX"/>
              </w:rPr>
            </w:pPr>
          </w:p>
        </w:tc>
      </w:tr>
      <w:tr w:rsidR="004C73BC" w:rsidRPr="00D322B8" w14:paraId="1480BD9B" w14:textId="52524745" w:rsidTr="007A7A76">
        <w:trPr>
          <w:jc w:val="center"/>
        </w:trPr>
        <w:tc>
          <w:tcPr>
            <w:tcW w:w="2211" w:type="dxa"/>
            <w:gridSpan w:val="2"/>
            <w:tcBorders>
              <w:top w:val="single" w:sz="4" w:space="0" w:color="B9D9C3"/>
              <w:left w:val="single" w:sz="4" w:space="0" w:color="B9D9C3"/>
              <w:bottom w:val="single" w:sz="4" w:space="0" w:color="B9D9C3"/>
              <w:right w:val="single" w:sz="4" w:space="0" w:color="B9D9C3"/>
            </w:tcBorders>
            <w:tcMar>
              <w:top w:w="1" w:type="dxa"/>
              <w:left w:w="3" w:type="dxa"/>
              <w:bottom w:w="1" w:type="dxa"/>
              <w:right w:w="3" w:type="dxa"/>
            </w:tcMar>
            <w:vAlign w:val="center"/>
          </w:tcPr>
          <w:p w14:paraId="7D5E01DF" w14:textId="77777777" w:rsidR="004C73BC" w:rsidRPr="00703E46" w:rsidRDefault="004C73BC" w:rsidP="00D322B8">
            <w:pPr>
              <w:spacing w:after="0" w:line="240" w:lineRule="auto"/>
              <w:rPr>
                <w:i/>
                <w:iCs/>
                <w:sz w:val="15"/>
                <w:szCs w:val="15"/>
                <w:lang w:val="es-MX"/>
              </w:rPr>
            </w:pPr>
            <w:r w:rsidRPr="00703E46">
              <w:rPr>
                <w:rFonts w:ascii="Aptos" w:hAnsi="Aptos"/>
                <w:b/>
                <w:i/>
                <w:iCs/>
                <w:color w:val="24312B"/>
                <w:sz w:val="15"/>
                <w:szCs w:val="15"/>
                <w:lang w:val="es-MX"/>
              </w:rPr>
              <w:t>11.- Objetivo de emplear órganos, tejidos y sus derivados</w:t>
            </w:r>
          </w:p>
        </w:tc>
        <w:tc>
          <w:tcPr>
            <w:tcW w:w="6177" w:type="dxa"/>
            <w:tcBorders>
              <w:top w:val="single" w:sz="4" w:space="0" w:color="B9D9C3"/>
              <w:left w:val="single" w:sz="4" w:space="0" w:color="B9D9C3"/>
              <w:bottom w:val="single" w:sz="4" w:space="0" w:color="B9D9C3"/>
              <w:right w:val="single" w:sz="4" w:space="0" w:color="B9D9C3"/>
            </w:tcBorders>
            <w:tcMar>
              <w:top w:w="1" w:type="dxa"/>
              <w:left w:w="3" w:type="dxa"/>
              <w:bottom w:w="1" w:type="dxa"/>
              <w:right w:w="3" w:type="dxa"/>
            </w:tcMar>
            <w:vAlign w:val="center"/>
          </w:tcPr>
          <w:p w14:paraId="1A7AD2EE" w14:textId="77777777" w:rsidR="004C73BC" w:rsidRPr="00703E46" w:rsidRDefault="004C73BC" w:rsidP="00D322B8">
            <w:pPr>
              <w:spacing w:after="0" w:line="240" w:lineRule="auto"/>
              <w:rPr>
                <w:i/>
                <w:iCs/>
                <w:sz w:val="15"/>
                <w:szCs w:val="15"/>
                <w:lang w:val="es-MX"/>
              </w:rPr>
            </w:pPr>
            <w:r w:rsidRPr="00703E46">
              <w:rPr>
                <w:rFonts w:ascii="Aptos" w:hAnsi="Aptos"/>
                <w:i/>
                <w:iCs/>
                <w:color w:val="24312B"/>
                <w:sz w:val="15"/>
                <w:szCs w:val="15"/>
                <w:lang w:val="es-MX"/>
              </w:rPr>
              <w:t>¿Especifica la utilización de órganos, ej. (dentales), tejidos y sus derivados de seres humanos?</w:t>
            </w:r>
          </w:p>
        </w:tc>
        <w:tc>
          <w:tcPr>
            <w:tcW w:w="490" w:type="dxa"/>
            <w:tcBorders>
              <w:top w:val="single" w:sz="4" w:space="0" w:color="B9D9C3"/>
              <w:left w:val="single" w:sz="4" w:space="0" w:color="B9D9C3"/>
              <w:bottom w:val="single" w:sz="4" w:space="0" w:color="B9D9C3"/>
              <w:right w:val="single" w:sz="4" w:space="0" w:color="B9D9C3"/>
            </w:tcBorders>
            <w:tcMar>
              <w:top w:w="1" w:type="dxa"/>
              <w:left w:w="3" w:type="dxa"/>
              <w:bottom w:w="1" w:type="dxa"/>
              <w:right w:w="3" w:type="dxa"/>
            </w:tcMar>
            <w:vAlign w:val="center"/>
          </w:tcPr>
          <w:p w14:paraId="74FAC54E" w14:textId="77777777" w:rsidR="004C73BC" w:rsidRPr="00B95EEC" w:rsidRDefault="004C73BC" w:rsidP="00D322B8">
            <w:pPr>
              <w:spacing w:after="0" w:line="240" w:lineRule="auto"/>
              <w:jc w:val="center"/>
              <w:rPr>
                <w:sz w:val="20"/>
                <w:szCs w:val="44"/>
              </w:rPr>
            </w:pPr>
            <w:r w:rsidRPr="00B95EEC">
              <w:rPr>
                <w:rFonts w:ascii="Aptos" w:hAnsi="Aptos"/>
                <w:color w:val="176B45"/>
                <w:sz w:val="20"/>
                <w:szCs w:val="44"/>
              </w:rPr>
              <w:t>☐</w:t>
            </w:r>
          </w:p>
        </w:tc>
        <w:tc>
          <w:tcPr>
            <w:tcW w:w="567" w:type="dxa"/>
            <w:tcBorders>
              <w:top w:val="single" w:sz="4" w:space="0" w:color="B9D9C3"/>
              <w:left w:val="single" w:sz="4" w:space="0" w:color="B9D9C3"/>
              <w:bottom w:val="single" w:sz="4" w:space="0" w:color="B9D9C3"/>
              <w:right w:val="single" w:sz="4" w:space="0" w:color="B9D9C3"/>
            </w:tcBorders>
            <w:tcMar>
              <w:top w:w="1" w:type="dxa"/>
              <w:left w:w="3" w:type="dxa"/>
              <w:bottom w:w="1" w:type="dxa"/>
              <w:right w:w="3" w:type="dxa"/>
            </w:tcMar>
            <w:vAlign w:val="center"/>
          </w:tcPr>
          <w:p w14:paraId="5370412A" w14:textId="77777777" w:rsidR="004C73BC" w:rsidRPr="00B95EEC" w:rsidRDefault="004C73BC" w:rsidP="00D322B8">
            <w:pPr>
              <w:spacing w:after="0" w:line="240" w:lineRule="auto"/>
              <w:jc w:val="center"/>
              <w:rPr>
                <w:sz w:val="20"/>
                <w:szCs w:val="44"/>
              </w:rPr>
            </w:pPr>
            <w:r w:rsidRPr="00B95EEC">
              <w:rPr>
                <w:rFonts w:ascii="Aptos" w:hAnsi="Aptos"/>
                <w:color w:val="176B45"/>
                <w:sz w:val="20"/>
                <w:szCs w:val="44"/>
              </w:rPr>
              <w:t>☐</w:t>
            </w:r>
          </w:p>
        </w:tc>
        <w:tc>
          <w:tcPr>
            <w:tcW w:w="1079" w:type="dxa"/>
            <w:tcBorders>
              <w:top w:val="single" w:sz="4" w:space="0" w:color="B9D9C3"/>
              <w:left w:val="single" w:sz="4" w:space="0" w:color="B9D9C3"/>
              <w:bottom w:val="single" w:sz="4" w:space="0" w:color="B9D9C3"/>
              <w:right w:val="single" w:sz="4" w:space="0" w:color="B9D9C3"/>
            </w:tcBorders>
            <w:vAlign w:val="center"/>
          </w:tcPr>
          <w:p w14:paraId="2CE9287C" w14:textId="2F11BB1C" w:rsidR="004C73BC" w:rsidRPr="00B95EEC" w:rsidRDefault="004C73BC" w:rsidP="00D322B8">
            <w:pPr>
              <w:spacing w:after="0" w:line="240" w:lineRule="auto"/>
              <w:jc w:val="center"/>
              <w:rPr>
                <w:rFonts w:ascii="Aptos" w:hAnsi="Aptos"/>
                <w:color w:val="176B45"/>
                <w:sz w:val="20"/>
                <w:szCs w:val="44"/>
              </w:rPr>
            </w:pPr>
            <w:r w:rsidRPr="00884C0F">
              <w:rPr>
                <w:rFonts w:ascii="Aptos" w:hAnsi="Aptos"/>
                <w:color w:val="176B45"/>
                <w:sz w:val="20"/>
                <w:szCs w:val="44"/>
              </w:rPr>
              <w:t>☐</w:t>
            </w:r>
          </w:p>
        </w:tc>
        <w:tc>
          <w:tcPr>
            <w:tcW w:w="641" w:type="dxa"/>
            <w:tcBorders>
              <w:top w:val="single" w:sz="4" w:space="0" w:color="B9D9C3"/>
              <w:left w:val="single" w:sz="4" w:space="0" w:color="B9D9C3"/>
              <w:bottom w:val="single" w:sz="4" w:space="0" w:color="B9D9C3"/>
              <w:right w:val="single" w:sz="4" w:space="0" w:color="B9D9C3"/>
            </w:tcBorders>
            <w:vAlign w:val="center"/>
          </w:tcPr>
          <w:p w14:paraId="39851216" w14:textId="6B76B07A" w:rsidR="004C73BC" w:rsidRPr="00884C0F" w:rsidRDefault="007A7A76" w:rsidP="00D322B8">
            <w:pPr>
              <w:spacing w:after="0" w:line="240" w:lineRule="auto"/>
              <w:jc w:val="center"/>
              <w:rPr>
                <w:rFonts w:ascii="Aptos" w:hAnsi="Aptos"/>
                <w:color w:val="176B45"/>
                <w:sz w:val="20"/>
                <w:szCs w:val="44"/>
              </w:rPr>
            </w:pPr>
            <w:r w:rsidRPr="00884C0F">
              <w:rPr>
                <w:rFonts w:ascii="Aptos" w:hAnsi="Aptos"/>
                <w:color w:val="176B45"/>
                <w:sz w:val="20"/>
                <w:szCs w:val="44"/>
              </w:rPr>
              <w:t>☐</w:t>
            </w:r>
          </w:p>
        </w:tc>
      </w:tr>
      <w:tr w:rsidR="004C73BC" w:rsidRPr="00D322B8" w14:paraId="352053C4" w14:textId="2B082327" w:rsidTr="007A7A76">
        <w:trPr>
          <w:jc w:val="center"/>
        </w:trPr>
        <w:tc>
          <w:tcPr>
            <w:tcW w:w="2211" w:type="dxa"/>
            <w:gridSpan w:val="2"/>
            <w:tcBorders>
              <w:top w:val="single" w:sz="4" w:space="0" w:color="B9D9C3"/>
              <w:left w:val="single" w:sz="4" w:space="0" w:color="B9D9C3"/>
              <w:bottom w:val="single" w:sz="4" w:space="0" w:color="B9D9C3"/>
              <w:right w:val="single" w:sz="4" w:space="0" w:color="B9D9C3"/>
            </w:tcBorders>
            <w:shd w:val="clear" w:color="auto" w:fill="F7FBF8"/>
            <w:tcMar>
              <w:top w:w="1" w:type="dxa"/>
              <w:left w:w="3" w:type="dxa"/>
              <w:bottom w:w="1" w:type="dxa"/>
              <w:right w:w="3" w:type="dxa"/>
            </w:tcMar>
            <w:vAlign w:val="center"/>
          </w:tcPr>
          <w:p w14:paraId="29F69284" w14:textId="77777777" w:rsidR="004C73BC" w:rsidRPr="00703E46" w:rsidRDefault="004C73BC" w:rsidP="00D322B8">
            <w:pPr>
              <w:spacing w:after="0" w:line="240" w:lineRule="auto"/>
              <w:rPr>
                <w:i/>
                <w:iCs/>
                <w:sz w:val="15"/>
                <w:szCs w:val="15"/>
                <w:lang w:val="es-MX"/>
              </w:rPr>
            </w:pPr>
            <w:r w:rsidRPr="00703E46">
              <w:rPr>
                <w:rFonts w:ascii="Aptos" w:hAnsi="Aptos"/>
                <w:b/>
                <w:i/>
                <w:iCs/>
                <w:color w:val="24312B"/>
                <w:sz w:val="15"/>
                <w:szCs w:val="15"/>
                <w:lang w:val="es-MX"/>
              </w:rPr>
              <w:t>12.- Actividades de emplear órganos, tejidos y sus derivados</w:t>
            </w:r>
          </w:p>
        </w:tc>
        <w:tc>
          <w:tcPr>
            <w:tcW w:w="6177" w:type="dxa"/>
            <w:tcBorders>
              <w:top w:val="single" w:sz="4" w:space="0" w:color="B9D9C3"/>
              <w:left w:val="single" w:sz="4" w:space="0" w:color="B9D9C3"/>
              <w:bottom w:val="single" w:sz="4" w:space="0" w:color="B9D9C3"/>
              <w:right w:val="single" w:sz="4" w:space="0" w:color="B9D9C3"/>
            </w:tcBorders>
            <w:shd w:val="clear" w:color="auto" w:fill="F7FBF8"/>
            <w:tcMar>
              <w:top w:w="1" w:type="dxa"/>
              <w:left w:w="3" w:type="dxa"/>
              <w:bottom w:w="1" w:type="dxa"/>
              <w:right w:w="3" w:type="dxa"/>
            </w:tcMar>
            <w:vAlign w:val="center"/>
          </w:tcPr>
          <w:p w14:paraId="735F960F" w14:textId="77777777" w:rsidR="004C73BC" w:rsidRPr="00703E46" w:rsidRDefault="004C73BC" w:rsidP="00D322B8">
            <w:pPr>
              <w:spacing w:after="0" w:line="240" w:lineRule="auto"/>
              <w:rPr>
                <w:i/>
                <w:iCs/>
                <w:sz w:val="15"/>
                <w:szCs w:val="15"/>
                <w:lang w:val="es-MX"/>
              </w:rPr>
            </w:pPr>
            <w:r w:rsidRPr="00703E46">
              <w:rPr>
                <w:rFonts w:ascii="Aptos" w:hAnsi="Aptos"/>
                <w:i/>
                <w:iCs/>
                <w:color w:val="24312B"/>
                <w:sz w:val="15"/>
                <w:szCs w:val="15"/>
                <w:lang w:val="es-MX"/>
              </w:rPr>
              <w:t>¿Especifica actividades relativas a su obtención, conservación y preparación?</w:t>
            </w:r>
          </w:p>
        </w:tc>
        <w:tc>
          <w:tcPr>
            <w:tcW w:w="490" w:type="dxa"/>
            <w:tcBorders>
              <w:top w:val="single" w:sz="4" w:space="0" w:color="B9D9C3"/>
              <w:left w:val="single" w:sz="4" w:space="0" w:color="B9D9C3"/>
              <w:bottom w:val="single" w:sz="4" w:space="0" w:color="B9D9C3"/>
              <w:right w:val="single" w:sz="4" w:space="0" w:color="B9D9C3"/>
            </w:tcBorders>
            <w:shd w:val="clear" w:color="auto" w:fill="F7FBF8"/>
            <w:tcMar>
              <w:top w:w="1" w:type="dxa"/>
              <w:left w:w="3" w:type="dxa"/>
              <w:bottom w:w="1" w:type="dxa"/>
              <w:right w:w="3" w:type="dxa"/>
            </w:tcMar>
            <w:vAlign w:val="center"/>
          </w:tcPr>
          <w:p w14:paraId="350CC1EC" w14:textId="77777777" w:rsidR="004C73BC" w:rsidRPr="00B95EEC" w:rsidRDefault="004C73BC" w:rsidP="00D322B8">
            <w:pPr>
              <w:spacing w:after="0" w:line="240" w:lineRule="auto"/>
              <w:jc w:val="center"/>
              <w:rPr>
                <w:sz w:val="20"/>
                <w:szCs w:val="44"/>
              </w:rPr>
            </w:pPr>
            <w:r w:rsidRPr="00B95EEC">
              <w:rPr>
                <w:rFonts w:ascii="Aptos" w:hAnsi="Aptos"/>
                <w:color w:val="176B45"/>
                <w:sz w:val="20"/>
                <w:szCs w:val="44"/>
              </w:rPr>
              <w:t>☐</w:t>
            </w:r>
          </w:p>
        </w:tc>
        <w:tc>
          <w:tcPr>
            <w:tcW w:w="567" w:type="dxa"/>
            <w:tcBorders>
              <w:top w:val="single" w:sz="4" w:space="0" w:color="B9D9C3"/>
              <w:left w:val="single" w:sz="4" w:space="0" w:color="B9D9C3"/>
              <w:bottom w:val="single" w:sz="4" w:space="0" w:color="B9D9C3"/>
              <w:right w:val="single" w:sz="4" w:space="0" w:color="B9D9C3"/>
            </w:tcBorders>
            <w:shd w:val="clear" w:color="auto" w:fill="F7FBF8"/>
            <w:tcMar>
              <w:top w:w="1" w:type="dxa"/>
              <w:left w:w="3" w:type="dxa"/>
              <w:bottom w:w="1" w:type="dxa"/>
              <w:right w:w="3" w:type="dxa"/>
            </w:tcMar>
            <w:vAlign w:val="center"/>
          </w:tcPr>
          <w:p w14:paraId="457859F8" w14:textId="77777777" w:rsidR="004C73BC" w:rsidRPr="00B95EEC" w:rsidRDefault="004C73BC" w:rsidP="00D322B8">
            <w:pPr>
              <w:spacing w:after="0" w:line="240" w:lineRule="auto"/>
              <w:jc w:val="center"/>
              <w:rPr>
                <w:sz w:val="20"/>
                <w:szCs w:val="44"/>
              </w:rPr>
            </w:pPr>
            <w:r w:rsidRPr="00B95EEC">
              <w:rPr>
                <w:rFonts w:ascii="Aptos" w:hAnsi="Aptos"/>
                <w:color w:val="176B45"/>
                <w:sz w:val="20"/>
                <w:szCs w:val="44"/>
              </w:rPr>
              <w:t>☐</w:t>
            </w:r>
          </w:p>
        </w:tc>
        <w:tc>
          <w:tcPr>
            <w:tcW w:w="1079" w:type="dxa"/>
            <w:tcBorders>
              <w:top w:val="single" w:sz="4" w:space="0" w:color="B9D9C3"/>
              <w:left w:val="single" w:sz="4" w:space="0" w:color="B9D9C3"/>
              <w:bottom w:val="single" w:sz="4" w:space="0" w:color="B9D9C3"/>
              <w:right w:val="single" w:sz="4" w:space="0" w:color="B9D9C3"/>
            </w:tcBorders>
            <w:shd w:val="clear" w:color="auto" w:fill="F7FBF8"/>
            <w:vAlign w:val="center"/>
          </w:tcPr>
          <w:p w14:paraId="5493E469" w14:textId="5643EC06" w:rsidR="004C73BC" w:rsidRPr="00B95EEC" w:rsidRDefault="004C73BC" w:rsidP="00D322B8">
            <w:pPr>
              <w:spacing w:after="0" w:line="240" w:lineRule="auto"/>
              <w:jc w:val="center"/>
              <w:rPr>
                <w:rFonts w:ascii="Aptos" w:hAnsi="Aptos"/>
                <w:color w:val="176B45"/>
                <w:sz w:val="20"/>
                <w:szCs w:val="44"/>
              </w:rPr>
            </w:pPr>
            <w:r w:rsidRPr="00884C0F">
              <w:rPr>
                <w:rFonts w:ascii="Aptos" w:hAnsi="Aptos"/>
                <w:color w:val="176B45"/>
                <w:sz w:val="20"/>
                <w:szCs w:val="44"/>
              </w:rPr>
              <w:t>☐</w:t>
            </w:r>
          </w:p>
        </w:tc>
        <w:tc>
          <w:tcPr>
            <w:tcW w:w="641" w:type="dxa"/>
            <w:tcBorders>
              <w:top w:val="single" w:sz="4" w:space="0" w:color="B9D9C3"/>
              <w:left w:val="single" w:sz="4" w:space="0" w:color="B9D9C3"/>
              <w:bottom w:val="single" w:sz="4" w:space="0" w:color="B9D9C3"/>
              <w:right w:val="single" w:sz="4" w:space="0" w:color="B9D9C3"/>
            </w:tcBorders>
            <w:shd w:val="clear" w:color="auto" w:fill="F7FBF8"/>
            <w:vAlign w:val="center"/>
          </w:tcPr>
          <w:p w14:paraId="72395453" w14:textId="435D3886" w:rsidR="004C73BC" w:rsidRPr="00884C0F" w:rsidRDefault="007A7A76" w:rsidP="00D322B8">
            <w:pPr>
              <w:spacing w:after="0" w:line="240" w:lineRule="auto"/>
              <w:jc w:val="center"/>
              <w:rPr>
                <w:rFonts w:ascii="Aptos" w:hAnsi="Aptos"/>
                <w:color w:val="176B45"/>
                <w:sz w:val="20"/>
                <w:szCs w:val="44"/>
              </w:rPr>
            </w:pPr>
            <w:r w:rsidRPr="00884C0F">
              <w:rPr>
                <w:rFonts w:ascii="Aptos" w:hAnsi="Aptos"/>
                <w:color w:val="176B45"/>
                <w:sz w:val="20"/>
                <w:szCs w:val="44"/>
              </w:rPr>
              <w:t>☐</w:t>
            </w:r>
          </w:p>
        </w:tc>
      </w:tr>
      <w:tr w:rsidR="004C73BC" w:rsidRPr="00D322B8" w14:paraId="6B7FC5B8" w14:textId="01BB206C" w:rsidTr="007A7A76">
        <w:trPr>
          <w:jc w:val="center"/>
        </w:trPr>
        <w:tc>
          <w:tcPr>
            <w:tcW w:w="2211" w:type="dxa"/>
            <w:gridSpan w:val="2"/>
            <w:tcBorders>
              <w:top w:val="single" w:sz="4" w:space="0" w:color="B9D9C3"/>
              <w:left w:val="single" w:sz="4" w:space="0" w:color="B9D9C3"/>
              <w:bottom w:val="single" w:sz="4" w:space="0" w:color="B9D9C3"/>
              <w:right w:val="single" w:sz="4" w:space="0" w:color="B9D9C3"/>
            </w:tcBorders>
            <w:tcMar>
              <w:top w:w="1" w:type="dxa"/>
              <w:left w:w="3" w:type="dxa"/>
              <w:bottom w:w="1" w:type="dxa"/>
              <w:right w:w="3" w:type="dxa"/>
            </w:tcMar>
            <w:vAlign w:val="center"/>
          </w:tcPr>
          <w:p w14:paraId="343A436C" w14:textId="77777777" w:rsidR="004C73BC" w:rsidRPr="00703E46" w:rsidRDefault="004C73BC" w:rsidP="00D322B8">
            <w:pPr>
              <w:spacing w:after="0" w:line="240" w:lineRule="auto"/>
              <w:rPr>
                <w:i/>
                <w:iCs/>
                <w:sz w:val="15"/>
                <w:szCs w:val="15"/>
                <w:lang w:val="es-MX"/>
              </w:rPr>
            </w:pPr>
            <w:r w:rsidRPr="00703E46">
              <w:rPr>
                <w:rFonts w:ascii="Aptos" w:hAnsi="Aptos"/>
                <w:b/>
                <w:i/>
                <w:iCs/>
                <w:color w:val="24312B"/>
                <w:sz w:val="15"/>
                <w:szCs w:val="15"/>
                <w:lang w:val="es-MX"/>
              </w:rPr>
              <w:t>13.- Desecho de los órganos, tejidos y sus derivados</w:t>
            </w:r>
          </w:p>
        </w:tc>
        <w:tc>
          <w:tcPr>
            <w:tcW w:w="6177" w:type="dxa"/>
            <w:tcBorders>
              <w:top w:val="single" w:sz="4" w:space="0" w:color="B9D9C3"/>
              <w:left w:val="single" w:sz="4" w:space="0" w:color="B9D9C3"/>
              <w:bottom w:val="single" w:sz="4" w:space="0" w:color="B9D9C3"/>
              <w:right w:val="single" w:sz="4" w:space="0" w:color="B9D9C3"/>
            </w:tcBorders>
            <w:tcMar>
              <w:top w:w="1" w:type="dxa"/>
              <w:left w:w="3" w:type="dxa"/>
              <w:bottom w:w="1" w:type="dxa"/>
              <w:right w:w="3" w:type="dxa"/>
            </w:tcMar>
            <w:vAlign w:val="center"/>
          </w:tcPr>
          <w:p w14:paraId="3A394912" w14:textId="77777777" w:rsidR="004C73BC" w:rsidRPr="00703E46" w:rsidRDefault="004C73BC" w:rsidP="00D322B8">
            <w:pPr>
              <w:spacing w:after="0" w:line="240" w:lineRule="auto"/>
              <w:rPr>
                <w:i/>
                <w:iCs/>
                <w:sz w:val="15"/>
                <w:szCs w:val="15"/>
                <w:lang w:val="es-MX"/>
              </w:rPr>
            </w:pPr>
            <w:r w:rsidRPr="00703E46">
              <w:rPr>
                <w:rFonts w:ascii="Aptos" w:hAnsi="Aptos"/>
                <w:i/>
                <w:iCs/>
                <w:color w:val="24312B"/>
                <w:sz w:val="15"/>
                <w:szCs w:val="15"/>
                <w:lang w:val="es-MX"/>
              </w:rPr>
              <w:t>Menciona ¿qué harán con los órganos, tejidos y sus derivados al finalizar la investigación?</w:t>
            </w:r>
          </w:p>
        </w:tc>
        <w:tc>
          <w:tcPr>
            <w:tcW w:w="490" w:type="dxa"/>
            <w:tcBorders>
              <w:top w:val="single" w:sz="4" w:space="0" w:color="B9D9C3"/>
              <w:left w:val="single" w:sz="4" w:space="0" w:color="B9D9C3"/>
              <w:bottom w:val="single" w:sz="4" w:space="0" w:color="B9D9C3"/>
              <w:right w:val="single" w:sz="4" w:space="0" w:color="B9D9C3"/>
            </w:tcBorders>
            <w:tcMar>
              <w:top w:w="1" w:type="dxa"/>
              <w:left w:w="3" w:type="dxa"/>
              <w:bottom w:w="1" w:type="dxa"/>
              <w:right w:w="3" w:type="dxa"/>
            </w:tcMar>
            <w:vAlign w:val="center"/>
          </w:tcPr>
          <w:p w14:paraId="42B51247" w14:textId="77777777" w:rsidR="004C73BC" w:rsidRPr="00B95EEC" w:rsidRDefault="004C73BC" w:rsidP="00D322B8">
            <w:pPr>
              <w:spacing w:after="0" w:line="240" w:lineRule="auto"/>
              <w:jc w:val="center"/>
              <w:rPr>
                <w:sz w:val="20"/>
                <w:szCs w:val="44"/>
              </w:rPr>
            </w:pPr>
            <w:r w:rsidRPr="00B95EEC">
              <w:rPr>
                <w:rFonts w:ascii="Aptos" w:hAnsi="Aptos"/>
                <w:color w:val="176B45"/>
                <w:sz w:val="20"/>
                <w:szCs w:val="44"/>
              </w:rPr>
              <w:t>☐</w:t>
            </w:r>
          </w:p>
        </w:tc>
        <w:tc>
          <w:tcPr>
            <w:tcW w:w="567" w:type="dxa"/>
            <w:tcBorders>
              <w:top w:val="single" w:sz="4" w:space="0" w:color="B9D9C3"/>
              <w:left w:val="single" w:sz="4" w:space="0" w:color="B9D9C3"/>
              <w:bottom w:val="single" w:sz="4" w:space="0" w:color="B9D9C3"/>
              <w:right w:val="single" w:sz="4" w:space="0" w:color="B9D9C3"/>
            </w:tcBorders>
            <w:tcMar>
              <w:top w:w="1" w:type="dxa"/>
              <w:left w:w="3" w:type="dxa"/>
              <w:bottom w:w="1" w:type="dxa"/>
              <w:right w:w="3" w:type="dxa"/>
            </w:tcMar>
            <w:vAlign w:val="center"/>
          </w:tcPr>
          <w:p w14:paraId="378B065C" w14:textId="77777777" w:rsidR="004C73BC" w:rsidRPr="00B95EEC" w:rsidRDefault="004C73BC" w:rsidP="00D322B8">
            <w:pPr>
              <w:spacing w:after="0" w:line="240" w:lineRule="auto"/>
              <w:jc w:val="center"/>
              <w:rPr>
                <w:sz w:val="20"/>
                <w:szCs w:val="44"/>
              </w:rPr>
            </w:pPr>
            <w:r w:rsidRPr="00B95EEC">
              <w:rPr>
                <w:rFonts w:ascii="Aptos" w:hAnsi="Aptos"/>
                <w:color w:val="176B45"/>
                <w:sz w:val="20"/>
                <w:szCs w:val="44"/>
              </w:rPr>
              <w:t>☐</w:t>
            </w:r>
          </w:p>
        </w:tc>
        <w:tc>
          <w:tcPr>
            <w:tcW w:w="1079" w:type="dxa"/>
            <w:tcBorders>
              <w:top w:val="single" w:sz="4" w:space="0" w:color="B9D9C3"/>
              <w:left w:val="single" w:sz="4" w:space="0" w:color="B9D9C3"/>
              <w:bottom w:val="single" w:sz="4" w:space="0" w:color="B9D9C3"/>
              <w:right w:val="single" w:sz="4" w:space="0" w:color="B9D9C3"/>
            </w:tcBorders>
            <w:vAlign w:val="center"/>
          </w:tcPr>
          <w:p w14:paraId="1B2113A5" w14:textId="06C28DA1" w:rsidR="004C73BC" w:rsidRPr="00B95EEC" w:rsidRDefault="004C73BC" w:rsidP="00D322B8">
            <w:pPr>
              <w:spacing w:after="0" w:line="240" w:lineRule="auto"/>
              <w:jc w:val="center"/>
              <w:rPr>
                <w:rFonts w:ascii="Aptos" w:hAnsi="Aptos"/>
                <w:color w:val="176B45"/>
                <w:sz w:val="20"/>
                <w:szCs w:val="44"/>
              </w:rPr>
            </w:pPr>
            <w:r w:rsidRPr="00884C0F">
              <w:rPr>
                <w:rFonts w:ascii="Aptos" w:hAnsi="Aptos"/>
                <w:color w:val="176B45"/>
                <w:sz w:val="20"/>
                <w:szCs w:val="44"/>
              </w:rPr>
              <w:t>☐</w:t>
            </w:r>
          </w:p>
        </w:tc>
        <w:tc>
          <w:tcPr>
            <w:tcW w:w="641" w:type="dxa"/>
            <w:tcBorders>
              <w:top w:val="single" w:sz="4" w:space="0" w:color="B9D9C3"/>
              <w:left w:val="single" w:sz="4" w:space="0" w:color="B9D9C3"/>
              <w:bottom w:val="single" w:sz="4" w:space="0" w:color="B9D9C3"/>
              <w:right w:val="single" w:sz="4" w:space="0" w:color="B9D9C3"/>
            </w:tcBorders>
            <w:vAlign w:val="center"/>
          </w:tcPr>
          <w:p w14:paraId="02D77946" w14:textId="6A4E3E6D" w:rsidR="004C73BC" w:rsidRPr="00884C0F" w:rsidRDefault="007A7A76" w:rsidP="00D322B8">
            <w:pPr>
              <w:spacing w:after="0" w:line="240" w:lineRule="auto"/>
              <w:jc w:val="center"/>
              <w:rPr>
                <w:rFonts w:ascii="Aptos" w:hAnsi="Aptos"/>
                <w:color w:val="176B45"/>
                <w:sz w:val="20"/>
                <w:szCs w:val="44"/>
              </w:rPr>
            </w:pPr>
            <w:r w:rsidRPr="00884C0F">
              <w:rPr>
                <w:rFonts w:ascii="Aptos" w:hAnsi="Aptos"/>
                <w:color w:val="176B45"/>
                <w:sz w:val="20"/>
                <w:szCs w:val="44"/>
              </w:rPr>
              <w:t>☐</w:t>
            </w:r>
          </w:p>
        </w:tc>
      </w:tr>
      <w:tr w:rsidR="004C73BC" w:rsidRPr="009538B0" w14:paraId="344F9E51" w14:textId="6A65C9E5" w:rsidTr="007A7A76">
        <w:trPr>
          <w:jc w:val="center"/>
        </w:trPr>
        <w:tc>
          <w:tcPr>
            <w:tcW w:w="9445" w:type="dxa"/>
            <w:gridSpan w:val="5"/>
            <w:tcBorders>
              <w:top w:val="single" w:sz="4" w:space="0" w:color="B9D9C3"/>
              <w:left w:val="single" w:sz="4" w:space="0" w:color="B9D9C3"/>
              <w:bottom w:val="single" w:sz="4" w:space="0" w:color="B9D9C3"/>
              <w:right w:val="single" w:sz="4" w:space="0" w:color="B9D9C3"/>
            </w:tcBorders>
            <w:shd w:val="clear" w:color="auto" w:fill="EEECE1" w:themeFill="background2"/>
            <w:tcMar>
              <w:top w:w="2" w:type="dxa"/>
              <w:left w:w="4" w:type="dxa"/>
              <w:bottom w:w="2" w:type="dxa"/>
              <w:right w:w="4" w:type="dxa"/>
            </w:tcMar>
          </w:tcPr>
          <w:p w14:paraId="1FD11CEE" w14:textId="77777777" w:rsidR="004C73BC" w:rsidRPr="00703E46" w:rsidRDefault="004C73BC" w:rsidP="00D322B8">
            <w:pPr>
              <w:spacing w:after="0" w:line="240" w:lineRule="auto"/>
              <w:rPr>
                <w:sz w:val="15"/>
                <w:szCs w:val="15"/>
                <w:lang w:val="es-MX"/>
              </w:rPr>
            </w:pPr>
            <w:r w:rsidRPr="00703E46">
              <w:rPr>
                <w:rFonts w:ascii="Aptos" w:hAnsi="Aptos"/>
                <w:b/>
                <w:color w:val="176B45"/>
                <w:sz w:val="15"/>
                <w:szCs w:val="15"/>
                <w:lang w:val="es-MX"/>
              </w:rPr>
              <w:t>ASPECTOS ÉTICOS DE LA INVESTIGACIÓN CON MICROORGANISMOS PATÓGENOS O MATERIAL BIOLÓGICO</w:t>
            </w:r>
            <w:r w:rsidRPr="00703E46">
              <w:rPr>
                <w:rFonts w:ascii="Aptos" w:hAnsi="Aptos"/>
                <w:i/>
                <w:color w:val="66726C"/>
                <w:sz w:val="15"/>
                <w:szCs w:val="15"/>
                <w:lang w:val="es-MX"/>
              </w:rPr>
              <w:br/>
              <w:t>Esta sección aplica siempre que se trate de una investigación en la que se involucren microorganismos patógenos o material biológico, de lo contario, anotar no aplica (N/A) en la casilla “modificable”.</w:t>
            </w:r>
          </w:p>
        </w:tc>
        <w:tc>
          <w:tcPr>
            <w:tcW w:w="1079" w:type="dxa"/>
            <w:tcBorders>
              <w:top w:val="single" w:sz="4" w:space="0" w:color="B9D9C3"/>
              <w:left w:val="single" w:sz="4" w:space="0" w:color="B9D9C3"/>
              <w:bottom w:val="single" w:sz="4" w:space="0" w:color="B9D9C3"/>
              <w:right w:val="single" w:sz="4" w:space="0" w:color="B9D9C3"/>
            </w:tcBorders>
            <w:shd w:val="clear" w:color="auto" w:fill="EEECE1" w:themeFill="background2"/>
            <w:vAlign w:val="center"/>
          </w:tcPr>
          <w:p w14:paraId="1C76A0B3" w14:textId="77777777" w:rsidR="004C73BC" w:rsidRPr="00703E46" w:rsidRDefault="004C73BC" w:rsidP="00D322B8">
            <w:pPr>
              <w:spacing w:after="0" w:line="240" w:lineRule="auto"/>
              <w:rPr>
                <w:rFonts w:ascii="Aptos" w:hAnsi="Aptos"/>
                <w:b/>
                <w:color w:val="176B45"/>
                <w:sz w:val="15"/>
                <w:szCs w:val="15"/>
                <w:lang w:val="es-MX"/>
              </w:rPr>
            </w:pPr>
          </w:p>
        </w:tc>
        <w:tc>
          <w:tcPr>
            <w:tcW w:w="641" w:type="dxa"/>
            <w:tcBorders>
              <w:top w:val="single" w:sz="4" w:space="0" w:color="B9D9C3"/>
              <w:left w:val="single" w:sz="4" w:space="0" w:color="B9D9C3"/>
              <w:bottom w:val="single" w:sz="4" w:space="0" w:color="B9D9C3"/>
              <w:right w:val="single" w:sz="4" w:space="0" w:color="B9D9C3"/>
            </w:tcBorders>
            <w:shd w:val="clear" w:color="auto" w:fill="EEECE1" w:themeFill="background2"/>
            <w:vAlign w:val="center"/>
          </w:tcPr>
          <w:p w14:paraId="5DFF4AB4" w14:textId="77777777" w:rsidR="004C73BC" w:rsidRPr="00703E46" w:rsidRDefault="004C73BC" w:rsidP="00D322B8">
            <w:pPr>
              <w:spacing w:after="0" w:line="240" w:lineRule="auto"/>
              <w:rPr>
                <w:rFonts w:ascii="Aptos" w:hAnsi="Aptos"/>
                <w:b/>
                <w:color w:val="176B45"/>
                <w:sz w:val="15"/>
                <w:szCs w:val="15"/>
                <w:lang w:val="es-MX"/>
              </w:rPr>
            </w:pPr>
          </w:p>
        </w:tc>
      </w:tr>
      <w:tr w:rsidR="004C73BC" w:rsidRPr="00D322B8" w14:paraId="405868A3" w14:textId="1666F3F2" w:rsidTr="007A7A76">
        <w:trPr>
          <w:jc w:val="center"/>
        </w:trPr>
        <w:tc>
          <w:tcPr>
            <w:tcW w:w="2211" w:type="dxa"/>
            <w:gridSpan w:val="2"/>
            <w:tcBorders>
              <w:top w:val="single" w:sz="4" w:space="0" w:color="B9D9C3"/>
              <w:left w:val="single" w:sz="4" w:space="0" w:color="B9D9C3"/>
              <w:bottom w:val="single" w:sz="4" w:space="0" w:color="B9D9C3"/>
              <w:right w:val="single" w:sz="4" w:space="0" w:color="B9D9C3"/>
            </w:tcBorders>
            <w:tcMar>
              <w:top w:w="1" w:type="dxa"/>
              <w:left w:w="3" w:type="dxa"/>
              <w:bottom w:w="1" w:type="dxa"/>
              <w:right w:w="3" w:type="dxa"/>
            </w:tcMar>
            <w:vAlign w:val="center"/>
          </w:tcPr>
          <w:p w14:paraId="6D796AAE" w14:textId="77777777" w:rsidR="004C73BC" w:rsidRPr="00703E46" w:rsidRDefault="004C73BC" w:rsidP="00D322B8">
            <w:pPr>
              <w:spacing w:after="0" w:line="240" w:lineRule="auto"/>
              <w:rPr>
                <w:i/>
                <w:iCs/>
                <w:sz w:val="15"/>
                <w:szCs w:val="15"/>
                <w:lang w:val="es-MX"/>
              </w:rPr>
            </w:pPr>
            <w:r w:rsidRPr="00703E46">
              <w:rPr>
                <w:rFonts w:ascii="Aptos" w:hAnsi="Aptos"/>
                <w:b/>
                <w:i/>
                <w:iCs/>
                <w:color w:val="24312B"/>
                <w:sz w:val="15"/>
                <w:szCs w:val="15"/>
                <w:lang w:val="es-MX"/>
              </w:rPr>
              <w:t>14.- Instalaciones y equipo de laboratorio</w:t>
            </w:r>
          </w:p>
        </w:tc>
        <w:tc>
          <w:tcPr>
            <w:tcW w:w="6177" w:type="dxa"/>
            <w:tcBorders>
              <w:top w:val="single" w:sz="4" w:space="0" w:color="B9D9C3"/>
              <w:left w:val="single" w:sz="4" w:space="0" w:color="B9D9C3"/>
              <w:bottom w:val="single" w:sz="4" w:space="0" w:color="B9D9C3"/>
              <w:right w:val="single" w:sz="4" w:space="0" w:color="B9D9C3"/>
            </w:tcBorders>
            <w:tcMar>
              <w:top w:w="1" w:type="dxa"/>
              <w:left w:w="3" w:type="dxa"/>
              <w:bottom w:w="1" w:type="dxa"/>
              <w:right w:w="3" w:type="dxa"/>
            </w:tcMar>
            <w:vAlign w:val="center"/>
          </w:tcPr>
          <w:p w14:paraId="65FE8C92" w14:textId="77777777" w:rsidR="004C73BC" w:rsidRPr="00703E46" w:rsidRDefault="004C73BC" w:rsidP="00D322B8">
            <w:pPr>
              <w:spacing w:after="0" w:line="240" w:lineRule="auto"/>
              <w:rPr>
                <w:i/>
                <w:iCs/>
                <w:sz w:val="15"/>
                <w:szCs w:val="15"/>
                <w:lang w:val="es-MX"/>
              </w:rPr>
            </w:pPr>
            <w:r w:rsidRPr="00703E46">
              <w:rPr>
                <w:rFonts w:ascii="Aptos" w:hAnsi="Aptos"/>
                <w:i/>
                <w:iCs/>
                <w:color w:val="24312B"/>
                <w:sz w:val="15"/>
                <w:szCs w:val="15"/>
                <w:lang w:val="es-MX"/>
              </w:rPr>
              <w:t>¿Se cuenta con las instalaciones y registra el equipo de laboratorio que se requiere, de acuerdo con las normas éticas, que garanticen el manejo seguro de los microorganismos?</w:t>
            </w:r>
          </w:p>
        </w:tc>
        <w:tc>
          <w:tcPr>
            <w:tcW w:w="490" w:type="dxa"/>
            <w:tcBorders>
              <w:top w:val="single" w:sz="4" w:space="0" w:color="B9D9C3"/>
              <w:left w:val="single" w:sz="4" w:space="0" w:color="B9D9C3"/>
              <w:bottom w:val="single" w:sz="4" w:space="0" w:color="B9D9C3"/>
              <w:right w:val="single" w:sz="4" w:space="0" w:color="B9D9C3"/>
            </w:tcBorders>
            <w:tcMar>
              <w:top w:w="1" w:type="dxa"/>
              <w:left w:w="3" w:type="dxa"/>
              <w:bottom w:w="1" w:type="dxa"/>
              <w:right w:w="3" w:type="dxa"/>
            </w:tcMar>
            <w:vAlign w:val="center"/>
          </w:tcPr>
          <w:p w14:paraId="7163A483" w14:textId="77777777" w:rsidR="004C73BC" w:rsidRPr="00B95EEC" w:rsidRDefault="004C73BC" w:rsidP="00D322B8">
            <w:pPr>
              <w:spacing w:after="0" w:line="240" w:lineRule="auto"/>
              <w:jc w:val="center"/>
              <w:rPr>
                <w:sz w:val="20"/>
                <w:szCs w:val="44"/>
              </w:rPr>
            </w:pPr>
            <w:r w:rsidRPr="00B95EEC">
              <w:rPr>
                <w:rFonts w:ascii="Aptos" w:hAnsi="Aptos"/>
                <w:color w:val="176B45"/>
                <w:sz w:val="20"/>
                <w:szCs w:val="44"/>
              </w:rPr>
              <w:t>☐</w:t>
            </w:r>
          </w:p>
        </w:tc>
        <w:tc>
          <w:tcPr>
            <w:tcW w:w="567" w:type="dxa"/>
            <w:tcBorders>
              <w:top w:val="single" w:sz="4" w:space="0" w:color="B9D9C3"/>
              <w:left w:val="single" w:sz="4" w:space="0" w:color="B9D9C3"/>
              <w:bottom w:val="single" w:sz="4" w:space="0" w:color="B9D9C3"/>
              <w:right w:val="single" w:sz="4" w:space="0" w:color="B9D9C3"/>
            </w:tcBorders>
            <w:tcMar>
              <w:top w:w="1" w:type="dxa"/>
              <w:left w:w="3" w:type="dxa"/>
              <w:bottom w:w="1" w:type="dxa"/>
              <w:right w:w="3" w:type="dxa"/>
            </w:tcMar>
            <w:vAlign w:val="center"/>
          </w:tcPr>
          <w:p w14:paraId="16AB2FE0" w14:textId="77777777" w:rsidR="004C73BC" w:rsidRPr="00B95EEC" w:rsidRDefault="004C73BC" w:rsidP="00D322B8">
            <w:pPr>
              <w:spacing w:after="0" w:line="240" w:lineRule="auto"/>
              <w:jc w:val="center"/>
              <w:rPr>
                <w:sz w:val="20"/>
                <w:szCs w:val="44"/>
              </w:rPr>
            </w:pPr>
            <w:r w:rsidRPr="00B95EEC">
              <w:rPr>
                <w:rFonts w:ascii="Aptos" w:hAnsi="Aptos"/>
                <w:color w:val="176B45"/>
                <w:sz w:val="20"/>
                <w:szCs w:val="44"/>
              </w:rPr>
              <w:t>☐</w:t>
            </w:r>
          </w:p>
        </w:tc>
        <w:tc>
          <w:tcPr>
            <w:tcW w:w="1079" w:type="dxa"/>
            <w:tcBorders>
              <w:top w:val="single" w:sz="4" w:space="0" w:color="B9D9C3"/>
              <w:left w:val="single" w:sz="4" w:space="0" w:color="B9D9C3"/>
              <w:bottom w:val="single" w:sz="4" w:space="0" w:color="B9D9C3"/>
              <w:right w:val="single" w:sz="4" w:space="0" w:color="B9D9C3"/>
            </w:tcBorders>
            <w:vAlign w:val="center"/>
          </w:tcPr>
          <w:p w14:paraId="5E7DA7C9" w14:textId="70C01F18" w:rsidR="004C73BC" w:rsidRPr="00B95EEC" w:rsidRDefault="004C73BC" w:rsidP="00D322B8">
            <w:pPr>
              <w:spacing w:after="0" w:line="240" w:lineRule="auto"/>
              <w:jc w:val="center"/>
              <w:rPr>
                <w:rFonts w:ascii="Aptos" w:hAnsi="Aptos"/>
                <w:color w:val="176B45"/>
                <w:sz w:val="20"/>
                <w:szCs w:val="44"/>
              </w:rPr>
            </w:pPr>
            <w:r w:rsidRPr="00884C0F">
              <w:rPr>
                <w:rFonts w:ascii="Aptos" w:hAnsi="Aptos"/>
                <w:color w:val="176B45"/>
                <w:sz w:val="20"/>
                <w:szCs w:val="44"/>
              </w:rPr>
              <w:t>☐</w:t>
            </w:r>
          </w:p>
        </w:tc>
        <w:tc>
          <w:tcPr>
            <w:tcW w:w="641" w:type="dxa"/>
            <w:tcBorders>
              <w:top w:val="single" w:sz="4" w:space="0" w:color="B9D9C3"/>
              <w:left w:val="single" w:sz="4" w:space="0" w:color="B9D9C3"/>
              <w:bottom w:val="single" w:sz="4" w:space="0" w:color="B9D9C3"/>
              <w:right w:val="single" w:sz="4" w:space="0" w:color="B9D9C3"/>
            </w:tcBorders>
            <w:vAlign w:val="center"/>
          </w:tcPr>
          <w:p w14:paraId="06A93C98" w14:textId="56BDBBF4" w:rsidR="004C73BC" w:rsidRPr="00884C0F" w:rsidRDefault="007A7A76" w:rsidP="00D322B8">
            <w:pPr>
              <w:spacing w:after="0" w:line="240" w:lineRule="auto"/>
              <w:jc w:val="center"/>
              <w:rPr>
                <w:rFonts w:ascii="Aptos" w:hAnsi="Aptos"/>
                <w:color w:val="176B45"/>
                <w:sz w:val="20"/>
                <w:szCs w:val="44"/>
              </w:rPr>
            </w:pPr>
            <w:r w:rsidRPr="00884C0F">
              <w:rPr>
                <w:rFonts w:ascii="Aptos" w:hAnsi="Aptos"/>
                <w:color w:val="176B45"/>
                <w:sz w:val="20"/>
                <w:szCs w:val="44"/>
              </w:rPr>
              <w:t>☐</w:t>
            </w:r>
          </w:p>
        </w:tc>
      </w:tr>
      <w:tr w:rsidR="004C73BC" w:rsidRPr="00D322B8" w14:paraId="394FECDE" w14:textId="7D7E0EAF" w:rsidTr="007A7A76">
        <w:trPr>
          <w:jc w:val="center"/>
        </w:trPr>
        <w:tc>
          <w:tcPr>
            <w:tcW w:w="2211" w:type="dxa"/>
            <w:gridSpan w:val="2"/>
            <w:tcBorders>
              <w:top w:val="single" w:sz="4" w:space="0" w:color="B9D9C3"/>
              <w:left w:val="single" w:sz="4" w:space="0" w:color="B9D9C3"/>
              <w:bottom w:val="single" w:sz="4" w:space="0" w:color="B9D9C3"/>
              <w:right w:val="single" w:sz="4" w:space="0" w:color="B9D9C3"/>
            </w:tcBorders>
            <w:shd w:val="clear" w:color="auto" w:fill="F7FBF8"/>
            <w:tcMar>
              <w:top w:w="1" w:type="dxa"/>
              <w:left w:w="3" w:type="dxa"/>
              <w:bottom w:w="1" w:type="dxa"/>
              <w:right w:w="3" w:type="dxa"/>
            </w:tcMar>
            <w:vAlign w:val="center"/>
          </w:tcPr>
          <w:p w14:paraId="1AB2FAE7" w14:textId="77777777" w:rsidR="004C73BC" w:rsidRPr="00703E46" w:rsidRDefault="004C73BC" w:rsidP="00D322B8">
            <w:pPr>
              <w:spacing w:after="0" w:line="240" w:lineRule="auto"/>
              <w:rPr>
                <w:i/>
                <w:iCs/>
                <w:sz w:val="15"/>
                <w:szCs w:val="15"/>
              </w:rPr>
            </w:pPr>
            <w:r w:rsidRPr="00703E46">
              <w:rPr>
                <w:rFonts w:ascii="Aptos" w:hAnsi="Aptos"/>
                <w:b/>
                <w:i/>
                <w:iCs/>
                <w:color w:val="24312B"/>
                <w:sz w:val="15"/>
                <w:szCs w:val="15"/>
              </w:rPr>
              <w:t>15.- Manual de procedimientos</w:t>
            </w:r>
          </w:p>
        </w:tc>
        <w:tc>
          <w:tcPr>
            <w:tcW w:w="6177" w:type="dxa"/>
            <w:tcBorders>
              <w:top w:val="single" w:sz="4" w:space="0" w:color="B9D9C3"/>
              <w:left w:val="single" w:sz="4" w:space="0" w:color="B9D9C3"/>
              <w:bottom w:val="single" w:sz="4" w:space="0" w:color="B9D9C3"/>
              <w:right w:val="single" w:sz="4" w:space="0" w:color="B9D9C3"/>
            </w:tcBorders>
            <w:shd w:val="clear" w:color="auto" w:fill="F7FBF8"/>
            <w:tcMar>
              <w:top w:w="1" w:type="dxa"/>
              <w:left w:w="3" w:type="dxa"/>
              <w:bottom w:w="1" w:type="dxa"/>
              <w:right w:w="3" w:type="dxa"/>
            </w:tcMar>
            <w:vAlign w:val="center"/>
          </w:tcPr>
          <w:p w14:paraId="5F50208B" w14:textId="77777777" w:rsidR="004C73BC" w:rsidRPr="00703E46" w:rsidRDefault="004C73BC" w:rsidP="00D322B8">
            <w:pPr>
              <w:spacing w:after="0" w:line="240" w:lineRule="auto"/>
              <w:rPr>
                <w:i/>
                <w:iCs/>
                <w:sz w:val="15"/>
                <w:szCs w:val="15"/>
                <w:lang w:val="es-MX"/>
              </w:rPr>
            </w:pPr>
            <w:r w:rsidRPr="00703E46">
              <w:rPr>
                <w:rFonts w:ascii="Aptos" w:hAnsi="Aptos"/>
                <w:i/>
                <w:iCs/>
                <w:color w:val="24312B"/>
                <w:sz w:val="15"/>
                <w:szCs w:val="15"/>
                <w:lang w:val="es-MX"/>
              </w:rPr>
              <w:t>¿Se cuenta con un manual de procedimientos para el laboratorio de microbiología?</w:t>
            </w:r>
          </w:p>
        </w:tc>
        <w:tc>
          <w:tcPr>
            <w:tcW w:w="490" w:type="dxa"/>
            <w:tcBorders>
              <w:top w:val="single" w:sz="4" w:space="0" w:color="B9D9C3"/>
              <w:left w:val="single" w:sz="4" w:space="0" w:color="B9D9C3"/>
              <w:bottom w:val="single" w:sz="4" w:space="0" w:color="B9D9C3"/>
              <w:right w:val="single" w:sz="4" w:space="0" w:color="B9D9C3"/>
            </w:tcBorders>
            <w:shd w:val="clear" w:color="auto" w:fill="F7FBF8"/>
            <w:tcMar>
              <w:top w:w="1" w:type="dxa"/>
              <w:left w:w="3" w:type="dxa"/>
              <w:bottom w:w="1" w:type="dxa"/>
              <w:right w:w="3" w:type="dxa"/>
            </w:tcMar>
            <w:vAlign w:val="center"/>
          </w:tcPr>
          <w:p w14:paraId="1FFD7048" w14:textId="77777777" w:rsidR="004C73BC" w:rsidRPr="00B95EEC" w:rsidRDefault="004C73BC" w:rsidP="00D322B8">
            <w:pPr>
              <w:spacing w:after="0" w:line="240" w:lineRule="auto"/>
              <w:jc w:val="center"/>
              <w:rPr>
                <w:sz w:val="20"/>
                <w:szCs w:val="44"/>
              </w:rPr>
            </w:pPr>
            <w:r w:rsidRPr="00B95EEC">
              <w:rPr>
                <w:rFonts w:ascii="Aptos" w:hAnsi="Aptos"/>
                <w:color w:val="176B45"/>
                <w:sz w:val="20"/>
                <w:szCs w:val="44"/>
              </w:rPr>
              <w:t>☐</w:t>
            </w:r>
          </w:p>
        </w:tc>
        <w:tc>
          <w:tcPr>
            <w:tcW w:w="567" w:type="dxa"/>
            <w:tcBorders>
              <w:top w:val="single" w:sz="4" w:space="0" w:color="B9D9C3"/>
              <w:left w:val="single" w:sz="4" w:space="0" w:color="B9D9C3"/>
              <w:bottom w:val="single" w:sz="4" w:space="0" w:color="B9D9C3"/>
              <w:right w:val="single" w:sz="4" w:space="0" w:color="B9D9C3"/>
            </w:tcBorders>
            <w:shd w:val="clear" w:color="auto" w:fill="F7FBF8"/>
            <w:tcMar>
              <w:top w:w="1" w:type="dxa"/>
              <w:left w:w="3" w:type="dxa"/>
              <w:bottom w:w="1" w:type="dxa"/>
              <w:right w:w="3" w:type="dxa"/>
            </w:tcMar>
            <w:vAlign w:val="center"/>
          </w:tcPr>
          <w:p w14:paraId="58C93054" w14:textId="77777777" w:rsidR="004C73BC" w:rsidRPr="00B95EEC" w:rsidRDefault="004C73BC" w:rsidP="00D322B8">
            <w:pPr>
              <w:spacing w:after="0" w:line="240" w:lineRule="auto"/>
              <w:jc w:val="center"/>
              <w:rPr>
                <w:sz w:val="20"/>
                <w:szCs w:val="44"/>
              </w:rPr>
            </w:pPr>
            <w:r w:rsidRPr="00B95EEC">
              <w:rPr>
                <w:rFonts w:ascii="Aptos" w:hAnsi="Aptos"/>
                <w:color w:val="176B45"/>
                <w:sz w:val="20"/>
                <w:szCs w:val="44"/>
              </w:rPr>
              <w:t>☐</w:t>
            </w:r>
          </w:p>
        </w:tc>
        <w:tc>
          <w:tcPr>
            <w:tcW w:w="1079" w:type="dxa"/>
            <w:tcBorders>
              <w:top w:val="single" w:sz="4" w:space="0" w:color="B9D9C3"/>
              <w:left w:val="single" w:sz="4" w:space="0" w:color="B9D9C3"/>
              <w:bottom w:val="single" w:sz="4" w:space="0" w:color="B9D9C3"/>
              <w:right w:val="single" w:sz="4" w:space="0" w:color="B9D9C3"/>
            </w:tcBorders>
            <w:shd w:val="clear" w:color="auto" w:fill="F7FBF8"/>
            <w:vAlign w:val="center"/>
          </w:tcPr>
          <w:p w14:paraId="3EBB2AAE" w14:textId="1575D21C" w:rsidR="004C73BC" w:rsidRPr="00B95EEC" w:rsidRDefault="004C73BC" w:rsidP="00D322B8">
            <w:pPr>
              <w:spacing w:after="0" w:line="240" w:lineRule="auto"/>
              <w:jc w:val="center"/>
              <w:rPr>
                <w:rFonts w:ascii="Aptos" w:hAnsi="Aptos"/>
                <w:color w:val="176B45"/>
                <w:sz w:val="20"/>
                <w:szCs w:val="44"/>
              </w:rPr>
            </w:pPr>
            <w:r w:rsidRPr="00884C0F">
              <w:rPr>
                <w:rFonts w:ascii="Aptos" w:hAnsi="Aptos"/>
                <w:color w:val="176B45"/>
                <w:sz w:val="20"/>
                <w:szCs w:val="44"/>
              </w:rPr>
              <w:t>☐</w:t>
            </w:r>
          </w:p>
        </w:tc>
        <w:tc>
          <w:tcPr>
            <w:tcW w:w="641" w:type="dxa"/>
            <w:tcBorders>
              <w:top w:val="single" w:sz="4" w:space="0" w:color="B9D9C3"/>
              <w:left w:val="single" w:sz="4" w:space="0" w:color="B9D9C3"/>
              <w:bottom w:val="single" w:sz="4" w:space="0" w:color="B9D9C3"/>
              <w:right w:val="single" w:sz="4" w:space="0" w:color="B9D9C3"/>
            </w:tcBorders>
            <w:shd w:val="clear" w:color="auto" w:fill="F7FBF8"/>
            <w:vAlign w:val="center"/>
          </w:tcPr>
          <w:p w14:paraId="6806497B" w14:textId="47E0701C" w:rsidR="004C73BC" w:rsidRPr="00884C0F" w:rsidRDefault="007A7A76" w:rsidP="00D322B8">
            <w:pPr>
              <w:spacing w:after="0" w:line="240" w:lineRule="auto"/>
              <w:jc w:val="center"/>
              <w:rPr>
                <w:rFonts w:ascii="Aptos" w:hAnsi="Aptos"/>
                <w:color w:val="176B45"/>
                <w:sz w:val="20"/>
                <w:szCs w:val="44"/>
              </w:rPr>
            </w:pPr>
            <w:r w:rsidRPr="00884C0F">
              <w:rPr>
                <w:rFonts w:ascii="Aptos" w:hAnsi="Aptos"/>
                <w:color w:val="176B45"/>
                <w:sz w:val="20"/>
                <w:szCs w:val="44"/>
              </w:rPr>
              <w:t>☐</w:t>
            </w:r>
          </w:p>
        </w:tc>
      </w:tr>
      <w:tr w:rsidR="004C73BC" w:rsidRPr="00D322B8" w14:paraId="68A122A0" w14:textId="3AE15B59" w:rsidTr="007A7A76">
        <w:trPr>
          <w:jc w:val="center"/>
        </w:trPr>
        <w:tc>
          <w:tcPr>
            <w:tcW w:w="2211" w:type="dxa"/>
            <w:gridSpan w:val="2"/>
            <w:tcBorders>
              <w:top w:val="single" w:sz="4" w:space="0" w:color="B9D9C3"/>
              <w:left w:val="single" w:sz="4" w:space="0" w:color="B9D9C3"/>
              <w:bottom w:val="single" w:sz="4" w:space="0" w:color="B9D9C3"/>
              <w:right w:val="single" w:sz="4" w:space="0" w:color="B9D9C3"/>
            </w:tcBorders>
            <w:tcMar>
              <w:top w:w="1" w:type="dxa"/>
              <w:left w:w="3" w:type="dxa"/>
              <w:bottom w:w="1" w:type="dxa"/>
              <w:right w:w="3" w:type="dxa"/>
            </w:tcMar>
            <w:vAlign w:val="center"/>
          </w:tcPr>
          <w:p w14:paraId="4A3EDF22" w14:textId="22EFAC8F" w:rsidR="004C73BC" w:rsidRPr="00703E46" w:rsidRDefault="004C73BC" w:rsidP="00D322B8">
            <w:pPr>
              <w:spacing w:after="0" w:line="240" w:lineRule="auto"/>
              <w:rPr>
                <w:i/>
                <w:iCs/>
                <w:sz w:val="15"/>
                <w:szCs w:val="15"/>
              </w:rPr>
            </w:pPr>
            <w:r w:rsidRPr="00703E46">
              <w:rPr>
                <w:rFonts w:ascii="Aptos" w:hAnsi="Aptos"/>
                <w:b/>
                <w:i/>
                <w:iCs/>
                <w:color w:val="24312B"/>
                <w:sz w:val="15"/>
                <w:szCs w:val="15"/>
              </w:rPr>
              <w:t>16.- Rie</w:t>
            </w:r>
            <w:r w:rsidR="00694A0D">
              <w:rPr>
                <w:rFonts w:ascii="Aptos" w:hAnsi="Aptos"/>
                <w:b/>
                <w:i/>
                <w:iCs/>
                <w:color w:val="24312B"/>
                <w:sz w:val="15"/>
                <w:szCs w:val="15"/>
              </w:rPr>
              <w:t>s</w:t>
            </w:r>
            <w:r w:rsidRPr="00703E46">
              <w:rPr>
                <w:rFonts w:ascii="Aptos" w:hAnsi="Aptos"/>
                <w:b/>
                <w:i/>
                <w:iCs/>
                <w:color w:val="24312B"/>
                <w:sz w:val="15"/>
                <w:szCs w:val="15"/>
              </w:rPr>
              <w:t>gos</w:t>
            </w:r>
          </w:p>
        </w:tc>
        <w:tc>
          <w:tcPr>
            <w:tcW w:w="6177" w:type="dxa"/>
            <w:tcBorders>
              <w:top w:val="single" w:sz="4" w:space="0" w:color="B9D9C3"/>
              <w:left w:val="single" w:sz="4" w:space="0" w:color="B9D9C3"/>
              <w:bottom w:val="single" w:sz="4" w:space="0" w:color="B9D9C3"/>
              <w:right w:val="single" w:sz="4" w:space="0" w:color="B9D9C3"/>
            </w:tcBorders>
            <w:tcMar>
              <w:top w:w="1" w:type="dxa"/>
              <w:left w:w="3" w:type="dxa"/>
              <w:bottom w:w="1" w:type="dxa"/>
              <w:right w:w="3" w:type="dxa"/>
            </w:tcMar>
            <w:vAlign w:val="center"/>
          </w:tcPr>
          <w:p w14:paraId="6902F710" w14:textId="77777777" w:rsidR="004C73BC" w:rsidRPr="00703E46" w:rsidRDefault="004C73BC" w:rsidP="00D322B8">
            <w:pPr>
              <w:spacing w:after="0" w:line="240" w:lineRule="auto"/>
              <w:rPr>
                <w:i/>
                <w:iCs/>
                <w:sz w:val="15"/>
                <w:szCs w:val="15"/>
                <w:lang w:val="es-MX"/>
              </w:rPr>
            </w:pPr>
            <w:r w:rsidRPr="00703E46">
              <w:rPr>
                <w:rFonts w:ascii="Aptos" w:hAnsi="Aptos"/>
                <w:i/>
                <w:iCs/>
                <w:color w:val="24312B"/>
                <w:sz w:val="15"/>
                <w:szCs w:val="15"/>
                <w:lang w:val="es-MX"/>
              </w:rPr>
              <w:t>¿Se clasifica a los microorganismos para evaluar el grado de riesgo, según la norma técnica emitida por la Secretaría de Salud?</w:t>
            </w:r>
          </w:p>
        </w:tc>
        <w:tc>
          <w:tcPr>
            <w:tcW w:w="490" w:type="dxa"/>
            <w:tcBorders>
              <w:top w:val="single" w:sz="4" w:space="0" w:color="B9D9C3"/>
              <w:left w:val="single" w:sz="4" w:space="0" w:color="B9D9C3"/>
              <w:bottom w:val="single" w:sz="4" w:space="0" w:color="B9D9C3"/>
              <w:right w:val="single" w:sz="4" w:space="0" w:color="B9D9C3"/>
            </w:tcBorders>
            <w:tcMar>
              <w:top w:w="1" w:type="dxa"/>
              <w:left w:w="3" w:type="dxa"/>
              <w:bottom w:w="1" w:type="dxa"/>
              <w:right w:w="3" w:type="dxa"/>
            </w:tcMar>
            <w:vAlign w:val="center"/>
          </w:tcPr>
          <w:p w14:paraId="31CD073E" w14:textId="77777777" w:rsidR="004C73BC" w:rsidRPr="00B95EEC" w:rsidRDefault="004C73BC" w:rsidP="00D322B8">
            <w:pPr>
              <w:spacing w:after="0" w:line="240" w:lineRule="auto"/>
              <w:jc w:val="center"/>
              <w:rPr>
                <w:sz w:val="20"/>
                <w:szCs w:val="44"/>
              </w:rPr>
            </w:pPr>
            <w:r w:rsidRPr="00B95EEC">
              <w:rPr>
                <w:rFonts w:ascii="Aptos" w:hAnsi="Aptos"/>
                <w:color w:val="176B45"/>
                <w:sz w:val="20"/>
                <w:szCs w:val="44"/>
              </w:rPr>
              <w:t>☐</w:t>
            </w:r>
          </w:p>
        </w:tc>
        <w:tc>
          <w:tcPr>
            <w:tcW w:w="567" w:type="dxa"/>
            <w:tcBorders>
              <w:top w:val="single" w:sz="4" w:space="0" w:color="B9D9C3"/>
              <w:left w:val="single" w:sz="4" w:space="0" w:color="B9D9C3"/>
              <w:bottom w:val="single" w:sz="4" w:space="0" w:color="B9D9C3"/>
              <w:right w:val="single" w:sz="4" w:space="0" w:color="B9D9C3"/>
            </w:tcBorders>
            <w:tcMar>
              <w:top w:w="1" w:type="dxa"/>
              <w:left w:w="3" w:type="dxa"/>
              <w:bottom w:w="1" w:type="dxa"/>
              <w:right w:w="3" w:type="dxa"/>
            </w:tcMar>
            <w:vAlign w:val="center"/>
          </w:tcPr>
          <w:p w14:paraId="219B949E" w14:textId="77777777" w:rsidR="004C73BC" w:rsidRPr="00B95EEC" w:rsidRDefault="004C73BC" w:rsidP="00D322B8">
            <w:pPr>
              <w:spacing w:after="0" w:line="240" w:lineRule="auto"/>
              <w:jc w:val="center"/>
              <w:rPr>
                <w:sz w:val="20"/>
                <w:szCs w:val="44"/>
              </w:rPr>
            </w:pPr>
            <w:r w:rsidRPr="00B95EEC">
              <w:rPr>
                <w:rFonts w:ascii="Aptos" w:hAnsi="Aptos"/>
                <w:color w:val="176B45"/>
                <w:sz w:val="20"/>
                <w:szCs w:val="44"/>
              </w:rPr>
              <w:t>☐</w:t>
            </w:r>
          </w:p>
        </w:tc>
        <w:tc>
          <w:tcPr>
            <w:tcW w:w="1079" w:type="dxa"/>
            <w:tcBorders>
              <w:top w:val="single" w:sz="4" w:space="0" w:color="B9D9C3"/>
              <w:left w:val="single" w:sz="4" w:space="0" w:color="B9D9C3"/>
              <w:bottom w:val="single" w:sz="4" w:space="0" w:color="B9D9C3"/>
              <w:right w:val="single" w:sz="4" w:space="0" w:color="B9D9C3"/>
            </w:tcBorders>
            <w:vAlign w:val="center"/>
          </w:tcPr>
          <w:p w14:paraId="6D492582" w14:textId="640A2F59" w:rsidR="004C73BC" w:rsidRPr="00B95EEC" w:rsidRDefault="004C73BC" w:rsidP="00D322B8">
            <w:pPr>
              <w:spacing w:after="0" w:line="240" w:lineRule="auto"/>
              <w:jc w:val="center"/>
              <w:rPr>
                <w:rFonts w:ascii="Aptos" w:hAnsi="Aptos"/>
                <w:color w:val="176B45"/>
                <w:sz w:val="20"/>
                <w:szCs w:val="44"/>
              </w:rPr>
            </w:pPr>
            <w:r w:rsidRPr="00884C0F">
              <w:rPr>
                <w:rFonts w:ascii="Aptos" w:hAnsi="Aptos"/>
                <w:color w:val="176B45"/>
                <w:sz w:val="20"/>
                <w:szCs w:val="44"/>
              </w:rPr>
              <w:t>☐</w:t>
            </w:r>
          </w:p>
        </w:tc>
        <w:tc>
          <w:tcPr>
            <w:tcW w:w="641" w:type="dxa"/>
            <w:tcBorders>
              <w:top w:val="single" w:sz="4" w:space="0" w:color="B9D9C3"/>
              <w:left w:val="single" w:sz="4" w:space="0" w:color="B9D9C3"/>
              <w:bottom w:val="single" w:sz="4" w:space="0" w:color="B9D9C3"/>
              <w:right w:val="single" w:sz="4" w:space="0" w:color="B9D9C3"/>
            </w:tcBorders>
            <w:vAlign w:val="center"/>
          </w:tcPr>
          <w:p w14:paraId="727A265E" w14:textId="0839AE4E" w:rsidR="004C73BC" w:rsidRPr="00884C0F" w:rsidRDefault="007A7A76" w:rsidP="00D322B8">
            <w:pPr>
              <w:spacing w:after="0" w:line="240" w:lineRule="auto"/>
              <w:jc w:val="center"/>
              <w:rPr>
                <w:rFonts w:ascii="Aptos" w:hAnsi="Aptos"/>
                <w:color w:val="176B45"/>
                <w:sz w:val="20"/>
                <w:szCs w:val="44"/>
              </w:rPr>
            </w:pPr>
            <w:r w:rsidRPr="00884C0F">
              <w:rPr>
                <w:rFonts w:ascii="Aptos" w:hAnsi="Aptos"/>
                <w:color w:val="176B45"/>
                <w:sz w:val="20"/>
                <w:szCs w:val="44"/>
              </w:rPr>
              <w:t>☐</w:t>
            </w:r>
          </w:p>
        </w:tc>
      </w:tr>
      <w:tr w:rsidR="004C73BC" w:rsidRPr="00D322B8" w14:paraId="05E980EE" w14:textId="71860436" w:rsidTr="007A7A76">
        <w:trPr>
          <w:jc w:val="center"/>
        </w:trPr>
        <w:tc>
          <w:tcPr>
            <w:tcW w:w="2211" w:type="dxa"/>
            <w:gridSpan w:val="2"/>
            <w:tcBorders>
              <w:top w:val="single" w:sz="4" w:space="0" w:color="B9D9C3"/>
              <w:left w:val="single" w:sz="4" w:space="0" w:color="B9D9C3"/>
              <w:bottom w:val="single" w:sz="4" w:space="0" w:color="B9D9C3"/>
              <w:right w:val="single" w:sz="4" w:space="0" w:color="B9D9C3"/>
            </w:tcBorders>
            <w:shd w:val="clear" w:color="auto" w:fill="F7FBF8"/>
            <w:tcMar>
              <w:top w:w="1" w:type="dxa"/>
              <w:left w:w="3" w:type="dxa"/>
              <w:bottom w:w="1" w:type="dxa"/>
              <w:right w:w="3" w:type="dxa"/>
            </w:tcMar>
            <w:vAlign w:val="center"/>
          </w:tcPr>
          <w:p w14:paraId="08BA3AEE" w14:textId="77777777" w:rsidR="004C73BC" w:rsidRPr="00703E46" w:rsidRDefault="004C73BC" w:rsidP="00D322B8">
            <w:pPr>
              <w:spacing w:after="0" w:line="240" w:lineRule="auto"/>
              <w:rPr>
                <w:i/>
                <w:iCs/>
                <w:sz w:val="15"/>
                <w:szCs w:val="15"/>
              </w:rPr>
            </w:pPr>
            <w:r w:rsidRPr="00703E46">
              <w:rPr>
                <w:rFonts w:ascii="Aptos" w:hAnsi="Aptos"/>
                <w:b/>
                <w:i/>
                <w:iCs/>
                <w:color w:val="24312B"/>
                <w:sz w:val="15"/>
                <w:szCs w:val="15"/>
              </w:rPr>
              <w:t>17.- Desecho de los microorganismos</w:t>
            </w:r>
          </w:p>
        </w:tc>
        <w:tc>
          <w:tcPr>
            <w:tcW w:w="6177" w:type="dxa"/>
            <w:tcBorders>
              <w:top w:val="single" w:sz="4" w:space="0" w:color="B9D9C3"/>
              <w:left w:val="single" w:sz="4" w:space="0" w:color="B9D9C3"/>
              <w:bottom w:val="single" w:sz="4" w:space="0" w:color="B9D9C3"/>
              <w:right w:val="single" w:sz="4" w:space="0" w:color="B9D9C3"/>
            </w:tcBorders>
            <w:shd w:val="clear" w:color="auto" w:fill="F7FBF8"/>
            <w:tcMar>
              <w:top w:w="1" w:type="dxa"/>
              <w:left w:w="3" w:type="dxa"/>
              <w:bottom w:w="1" w:type="dxa"/>
              <w:right w:w="3" w:type="dxa"/>
            </w:tcMar>
            <w:vAlign w:val="center"/>
          </w:tcPr>
          <w:p w14:paraId="6B737807" w14:textId="77777777" w:rsidR="004C73BC" w:rsidRPr="00703E46" w:rsidRDefault="004C73BC" w:rsidP="00D322B8">
            <w:pPr>
              <w:spacing w:after="0" w:line="240" w:lineRule="auto"/>
              <w:rPr>
                <w:i/>
                <w:iCs/>
                <w:sz w:val="15"/>
                <w:szCs w:val="15"/>
                <w:lang w:val="es-MX"/>
              </w:rPr>
            </w:pPr>
            <w:r w:rsidRPr="00703E46">
              <w:rPr>
                <w:rFonts w:ascii="Aptos" w:hAnsi="Aptos"/>
                <w:i/>
                <w:iCs/>
                <w:color w:val="24312B"/>
                <w:sz w:val="15"/>
                <w:szCs w:val="15"/>
                <w:lang w:val="es-MX"/>
              </w:rPr>
              <w:t>Menciona ¿qué harán con los microorganismos y sus derivados al finalizar la investigación?</w:t>
            </w:r>
          </w:p>
        </w:tc>
        <w:tc>
          <w:tcPr>
            <w:tcW w:w="490" w:type="dxa"/>
            <w:tcBorders>
              <w:top w:val="single" w:sz="4" w:space="0" w:color="B9D9C3"/>
              <w:left w:val="single" w:sz="4" w:space="0" w:color="B9D9C3"/>
              <w:bottom w:val="single" w:sz="4" w:space="0" w:color="B9D9C3"/>
              <w:right w:val="single" w:sz="4" w:space="0" w:color="B9D9C3"/>
            </w:tcBorders>
            <w:shd w:val="clear" w:color="auto" w:fill="F7FBF8"/>
            <w:tcMar>
              <w:top w:w="1" w:type="dxa"/>
              <w:left w:w="3" w:type="dxa"/>
              <w:bottom w:w="1" w:type="dxa"/>
              <w:right w:w="3" w:type="dxa"/>
            </w:tcMar>
            <w:vAlign w:val="center"/>
          </w:tcPr>
          <w:p w14:paraId="47D08DE4" w14:textId="77777777" w:rsidR="004C73BC" w:rsidRPr="00B95EEC" w:rsidRDefault="004C73BC" w:rsidP="00D322B8">
            <w:pPr>
              <w:spacing w:after="0" w:line="240" w:lineRule="auto"/>
              <w:jc w:val="center"/>
              <w:rPr>
                <w:sz w:val="20"/>
                <w:szCs w:val="44"/>
              </w:rPr>
            </w:pPr>
            <w:r w:rsidRPr="00B95EEC">
              <w:rPr>
                <w:rFonts w:ascii="Aptos" w:hAnsi="Aptos"/>
                <w:color w:val="176B45"/>
                <w:sz w:val="20"/>
                <w:szCs w:val="44"/>
              </w:rPr>
              <w:t>☐</w:t>
            </w:r>
          </w:p>
        </w:tc>
        <w:tc>
          <w:tcPr>
            <w:tcW w:w="567" w:type="dxa"/>
            <w:tcBorders>
              <w:top w:val="single" w:sz="4" w:space="0" w:color="B9D9C3"/>
              <w:left w:val="single" w:sz="4" w:space="0" w:color="B9D9C3"/>
              <w:bottom w:val="single" w:sz="4" w:space="0" w:color="B9D9C3"/>
              <w:right w:val="single" w:sz="4" w:space="0" w:color="B9D9C3"/>
            </w:tcBorders>
            <w:shd w:val="clear" w:color="auto" w:fill="F7FBF8"/>
            <w:tcMar>
              <w:top w:w="1" w:type="dxa"/>
              <w:left w:w="3" w:type="dxa"/>
              <w:bottom w:w="1" w:type="dxa"/>
              <w:right w:w="3" w:type="dxa"/>
            </w:tcMar>
            <w:vAlign w:val="center"/>
          </w:tcPr>
          <w:p w14:paraId="26E04CA8" w14:textId="77777777" w:rsidR="004C73BC" w:rsidRPr="00B95EEC" w:rsidRDefault="004C73BC" w:rsidP="00D322B8">
            <w:pPr>
              <w:spacing w:after="0" w:line="240" w:lineRule="auto"/>
              <w:jc w:val="center"/>
              <w:rPr>
                <w:sz w:val="20"/>
                <w:szCs w:val="44"/>
              </w:rPr>
            </w:pPr>
            <w:r w:rsidRPr="00B95EEC">
              <w:rPr>
                <w:rFonts w:ascii="Aptos" w:hAnsi="Aptos"/>
                <w:color w:val="176B45"/>
                <w:sz w:val="20"/>
                <w:szCs w:val="44"/>
              </w:rPr>
              <w:t>☐</w:t>
            </w:r>
          </w:p>
        </w:tc>
        <w:tc>
          <w:tcPr>
            <w:tcW w:w="1079" w:type="dxa"/>
            <w:tcBorders>
              <w:top w:val="single" w:sz="4" w:space="0" w:color="B9D9C3"/>
              <w:left w:val="single" w:sz="4" w:space="0" w:color="B9D9C3"/>
              <w:bottom w:val="single" w:sz="4" w:space="0" w:color="B9D9C3"/>
              <w:right w:val="single" w:sz="4" w:space="0" w:color="B9D9C3"/>
            </w:tcBorders>
            <w:shd w:val="clear" w:color="auto" w:fill="F7FBF8"/>
            <w:vAlign w:val="center"/>
          </w:tcPr>
          <w:p w14:paraId="68113539" w14:textId="75C7457E" w:rsidR="004C73BC" w:rsidRPr="00B95EEC" w:rsidRDefault="004C73BC" w:rsidP="00D322B8">
            <w:pPr>
              <w:spacing w:after="0" w:line="240" w:lineRule="auto"/>
              <w:jc w:val="center"/>
              <w:rPr>
                <w:rFonts w:ascii="Aptos" w:hAnsi="Aptos"/>
                <w:color w:val="176B45"/>
                <w:sz w:val="20"/>
                <w:szCs w:val="44"/>
              </w:rPr>
            </w:pPr>
            <w:r w:rsidRPr="00884C0F">
              <w:rPr>
                <w:rFonts w:ascii="Aptos" w:hAnsi="Aptos"/>
                <w:color w:val="176B45"/>
                <w:sz w:val="20"/>
                <w:szCs w:val="44"/>
              </w:rPr>
              <w:t>☐</w:t>
            </w:r>
          </w:p>
        </w:tc>
        <w:tc>
          <w:tcPr>
            <w:tcW w:w="641" w:type="dxa"/>
            <w:tcBorders>
              <w:top w:val="single" w:sz="4" w:space="0" w:color="B9D9C3"/>
              <w:left w:val="single" w:sz="4" w:space="0" w:color="B9D9C3"/>
              <w:bottom w:val="single" w:sz="4" w:space="0" w:color="B9D9C3"/>
              <w:right w:val="single" w:sz="4" w:space="0" w:color="B9D9C3"/>
            </w:tcBorders>
            <w:shd w:val="clear" w:color="auto" w:fill="F7FBF8"/>
            <w:vAlign w:val="center"/>
          </w:tcPr>
          <w:p w14:paraId="3D5C8860" w14:textId="27E0886E" w:rsidR="004C73BC" w:rsidRPr="00884C0F" w:rsidRDefault="007A7A76" w:rsidP="00D322B8">
            <w:pPr>
              <w:spacing w:after="0" w:line="240" w:lineRule="auto"/>
              <w:jc w:val="center"/>
              <w:rPr>
                <w:rFonts w:ascii="Aptos" w:hAnsi="Aptos"/>
                <w:color w:val="176B45"/>
                <w:sz w:val="20"/>
                <w:szCs w:val="44"/>
              </w:rPr>
            </w:pPr>
            <w:r w:rsidRPr="00884C0F">
              <w:rPr>
                <w:rFonts w:ascii="Aptos" w:hAnsi="Aptos"/>
                <w:color w:val="176B45"/>
                <w:sz w:val="20"/>
                <w:szCs w:val="44"/>
              </w:rPr>
              <w:t>☐</w:t>
            </w:r>
          </w:p>
        </w:tc>
      </w:tr>
      <w:tr w:rsidR="004C73BC" w:rsidRPr="009538B0" w14:paraId="344BB07F" w14:textId="42DE0744" w:rsidTr="007A7A76">
        <w:trPr>
          <w:jc w:val="center"/>
        </w:trPr>
        <w:tc>
          <w:tcPr>
            <w:tcW w:w="9445" w:type="dxa"/>
            <w:gridSpan w:val="5"/>
            <w:tcBorders>
              <w:top w:val="single" w:sz="4" w:space="0" w:color="B9D9C3"/>
              <w:left w:val="single" w:sz="4" w:space="0" w:color="B9D9C3"/>
              <w:bottom w:val="single" w:sz="4" w:space="0" w:color="B9D9C3"/>
              <w:right w:val="single" w:sz="4" w:space="0" w:color="B9D9C3"/>
            </w:tcBorders>
            <w:shd w:val="clear" w:color="auto" w:fill="EEECE1" w:themeFill="background2"/>
            <w:tcMar>
              <w:top w:w="2" w:type="dxa"/>
              <w:left w:w="4" w:type="dxa"/>
              <w:bottom w:w="2" w:type="dxa"/>
              <w:right w:w="4" w:type="dxa"/>
            </w:tcMar>
          </w:tcPr>
          <w:p w14:paraId="6A03F144" w14:textId="77777777" w:rsidR="004C73BC" w:rsidRPr="00703E46" w:rsidRDefault="004C73BC" w:rsidP="00D322B8">
            <w:pPr>
              <w:spacing w:after="0" w:line="240" w:lineRule="auto"/>
              <w:rPr>
                <w:sz w:val="15"/>
                <w:szCs w:val="15"/>
                <w:lang w:val="es-MX"/>
              </w:rPr>
            </w:pPr>
            <w:r w:rsidRPr="00703E46">
              <w:rPr>
                <w:rFonts w:ascii="Aptos" w:hAnsi="Aptos"/>
                <w:b/>
                <w:color w:val="176B45"/>
                <w:sz w:val="15"/>
                <w:szCs w:val="15"/>
                <w:lang w:val="es-MX"/>
              </w:rPr>
              <w:t>ASPECTOS ÉTICOS EN INVESTIGACIONES EDUCATIVAS</w:t>
            </w:r>
            <w:r w:rsidRPr="00703E46">
              <w:rPr>
                <w:rFonts w:ascii="Aptos" w:hAnsi="Aptos"/>
                <w:i/>
                <w:color w:val="66726C"/>
                <w:sz w:val="15"/>
                <w:szCs w:val="15"/>
                <w:lang w:val="es-MX"/>
              </w:rPr>
              <w:br/>
              <w:t>Esta sección aplica siempre que se trate de una investigación educativa en la generación de conocimientos de docencia, que pudieran ser aplicados en la estomatología, de lo contrario anotar no aplica (N/A) en la casilla “modificable”.</w:t>
            </w:r>
          </w:p>
        </w:tc>
        <w:tc>
          <w:tcPr>
            <w:tcW w:w="1079" w:type="dxa"/>
            <w:tcBorders>
              <w:top w:val="single" w:sz="4" w:space="0" w:color="B9D9C3"/>
              <w:left w:val="single" w:sz="4" w:space="0" w:color="B9D9C3"/>
              <w:bottom w:val="single" w:sz="4" w:space="0" w:color="B9D9C3"/>
              <w:right w:val="single" w:sz="4" w:space="0" w:color="B9D9C3"/>
            </w:tcBorders>
            <w:shd w:val="clear" w:color="auto" w:fill="EEECE1" w:themeFill="background2"/>
            <w:vAlign w:val="center"/>
          </w:tcPr>
          <w:p w14:paraId="3DD1D1FD" w14:textId="77777777" w:rsidR="004C73BC" w:rsidRPr="00703E46" w:rsidRDefault="004C73BC" w:rsidP="00D322B8">
            <w:pPr>
              <w:spacing w:after="0" w:line="240" w:lineRule="auto"/>
              <w:rPr>
                <w:rFonts w:ascii="Aptos" w:hAnsi="Aptos"/>
                <w:b/>
                <w:color w:val="176B45"/>
                <w:sz w:val="15"/>
                <w:szCs w:val="15"/>
                <w:lang w:val="es-MX"/>
              </w:rPr>
            </w:pPr>
          </w:p>
        </w:tc>
        <w:tc>
          <w:tcPr>
            <w:tcW w:w="641" w:type="dxa"/>
            <w:tcBorders>
              <w:top w:val="single" w:sz="4" w:space="0" w:color="B9D9C3"/>
              <w:left w:val="single" w:sz="4" w:space="0" w:color="B9D9C3"/>
              <w:bottom w:val="single" w:sz="4" w:space="0" w:color="B9D9C3"/>
              <w:right w:val="single" w:sz="4" w:space="0" w:color="B9D9C3"/>
            </w:tcBorders>
            <w:shd w:val="clear" w:color="auto" w:fill="EEECE1" w:themeFill="background2"/>
            <w:vAlign w:val="center"/>
          </w:tcPr>
          <w:p w14:paraId="5AC99072" w14:textId="77777777" w:rsidR="004C73BC" w:rsidRPr="00703E46" w:rsidRDefault="004C73BC" w:rsidP="00D322B8">
            <w:pPr>
              <w:spacing w:after="0" w:line="240" w:lineRule="auto"/>
              <w:rPr>
                <w:rFonts w:ascii="Aptos" w:hAnsi="Aptos"/>
                <w:b/>
                <w:color w:val="176B45"/>
                <w:sz w:val="15"/>
                <w:szCs w:val="15"/>
                <w:lang w:val="es-MX"/>
              </w:rPr>
            </w:pPr>
          </w:p>
        </w:tc>
      </w:tr>
      <w:tr w:rsidR="004C73BC" w:rsidRPr="00D322B8" w14:paraId="43233C67" w14:textId="7E3D7187" w:rsidTr="007A7A76">
        <w:trPr>
          <w:jc w:val="center"/>
        </w:trPr>
        <w:tc>
          <w:tcPr>
            <w:tcW w:w="2211" w:type="dxa"/>
            <w:gridSpan w:val="2"/>
            <w:tcBorders>
              <w:top w:val="single" w:sz="4" w:space="0" w:color="B9D9C3"/>
              <w:left w:val="single" w:sz="4" w:space="0" w:color="B9D9C3"/>
              <w:bottom w:val="single" w:sz="4" w:space="0" w:color="B9D9C3"/>
              <w:right w:val="single" w:sz="4" w:space="0" w:color="B9D9C3"/>
            </w:tcBorders>
            <w:shd w:val="clear" w:color="auto" w:fill="F7FBF8"/>
            <w:tcMar>
              <w:top w:w="1" w:type="dxa"/>
              <w:left w:w="3" w:type="dxa"/>
              <w:bottom w:w="1" w:type="dxa"/>
              <w:right w:w="3" w:type="dxa"/>
            </w:tcMar>
            <w:vAlign w:val="center"/>
          </w:tcPr>
          <w:p w14:paraId="56BEB61A" w14:textId="77777777" w:rsidR="004C73BC" w:rsidRPr="00703E46" w:rsidRDefault="004C73BC" w:rsidP="00D322B8">
            <w:pPr>
              <w:spacing w:after="0" w:line="240" w:lineRule="auto"/>
              <w:rPr>
                <w:i/>
                <w:iCs/>
                <w:sz w:val="15"/>
                <w:szCs w:val="15"/>
                <w:lang w:val="es-MX"/>
              </w:rPr>
            </w:pPr>
            <w:r w:rsidRPr="00703E46">
              <w:rPr>
                <w:rFonts w:ascii="Aptos" w:hAnsi="Aptos"/>
                <w:b/>
                <w:i/>
                <w:iCs/>
                <w:color w:val="24312B"/>
                <w:sz w:val="15"/>
                <w:szCs w:val="15"/>
                <w:lang w:val="es-MX"/>
              </w:rPr>
              <w:t>18.- Problemas éticos respecto a los participantes</w:t>
            </w:r>
          </w:p>
        </w:tc>
        <w:tc>
          <w:tcPr>
            <w:tcW w:w="6177" w:type="dxa"/>
            <w:tcBorders>
              <w:top w:val="single" w:sz="4" w:space="0" w:color="B9D9C3"/>
              <w:left w:val="single" w:sz="4" w:space="0" w:color="B9D9C3"/>
              <w:bottom w:val="single" w:sz="4" w:space="0" w:color="B9D9C3"/>
              <w:right w:val="single" w:sz="4" w:space="0" w:color="B9D9C3"/>
            </w:tcBorders>
            <w:shd w:val="clear" w:color="auto" w:fill="F7FBF8"/>
            <w:tcMar>
              <w:top w:w="1" w:type="dxa"/>
              <w:left w:w="3" w:type="dxa"/>
              <w:bottom w:w="1" w:type="dxa"/>
              <w:right w:w="3" w:type="dxa"/>
            </w:tcMar>
            <w:vAlign w:val="center"/>
          </w:tcPr>
          <w:p w14:paraId="6D5CE599" w14:textId="77777777" w:rsidR="004C73BC" w:rsidRPr="00703E46" w:rsidRDefault="004C73BC" w:rsidP="00D322B8">
            <w:pPr>
              <w:spacing w:after="0" w:line="240" w:lineRule="auto"/>
              <w:rPr>
                <w:i/>
                <w:iCs/>
                <w:sz w:val="15"/>
                <w:szCs w:val="15"/>
                <w:lang w:val="es-MX"/>
              </w:rPr>
            </w:pPr>
            <w:r w:rsidRPr="00703E46">
              <w:rPr>
                <w:rFonts w:ascii="Aptos" w:hAnsi="Aptos"/>
                <w:i/>
                <w:iCs/>
                <w:color w:val="24312B"/>
                <w:sz w:val="15"/>
                <w:szCs w:val="15"/>
                <w:lang w:val="es-MX"/>
              </w:rPr>
              <w:t>¿Cumple con el principio ético del respeto a la autonomía de los participantes?</w:t>
            </w:r>
          </w:p>
        </w:tc>
        <w:tc>
          <w:tcPr>
            <w:tcW w:w="490" w:type="dxa"/>
            <w:tcBorders>
              <w:top w:val="single" w:sz="4" w:space="0" w:color="B9D9C3"/>
              <w:left w:val="single" w:sz="4" w:space="0" w:color="B9D9C3"/>
              <w:bottom w:val="single" w:sz="4" w:space="0" w:color="B9D9C3"/>
              <w:right w:val="single" w:sz="4" w:space="0" w:color="B9D9C3"/>
            </w:tcBorders>
            <w:shd w:val="clear" w:color="auto" w:fill="F7FBF8"/>
            <w:tcMar>
              <w:top w:w="1" w:type="dxa"/>
              <w:left w:w="3" w:type="dxa"/>
              <w:bottom w:w="1" w:type="dxa"/>
              <w:right w:w="3" w:type="dxa"/>
            </w:tcMar>
            <w:vAlign w:val="center"/>
          </w:tcPr>
          <w:p w14:paraId="1FE11CD7" w14:textId="77777777" w:rsidR="004C73BC" w:rsidRPr="00B95EEC" w:rsidRDefault="004C73BC" w:rsidP="00D322B8">
            <w:pPr>
              <w:spacing w:after="0" w:line="240" w:lineRule="auto"/>
              <w:jc w:val="center"/>
              <w:rPr>
                <w:sz w:val="20"/>
                <w:szCs w:val="44"/>
              </w:rPr>
            </w:pPr>
            <w:r w:rsidRPr="00B95EEC">
              <w:rPr>
                <w:rFonts w:ascii="Aptos" w:hAnsi="Aptos"/>
                <w:color w:val="176B45"/>
                <w:sz w:val="20"/>
                <w:szCs w:val="44"/>
              </w:rPr>
              <w:t>☐</w:t>
            </w:r>
          </w:p>
        </w:tc>
        <w:tc>
          <w:tcPr>
            <w:tcW w:w="567" w:type="dxa"/>
            <w:tcBorders>
              <w:top w:val="single" w:sz="4" w:space="0" w:color="B9D9C3"/>
              <w:left w:val="single" w:sz="4" w:space="0" w:color="B9D9C3"/>
              <w:bottom w:val="single" w:sz="4" w:space="0" w:color="B9D9C3"/>
              <w:right w:val="single" w:sz="4" w:space="0" w:color="B9D9C3"/>
            </w:tcBorders>
            <w:shd w:val="clear" w:color="auto" w:fill="F7FBF8"/>
            <w:tcMar>
              <w:top w:w="1" w:type="dxa"/>
              <w:left w:w="3" w:type="dxa"/>
              <w:bottom w:w="1" w:type="dxa"/>
              <w:right w:w="3" w:type="dxa"/>
            </w:tcMar>
            <w:vAlign w:val="center"/>
          </w:tcPr>
          <w:p w14:paraId="1A1C1A22" w14:textId="77777777" w:rsidR="004C73BC" w:rsidRPr="00B95EEC" w:rsidRDefault="004C73BC" w:rsidP="00D322B8">
            <w:pPr>
              <w:spacing w:after="0" w:line="240" w:lineRule="auto"/>
              <w:jc w:val="center"/>
              <w:rPr>
                <w:sz w:val="20"/>
                <w:szCs w:val="44"/>
              </w:rPr>
            </w:pPr>
            <w:r w:rsidRPr="00B95EEC">
              <w:rPr>
                <w:rFonts w:ascii="Aptos" w:hAnsi="Aptos"/>
                <w:color w:val="176B45"/>
                <w:sz w:val="20"/>
                <w:szCs w:val="44"/>
              </w:rPr>
              <w:t>☐</w:t>
            </w:r>
          </w:p>
        </w:tc>
        <w:tc>
          <w:tcPr>
            <w:tcW w:w="1079" w:type="dxa"/>
            <w:tcBorders>
              <w:top w:val="single" w:sz="4" w:space="0" w:color="B9D9C3"/>
              <w:left w:val="single" w:sz="4" w:space="0" w:color="B9D9C3"/>
              <w:bottom w:val="single" w:sz="4" w:space="0" w:color="B9D9C3"/>
              <w:right w:val="single" w:sz="4" w:space="0" w:color="B9D9C3"/>
            </w:tcBorders>
            <w:shd w:val="clear" w:color="auto" w:fill="F7FBF8"/>
            <w:vAlign w:val="center"/>
          </w:tcPr>
          <w:p w14:paraId="6994BF92" w14:textId="78C1DCA5" w:rsidR="004C73BC" w:rsidRPr="00B95EEC" w:rsidRDefault="004C73BC" w:rsidP="00D322B8">
            <w:pPr>
              <w:spacing w:after="0" w:line="240" w:lineRule="auto"/>
              <w:jc w:val="center"/>
              <w:rPr>
                <w:rFonts w:ascii="Aptos" w:hAnsi="Aptos"/>
                <w:color w:val="176B45"/>
                <w:sz w:val="20"/>
                <w:szCs w:val="44"/>
              </w:rPr>
            </w:pPr>
            <w:r w:rsidRPr="00884C0F">
              <w:rPr>
                <w:rFonts w:ascii="Aptos" w:hAnsi="Aptos"/>
                <w:color w:val="176B45"/>
                <w:sz w:val="20"/>
                <w:szCs w:val="44"/>
              </w:rPr>
              <w:t>☐</w:t>
            </w:r>
          </w:p>
        </w:tc>
        <w:tc>
          <w:tcPr>
            <w:tcW w:w="641" w:type="dxa"/>
            <w:tcBorders>
              <w:top w:val="single" w:sz="4" w:space="0" w:color="B9D9C3"/>
              <w:left w:val="single" w:sz="4" w:space="0" w:color="B9D9C3"/>
              <w:bottom w:val="single" w:sz="4" w:space="0" w:color="B9D9C3"/>
              <w:right w:val="single" w:sz="4" w:space="0" w:color="B9D9C3"/>
            </w:tcBorders>
            <w:shd w:val="clear" w:color="auto" w:fill="F7FBF8"/>
            <w:vAlign w:val="center"/>
          </w:tcPr>
          <w:p w14:paraId="1639342B" w14:textId="6BDEB03C" w:rsidR="004C73BC" w:rsidRPr="00884C0F" w:rsidRDefault="007A7A76" w:rsidP="00D322B8">
            <w:pPr>
              <w:spacing w:after="0" w:line="240" w:lineRule="auto"/>
              <w:jc w:val="center"/>
              <w:rPr>
                <w:rFonts w:ascii="Aptos" w:hAnsi="Aptos"/>
                <w:color w:val="176B45"/>
                <w:sz w:val="20"/>
                <w:szCs w:val="44"/>
              </w:rPr>
            </w:pPr>
            <w:r w:rsidRPr="00884C0F">
              <w:rPr>
                <w:rFonts w:ascii="Aptos" w:hAnsi="Aptos"/>
                <w:color w:val="176B45"/>
                <w:sz w:val="20"/>
                <w:szCs w:val="44"/>
              </w:rPr>
              <w:t>☐</w:t>
            </w:r>
          </w:p>
        </w:tc>
      </w:tr>
      <w:tr w:rsidR="004C73BC" w:rsidRPr="00D322B8" w14:paraId="60E4EB0C" w14:textId="000C5062" w:rsidTr="007A7A76">
        <w:trPr>
          <w:jc w:val="center"/>
        </w:trPr>
        <w:tc>
          <w:tcPr>
            <w:tcW w:w="2211" w:type="dxa"/>
            <w:gridSpan w:val="2"/>
            <w:tcBorders>
              <w:top w:val="single" w:sz="4" w:space="0" w:color="B9D9C3"/>
              <w:left w:val="single" w:sz="4" w:space="0" w:color="B9D9C3"/>
              <w:bottom w:val="single" w:sz="4" w:space="0" w:color="B9D9C3"/>
              <w:right w:val="single" w:sz="4" w:space="0" w:color="B9D9C3"/>
            </w:tcBorders>
            <w:tcMar>
              <w:top w:w="1" w:type="dxa"/>
              <w:left w:w="3" w:type="dxa"/>
              <w:bottom w:w="1" w:type="dxa"/>
              <w:right w:w="3" w:type="dxa"/>
            </w:tcMar>
            <w:vAlign w:val="center"/>
          </w:tcPr>
          <w:p w14:paraId="39D12225" w14:textId="77777777" w:rsidR="004C73BC" w:rsidRPr="00703E46" w:rsidRDefault="004C73BC" w:rsidP="00D322B8">
            <w:pPr>
              <w:spacing w:after="0" w:line="240" w:lineRule="auto"/>
              <w:rPr>
                <w:i/>
                <w:iCs/>
                <w:sz w:val="15"/>
                <w:szCs w:val="15"/>
                <w:lang w:val="es-MX"/>
              </w:rPr>
            </w:pPr>
            <w:r w:rsidRPr="00703E46">
              <w:rPr>
                <w:rFonts w:ascii="Aptos" w:hAnsi="Aptos"/>
                <w:b/>
                <w:i/>
                <w:iCs/>
                <w:color w:val="24312B"/>
                <w:sz w:val="15"/>
                <w:szCs w:val="15"/>
                <w:lang w:val="es-MX"/>
              </w:rPr>
              <w:t>19.- Problemas éticos en el desarrollo del trabajo</w:t>
            </w:r>
          </w:p>
        </w:tc>
        <w:tc>
          <w:tcPr>
            <w:tcW w:w="6177" w:type="dxa"/>
            <w:tcBorders>
              <w:top w:val="single" w:sz="4" w:space="0" w:color="B9D9C3"/>
              <w:left w:val="single" w:sz="4" w:space="0" w:color="B9D9C3"/>
              <w:bottom w:val="single" w:sz="4" w:space="0" w:color="B9D9C3"/>
              <w:right w:val="single" w:sz="4" w:space="0" w:color="B9D9C3"/>
            </w:tcBorders>
            <w:tcMar>
              <w:top w:w="1" w:type="dxa"/>
              <w:left w:w="3" w:type="dxa"/>
              <w:bottom w:w="1" w:type="dxa"/>
              <w:right w:w="3" w:type="dxa"/>
            </w:tcMar>
            <w:vAlign w:val="center"/>
          </w:tcPr>
          <w:p w14:paraId="2717C068" w14:textId="77777777" w:rsidR="004C73BC" w:rsidRPr="00703E46" w:rsidRDefault="004C73BC" w:rsidP="00D322B8">
            <w:pPr>
              <w:spacing w:after="0" w:line="240" w:lineRule="auto"/>
              <w:rPr>
                <w:i/>
                <w:iCs/>
                <w:sz w:val="15"/>
                <w:szCs w:val="15"/>
              </w:rPr>
            </w:pPr>
            <w:r w:rsidRPr="00703E46">
              <w:rPr>
                <w:rFonts w:ascii="Aptos" w:hAnsi="Aptos"/>
                <w:i/>
                <w:iCs/>
                <w:color w:val="24312B"/>
                <w:sz w:val="15"/>
                <w:szCs w:val="15"/>
                <w:lang w:val="es-MX"/>
              </w:rPr>
              <w:t xml:space="preserve">¿Toma decisiones correctas en la planificación, desarrollo, resguardo (cuestionarios o instrumentos) y/o divulgación de resultados, apegándose a los principios éticos? </w:t>
            </w:r>
            <w:r w:rsidRPr="00703E46">
              <w:rPr>
                <w:rFonts w:ascii="Aptos" w:hAnsi="Aptos"/>
                <w:i/>
                <w:iCs/>
                <w:color w:val="24312B"/>
                <w:sz w:val="15"/>
                <w:szCs w:val="15"/>
              </w:rPr>
              <w:t>Por ejemplo, el manejo sensible de los datos</w:t>
            </w:r>
          </w:p>
        </w:tc>
        <w:tc>
          <w:tcPr>
            <w:tcW w:w="490" w:type="dxa"/>
            <w:tcBorders>
              <w:top w:val="single" w:sz="4" w:space="0" w:color="B9D9C3"/>
              <w:left w:val="single" w:sz="4" w:space="0" w:color="B9D9C3"/>
              <w:bottom w:val="single" w:sz="4" w:space="0" w:color="B9D9C3"/>
              <w:right w:val="single" w:sz="4" w:space="0" w:color="B9D9C3"/>
            </w:tcBorders>
            <w:tcMar>
              <w:top w:w="1" w:type="dxa"/>
              <w:left w:w="3" w:type="dxa"/>
              <w:bottom w:w="1" w:type="dxa"/>
              <w:right w:w="3" w:type="dxa"/>
            </w:tcMar>
            <w:vAlign w:val="center"/>
          </w:tcPr>
          <w:p w14:paraId="553D1CE3" w14:textId="77777777" w:rsidR="004C73BC" w:rsidRPr="00B95EEC" w:rsidRDefault="004C73BC" w:rsidP="00D322B8">
            <w:pPr>
              <w:spacing w:after="0" w:line="240" w:lineRule="auto"/>
              <w:jc w:val="center"/>
              <w:rPr>
                <w:sz w:val="20"/>
                <w:szCs w:val="44"/>
              </w:rPr>
            </w:pPr>
            <w:r w:rsidRPr="00B95EEC">
              <w:rPr>
                <w:rFonts w:ascii="Aptos" w:hAnsi="Aptos"/>
                <w:color w:val="176B45"/>
                <w:sz w:val="20"/>
                <w:szCs w:val="44"/>
              </w:rPr>
              <w:t>☐</w:t>
            </w:r>
          </w:p>
        </w:tc>
        <w:tc>
          <w:tcPr>
            <w:tcW w:w="567" w:type="dxa"/>
            <w:tcBorders>
              <w:top w:val="single" w:sz="4" w:space="0" w:color="B9D9C3"/>
              <w:left w:val="single" w:sz="4" w:space="0" w:color="B9D9C3"/>
              <w:bottom w:val="single" w:sz="4" w:space="0" w:color="B9D9C3"/>
              <w:right w:val="single" w:sz="4" w:space="0" w:color="B9D9C3"/>
            </w:tcBorders>
            <w:tcMar>
              <w:top w:w="1" w:type="dxa"/>
              <w:left w:w="3" w:type="dxa"/>
              <w:bottom w:w="1" w:type="dxa"/>
              <w:right w:w="3" w:type="dxa"/>
            </w:tcMar>
            <w:vAlign w:val="center"/>
          </w:tcPr>
          <w:p w14:paraId="248A18C4" w14:textId="77777777" w:rsidR="004C73BC" w:rsidRPr="00B95EEC" w:rsidRDefault="004C73BC" w:rsidP="00D322B8">
            <w:pPr>
              <w:spacing w:after="0" w:line="240" w:lineRule="auto"/>
              <w:jc w:val="center"/>
              <w:rPr>
                <w:sz w:val="20"/>
                <w:szCs w:val="44"/>
              </w:rPr>
            </w:pPr>
            <w:r w:rsidRPr="00B95EEC">
              <w:rPr>
                <w:rFonts w:ascii="Aptos" w:hAnsi="Aptos"/>
                <w:color w:val="176B45"/>
                <w:sz w:val="20"/>
                <w:szCs w:val="44"/>
              </w:rPr>
              <w:t>☐</w:t>
            </w:r>
          </w:p>
        </w:tc>
        <w:tc>
          <w:tcPr>
            <w:tcW w:w="1079" w:type="dxa"/>
            <w:tcBorders>
              <w:top w:val="single" w:sz="4" w:space="0" w:color="B9D9C3"/>
              <w:left w:val="single" w:sz="4" w:space="0" w:color="B9D9C3"/>
              <w:bottom w:val="single" w:sz="4" w:space="0" w:color="B9D9C3"/>
              <w:right w:val="single" w:sz="4" w:space="0" w:color="B9D9C3"/>
            </w:tcBorders>
            <w:vAlign w:val="center"/>
          </w:tcPr>
          <w:p w14:paraId="66B4F701" w14:textId="403A991B" w:rsidR="004C73BC" w:rsidRPr="00B95EEC" w:rsidRDefault="004C73BC" w:rsidP="00D322B8">
            <w:pPr>
              <w:spacing w:after="0" w:line="240" w:lineRule="auto"/>
              <w:jc w:val="center"/>
              <w:rPr>
                <w:rFonts w:ascii="Aptos" w:hAnsi="Aptos"/>
                <w:color w:val="176B45"/>
                <w:sz w:val="20"/>
                <w:szCs w:val="44"/>
              </w:rPr>
            </w:pPr>
            <w:r w:rsidRPr="00884C0F">
              <w:rPr>
                <w:rFonts w:ascii="Aptos" w:hAnsi="Aptos"/>
                <w:color w:val="176B45"/>
                <w:sz w:val="20"/>
                <w:szCs w:val="44"/>
              </w:rPr>
              <w:t>☐</w:t>
            </w:r>
          </w:p>
        </w:tc>
        <w:tc>
          <w:tcPr>
            <w:tcW w:w="641" w:type="dxa"/>
            <w:tcBorders>
              <w:top w:val="single" w:sz="4" w:space="0" w:color="B9D9C3"/>
              <w:left w:val="single" w:sz="4" w:space="0" w:color="B9D9C3"/>
              <w:bottom w:val="single" w:sz="4" w:space="0" w:color="B9D9C3"/>
              <w:right w:val="single" w:sz="4" w:space="0" w:color="B9D9C3"/>
            </w:tcBorders>
            <w:vAlign w:val="center"/>
          </w:tcPr>
          <w:p w14:paraId="73747C71" w14:textId="591BEA8D" w:rsidR="004C73BC" w:rsidRPr="00884C0F" w:rsidRDefault="007A7A76" w:rsidP="00D322B8">
            <w:pPr>
              <w:spacing w:after="0" w:line="240" w:lineRule="auto"/>
              <w:jc w:val="center"/>
              <w:rPr>
                <w:rFonts w:ascii="Aptos" w:hAnsi="Aptos"/>
                <w:color w:val="176B45"/>
                <w:sz w:val="20"/>
                <w:szCs w:val="44"/>
              </w:rPr>
            </w:pPr>
            <w:r w:rsidRPr="00884C0F">
              <w:rPr>
                <w:rFonts w:ascii="Aptos" w:hAnsi="Aptos"/>
                <w:color w:val="176B45"/>
                <w:sz w:val="20"/>
                <w:szCs w:val="44"/>
              </w:rPr>
              <w:t>☐</w:t>
            </w:r>
          </w:p>
        </w:tc>
      </w:tr>
      <w:tr w:rsidR="004C73BC" w:rsidRPr="00D322B8" w14:paraId="32D847AD" w14:textId="79284CAB" w:rsidTr="007A7A76">
        <w:trPr>
          <w:jc w:val="center"/>
        </w:trPr>
        <w:tc>
          <w:tcPr>
            <w:tcW w:w="2211" w:type="dxa"/>
            <w:gridSpan w:val="2"/>
            <w:tcBorders>
              <w:top w:val="single" w:sz="4" w:space="0" w:color="B9D9C3"/>
              <w:left w:val="single" w:sz="4" w:space="0" w:color="B9D9C3"/>
              <w:bottom w:val="single" w:sz="4" w:space="0" w:color="B9D9C3"/>
              <w:right w:val="single" w:sz="4" w:space="0" w:color="B9D9C3"/>
            </w:tcBorders>
            <w:shd w:val="clear" w:color="auto" w:fill="F7FBF8"/>
            <w:tcMar>
              <w:top w:w="1" w:type="dxa"/>
              <w:left w:w="3" w:type="dxa"/>
              <w:bottom w:w="1" w:type="dxa"/>
              <w:right w:w="3" w:type="dxa"/>
            </w:tcMar>
            <w:vAlign w:val="center"/>
          </w:tcPr>
          <w:p w14:paraId="491A0F04" w14:textId="77777777" w:rsidR="004C73BC" w:rsidRPr="00703E46" w:rsidRDefault="004C73BC" w:rsidP="00D322B8">
            <w:pPr>
              <w:spacing w:after="0" w:line="240" w:lineRule="auto"/>
              <w:rPr>
                <w:i/>
                <w:iCs/>
                <w:sz w:val="15"/>
                <w:szCs w:val="15"/>
                <w:lang w:val="es-MX"/>
              </w:rPr>
            </w:pPr>
            <w:r w:rsidRPr="00703E46">
              <w:rPr>
                <w:rFonts w:ascii="Aptos" w:hAnsi="Aptos"/>
                <w:b/>
                <w:i/>
                <w:iCs/>
                <w:color w:val="24312B"/>
                <w:sz w:val="15"/>
                <w:szCs w:val="15"/>
                <w:lang w:val="es-MX"/>
              </w:rPr>
              <w:t>20.- Problemas éticos del propio investigador</w:t>
            </w:r>
          </w:p>
        </w:tc>
        <w:tc>
          <w:tcPr>
            <w:tcW w:w="6177" w:type="dxa"/>
            <w:tcBorders>
              <w:top w:val="single" w:sz="4" w:space="0" w:color="B9D9C3"/>
              <w:left w:val="single" w:sz="4" w:space="0" w:color="B9D9C3"/>
              <w:bottom w:val="single" w:sz="4" w:space="0" w:color="B9D9C3"/>
              <w:right w:val="single" w:sz="4" w:space="0" w:color="B9D9C3"/>
            </w:tcBorders>
            <w:shd w:val="clear" w:color="auto" w:fill="F7FBF8"/>
            <w:tcMar>
              <w:top w:w="1" w:type="dxa"/>
              <w:left w:w="3" w:type="dxa"/>
              <w:bottom w:w="1" w:type="dxa"/>
              <w:right w:w="3" w:type="dxa"/>
            </w:tcMar>
            <w:vAlign w:val="center"/>
          </w:tcPr>
          <w:p w14:paraId="07BED643" w14:textId="77777777" w:rsidR="004C73BC" w:rsidRPr="00703E46" w:rsidRDefault="004C73BC" w:rsidP="00D322B8">
            <w:pPr>
              <w:spacing w:after="0" w:line="240" w:lineRule="auto"/>
              <w:rPr>
                <w:i/>
                <w:iCs/>
                <w:sz w:val="15"/>
                <w:szCs w:val="15"/>
                <w:lang w:val="es-MX"/>
              </w:rPr>
            </w:pPr>
            <w:r w:rsidRPr="00703E46">
              <w:rPr>
                <w:rFonts w:ascii="Aptos" w:hAnsi="Aptos"/>
                <w:i/>
                <w:iCs/>
                <w:color w:val="24312B"/>
                <w:sz w:val="15"/>
                <w:szCs w:val="15"/>
                <w:lang w:val="es-MX"/>
              </w:rPr>
              <w:t xml:space="preserve">¿El investigador respeta los valores éticos (evitar coacción) para no incurrir en fraude en el manejo de los datos e información y así cumplir con las expectativas plasmadas en la </w:t>
            </w:r>
            <w:r w:rsidRPr="00703E46">
              <w:rPr>
                <w:rFonts w:ascii="Aptos" w:hAnsi="Aptos"/>
                <w:i/>
                <w:iCs/>
                <w:color w:val="24312B"/>
                <w:sz w:val="15"/>
                <w:szCs w:val="15"/>
                <w:lang w:val="es-MX"/>
              </w:rPr>
              <w:lastRenderedPageBreak/>
              <w:t>investigación?</w:t>
            </w:r>
          </w:p>
        </w:tc>
        <w:tc>
          <w:tcPr>
            <w:tcW w:w="490" w:type="dxa"/>
            <w:tcBorders>
              <w:top w:val="single" w:sz="4" w:space="0" w:color="B9D9C3"/>
              <w:left w:val="single" w:sz="4" w:space="0" w:color="B9D9C3"/>
              <w:bottom w:val="single" w:sz="4" w:space="0" w:color="B9D9C3"/>
              <w:right w:val="single" w:sz="4" w:space="0" w:color="B9D9C3"/>
            </w:tcBorders>
            <w:shd w:val="clear" w:color="auto" w:fill="F7FBF8"/>
            <w:tcMar>
              <w:top w:w="1" w:type="dxa"/>
              <w:left w:w="3" w:type="dxa"/>
              <w:bottom w:w="1" w:type="dxa"/>
              <w:right w:w="3" w:type="dxa"/>
            </w:tcMar>
            <w:vAlign w:val="center"/>
          </w:tcPr>
          <w:p w14:paraId="3F2E7898" w14:textId="77777777" w:rsidR="004C73BC" w:rsidRPr="00B95EEC" w:rsidRDefault="004C73BC" w:rsidP="00D322B8">
            <w:pPr>
              <w:spacing w:after="0" w:line="240" w:lineRule="auto"/>
              <w:jc w:val="center"/>
              <w:rPr>
                <w:sz w:val="20"/>
                <w:szCs w:val="44"/>
              </w:rPr>
            </w:pPr>
            <w:r w:rsidRPr="00B95EEC">
              <w:rPr>
                <w:rFonts w:ascii="Aptos" w:hAnsi="Aptos"/>
                <w:color w:val="176B45"/>
                <w:sz w:val="20"/>
                <w:szCs w:val="44"/>
              </w:rPr>
              <w:lastRenderedPageBreak/>
              <w:t>☐</w:t>
            </w:r>
          </w:p>
        </w:tc>
        <w:tc>
          <w:tcPr>
            <w:tcW w:w="567" w:type="dxa"/>
            <w:tcBorders>
              <w:top w:val="single" w:sz="4" w:space="0" w:color="B9D9C3"/>
              <w:left w:val="single" w:sz="4" w:space="0" w:color="B9D9C3"/>
              <w:bottom w:val="single" w:sz="4" w:space="0" w:color="B9D9C3"/>
              <w:right w:val="single" w:sz="4" w:space="0" w:color="B9D9C3"/>
            </w:tcBorders>
            <w:shd w:val="clear" w:color="auto" w:fill="F7FBF8"/>
            <w:tcMar>
              <w:top w:w="1" w:type="dxa"/>
              <w:left w:w="3" w:type="dxa"/>
              <w:bottom w:w="1" w:type="dxa"/>
              <w:right w:w="3" w:type="dxa"/>
            </w:tcMar>
            <w:vAlign w:val="center"/>
          </w:tcPr>
          <w:p w14:paraId="74D53828" w14:textId="77777777" w:rsidR="004C73BC" w:rsidRPr="00B95EEC" w:rsidRDefault="004C73BC" w:rsidP="00D322B8">
            <w:pPr>
              <w:spacing w:after="0" w:line="240" w:lineRule="auto"/>
              <w:jc w:val="center"/>
              <w:rPr>
                <w:sz w:val="20"/>
                <w:szCs w:val="44"/>
              </w:rPr>
            </w:pPr>
            <w:r w:rsidRPr="00B95EEC">
              <w:rPr>
                <w:rFonts w:ascii="Aptos" w:hAnsi="Aptos"/>
                <w:color w:val="176B45"/>
                <w:sz w:val="20"/>
                <w:szCs w:val="44"/>
              </w:rPr>
              <w:t>☐</w:t>
            </w:r>
          </w:p>
        </w:tc>
        <w:tc>
          <w:tcPr>
            <w:tcW w:w="1079" w:type="dxa"/>
            <w:tcBorders>
              <w:top w:val="single" w:sz="4" w:space="0" w:color="B9D9C3"/>
              <w:left w:val="single" w:sz="4" w:space="0" w:color="B9D9C3"/>
              <w:bottom w:val="single" w:sz="4" w:space="0" w:color="B9D9C3"/>
              <w:right w:val="single" w:sz="4" w:space="0" w:color="B9D9C3"/>
            </w:tcBorders>
            <w:shd w:val="clear" w:color="auto" w:fill="F7FBF8"/>
            <w:vAlign w:val="center"/>
          </w:tcPr>
          <w:p w14:paraId="78B9087B" w14:textId="231081B1" w:rsidR="004C73BC" w:rsidRPr="00B95EEC" w:rsidRDefault="004C73BC" w:rsidP="00D322B8">
            <w:pPr>
              <w:spacing w:after="0" w:line="240" w:lineRule="auto"/>
              <w:jc w:val="center"/>
              <w:rPr>
                <w:rFonts w:ascii="Aptos" w:hAnsi="Aptos"/>
                <w:color w:val="176B45"/>
                <w:sz w:val="20"/>
                <w:szCs w:val="44"/>
              </w:rPr>
            </w:pPr>
            <w:r w:rsidRPr="00884C0F">
              <w:rPr>
                <w:rFonts w:ascii="Aptos" w:hAnsi="Aptos"/>
                <w:color w:val="176B45"/>
                <w:sz w:val="20"/>
                <w:szCs w:val="44"/>
              </w:rPr>
              <w:t>☐</w:t>
            </w:r>
          </w:p>
        </w:tc>
        <w:tc>
          <w:tcPr>
            <w:tcW w:w="641" w:type="dxa"/>
            <w:tcBorders>
              <w:top w:val="single" w:sz="4" w:space="0" w:color="B9D9C3"/>
              <w:left w:val="single" w:sz="4" w:space="0" w:color="B9D9C3"/>
              <w:bottom w:val="single" w:sz="4" w:space="0" w:color="B9D9C3"/>
              <w:right w:val="single" w:sz="4" w:space="0" w:color="B9D9C3"/>
            </w:tcBorders>
            <w:shd w:val="clear" w:color="auto" w:fill="F7FBF8"/>
            <w:vAlign w:val="center"/>
          </w:tcPr>
          <w:p w14:paraId="1A122925" w14:textId="1F020DB3" w:rsidR="004C73BC" w:rsidRPr="00884C0F" w:rsidRDefault="007A7A76" w:rsidP="00D322B8">
            <w:pPr>
              <w:spacing w:after="0" w:line="240" w:lineRule="auto"/>
              <w:jc w:val="center"/>
              <w:rPr>
                <w:rFonts w:ascii="Aptos" w:hAnsi="Aptos"/>
                <w:color w:val="176B45"/>
                <w:sz w:val="20"/>
                <w:szCs w:val="44"/>
              </w:rPr>
            </w:pPr>
            <w:r w:rsidRPr="00884C0F">
              <w:rPr>
                <w:rFonts w:ascii="Aptos" w:hAnsi="Aptos"/>
                <w:color w:val="176B45"/>
                <w:sz w:val="20"/>
                <w:szCs w:val="44"/>
              </w:rPr>
              <w:t>☐</w:t>
            </w:r>
          </w:p>
        </w:tc>
      </w:tr>
      <w:tr w:rsidR="004C73BC" w:rsidRPr="00D322B8" w14:paraId="34157799" w14:textId="56087734" w:rsidTr="007A7A76">
        <w:trPr>
          <w:jc w:val="center"/>
        </w:trPr>
        <w:tc>
          <w:tcPr>
            <w:tcW w:w="2211" w:type="dxa"/>
            <w:gridSpan w:val="2"/>
            <w:tcBorders>
              <w:top w:val="single" w:sz="4" w:space="0" w:color="B9D9C3"/>
              <w:left w:val="single" w:sz="4" w:space="0" w:color="B9D9C3"/>
              <w:bottom w:val="single" w:sz="4" w:space="0" w:color="B9D9C3"/>
              <w:right w:val="single" w:sz="4" w:space="0" w:color="B9D9C3"/>
            </w:tcBorders>
            <w:tcMar>
              <w:top w:w="1" w:type="dxa"/>
              <w:left w:w="3" w:type="dxa"/>
              <w:bottom w:w="1" w:type="dxa"/>
              <w:right w:w="3" w:type="dxa"/>
            </w:tcMar>
            <w:vAlign w:val="center"/>
          </w:tcPr>
          <w:p w14:paraId="2E42761D" w14:textId="77777777" w:rsidR="004C73BC" w:rsidRPr="00703E46" w:rsidRDefault="004C73BC" w:rsidP="00D322B8">
            <w:pPr>
              <w:spacing w:after="0" w:line="240" w:lineRule="auto"/>
              <w:rPr>
                <w:i/>
                <w:iCs/>
                <w:sz w:val="15"/>
                <w:szCs w:val="15"/>
              </w:rPr>
            </w:pPr>
            <w:r w:rsidRPr="00703E46">
              <w:rPr>
                <w:rFonts w:ascii="Aptos" w:hAnsi="Aptos"/>
                <w:b/>
                <w:i/>
                <w:iCs/>
                <w:color w:val="24312B"/>
                <w:sz w:val="15"/>
                <w:szCs w:val="15"/>
              </w:rPr>
              <w:t>21.- El plagio</w:t>
            </w:r>
          </w:p>
        </w:tc>
        <w:tc>
          <w:tcPr>
            <w:tcW w:w="6177" w:type="dxa"/>
            <w:tcBorders>
              <w:top w:val="single" w:sz="4" w:space="0" w:color="B9D9C3"/>
              <w:left w:val="single" w:sz="4" w:space="0" w:color="B9D9C3"/>
              <w:bottom w:val="single" w:sz="4" w:space="0" w:color="B9D9C3"/>
              <w:right w:val="single" w:sz="4" w:space="0" w:color="B9D9C3"/>
            </w:tcBorders>
            <w:tcMar>
              <w:top w:w="1" w:type="dxa"/>
              <w:left w:w="3" w:type="dxa"/>
              <w:bottom w:w="1" w:type="dxa"/>
              <w:right w:w="3" w:type="dxa"/>
            </w:tcMar>
            <w:vAlign w:val="center"/>
          </w:tcPr>
          <w:p w14:paraId="46BA0E34" w14:textId="77777777" w:rsidR="004C73BC" w:rsidRPr="00703E46" w:rsidRDefault="004C73BC" w:rsidP="00D322B8">
            <w:pPr>
              <w:spacing w:after="0" w:line="240" w:lineRule="auto"/>
              <w:rPr>
                <w:i/>
                <w:iCs/>
                <w:sz w:val="15"/>
                <w:szCs w:val="15"/>
                <w:lang w:val="es-MX"/>
              </w:rPr>
            </w:pPr>
            <w:r w:rsidRPr="00703E46">
              <w:rPr>
                <w:rFonts w:ascii="Aptos" w:hAnsi="Aptos"/>
                <w:i/>
                <w:iCs/>
                <w:color w:val="24312B"/>
                <w:sz w:val="15"/>
                <w:szCs w:val="15"/>
                <w:lang w:val="es-MX"/>
              </w:rPr>
              <w:t>¿Cuenta con la constancia de Turnitin?</w:t>
            </w:r>
          </w:p>
        </w:tc>
        <w:tc>
          <w:tcPr>
            <w:tcW w:w="490" w:type="dxa"/>
            <w:tcBorders>
              <w:top w:val="single" w:sz="4" w:space="0" w:color="B9D9C3"/>
              <w:left w:val="single" w:sz="4" w:space="0" w:color="B9D9C3"/>
              <w:bottom w:val="single" w:sz="4" w:space="0" w:color="B9D9C3"/>
              <w:right w:val="single" w:sz="4" w:space="0" w:color="B9D9C3"/>
            </w:tcBorders>
            <w:tcMar>
              <w:top w:w="1" w:type="dxa"/>
              <w:left w:w="3" w:type="dxa"/>
              <w:bottom w:w="1" w:type="dxa"/>
              <w:right w:w="3" w:type="dxa"/>
            </w:tcMar>
            <w:vAlign w:val="center"/>
          </w:tcPr>
          <w:p w14:paraId="6ABFA84C" w14:textId="77777777" w:rsidR="004C73BC" w:rsidRPr="00B95EEC" w:rsidRDefault="004C73BC" w:rsidP="00D322B8">
            <w:pPr>
              <w:spacing w:after="0" w:line="240" w:lineRule="auto"/>
              <w:jc w:val="center"/>
              <w:rPr>
                <w:sz w:val="20"/>
                <w:szCs w:val="44"/>
              </w:rPr>
            </w:pPr>
            <w:r w:rsidRPr="00B95EEC">
              <w:rPr>
                <w:rFonts w:ascii="Aptos" w:hAnsi="Aptos"/>
                <w:color w:val="176B45"/>
                <w:sz w:val="20"/>
                <w:szCs w:val="44"/>
              </w:rPr>
              <w:t>☐</w:t>
            </w:r>
          </w:p>
        </w:tc>
        <w:tc>
          <w:tcPr>
            <w:tcW w:w="567" w:type="dxa"/>
            <w:tcBorders>
              <w:top w:val="single" w:sz="4" w:space="0" w:color="B9D9C3"/>
              <w:left w:val="single" w:sz="4" w:space="0" w:color="B9D9C3"/>
              <w:bottom w:val="single" w:sz="4" w:space="0" w:color="B9D9C3"/>
              <w:right w:val="single" w:sz="4" w:space="0" w:color="B9D9C3"/>
            </w:tcBorders>
            <w:tcMar>
              <w:top w:w="1" w:type="dxa"/>
              <w:left w:w="3" w:type="dxa"/>
              <w:bottom w:w="1" w:type="dxa"/>
              <w:right w:w="3" w:type="dxa"/>
            </w:tcMar>
            <w:vAlign w:val="center"/>
          </w:tcPr>
          <w:p w14:paraId="55A8496B" w14:textId="77777777" w:rsidR="004C73BC" w:rsidRPr="00B95EEC" w:rsidRDefault="004C73BC" w:rsidP="00D322B8">
            <w:pPr>
              <w:spacing w:after="0" w:line="240" w:lineRule="auto"/>
              <w:jc w:val="center"/>
              <w:rPr>
                <w:sz w:val="20"/>
                <w:szCs w:val="44"/>
              </w:rPr>
            </w:pPr>
            <w:r w:rsidRPr="00B95EEC">
              <w:rPr>
                <w:rFonts w:ascii="Aptos" w:hAnsi="Aptos"/>
                <w:color w:val="176B45"/>
                <w:sz w:val="20"/>
                <w:szCs w:val="44"/>
              </w:rPr>
              <w:t>☐</w:t>
            </w:r>
          </w:p>
        </w:tc>
        <w:tc>
          <w:tcPr>
            <w:tcW w:w="1079" w:type="dxa"/>
            <w:tcBorders>
              <w:top w:val="single" w:sz="4" w:space="0" w:color="B9D9C3"/>
              <w:left w:val="single" w:sz="4" w:space="0" w:color="B9D9C3"/>
              <w:bottom w:val="single" w:sz="4" w:space="0" w:color="B9D9C3"/>
              <w:right w:val="single" w:sz="4" w:space="0" w:color="B9D9C3"/>
            </w:tcBorders>
            <w:vAlign w:val="center"/>
          </w:tcPr>
          <w:p w14:paraId="220A14AA" w14:textId="4B4C37D2" w:rsidR="004C73BC" w:rsidRPr="00B95EEC" w:rsidRDefault="004C73BC" w:rsidP="00D322B8">
            <w:pPr>
              <w:spacing w:after="0" w:line="240" w:lineRule="auto"/>
              <w:jc w:val="center"/>
              <w:rPr>
                <w:rFonts w:ascii="Aptos" w:hAnsi="Aptos"/>
                <w:color w:val="176B45"/>
                <w:sz w:val="20"/>
                <w:szCs w:val="44"/>
              </w:rPr>
            </w:pPr>
            <w:r w:rsidRPr="00884C0F">
              <w:rPr>
                <w:rFonts w:ascii="Aptos" w:hAnsi="Aptos"/>
                <w:color w:val="176B45"/>
                <w:sz w:val="20"/>
                <w:szCs w:val="44"/>
              </w:rPr>
              <w:t>☐</w:t>
            </w:r>
          </w:p>
        </w:tc>
        <w:tc>
          <w:tcPr>
            <w:tcW w:w="641" w:type="dxa"/>
            <w:tcBorders>
              <w:top w:val="single" w:sz="4" w:space="0" w:color="B9D9C3"/>
              <w:left w:val="single" w:sz="4" w:space="0" w:color="B9D9C3"/>
              <w:bottom w:val="single" w:sz="4" w:space="0" w:color="B9D9C3"/>
              <w:right w:val="single" w:sz="4" w:space="0" w:color="B9D9C3"/>
            </w:tcBorders>
            <w:vAlign w:val="center"/>
          </w:tcPr>
          <w:p w14:paraId="1DD1E534" w14:textId="2CD443C7" w:rsidR="004C73BC" w:rsidRPr="00884C0F" w:rsidRDefault="007A7A76" w:rsidP="00D322B8">
            <w:pPr>
              <w:spacing w:after="0" w:line="240" w:lineRule="auto"/>
              <w:jc w:val="center"/>
              <w:rPr>
                <w:rFonts w:ascii="Aptos" w:hAnsi="Aptos"/>
                <w:color w:val="176B45"/>
                <w:sz w:val="20"/>
                <w:szCs w:val="44"/>
              </w:rPr>
            </w:pPr>
            <w:r w:rsidRPr="00884C0F">
              <w:rPr>
                <w:rFonts w:ascii="Aptos" w:hAnsi="Aptos"/>
                <w:color w:val="176B45"/>
                <w:sz w:val="20"/>
                <w:szCs w:val="44"/>
              </w:rPr>
              <w:t>☐</w:t>
            </w:r>
          </w:p>
        </w:tc>
      </w:tr>
      <w:tr w:rsidR="004C73BC" w:rsidRPr="00D322B8" w14:paraId="75BA08A9" w14:textId="7DF4910D" w:rsidTr="007A7A76">
        <w:trPr>
          <w:jc w:val="center"/>
        </w:trPr>
        <w:tc>
          <w:tcPr>
            <w:tcW w:w="2211" w:type="dxa"/>
            <w:gridSpan w:val="2"/>
            <w:tcBorders>
              <w:top w:val="single" w:sz="4" w:space="0" w:color="B9D9C3"/>
              <w:left w:val="single" w:sz="4" w:space="0" w:color="B9D9C3"/>
              <w:bottom w:val="single" w:sz="4" w:space="0" w:color="B9D9C3"/>
              <w:right w:val="single" w:sz="4" w:space="0" w:color="B9D9C3"/>
            </w:tcBorders>
            <w:shd w:val="clear" w:color="auto" w:fill="F7FBF8"/>
            <w:tcMar>
              <w:top w:w="1" w:type="dxa"/>
              <w:left w:w="3" w:type="dxa"/>
              <w:bottom w:w="1" w:type="dxa"/>
              <w:right w:w="3" w:type="dxa"/>
            </w:tcMar>
            <w:vAlign w:val="center"/>
          </w:tcPr>
          <w:p w14:paraId="3699E75F" w14:textId="77777777" w:rsidR="004C73BC" w:rsidRPr="00703E46" w:rsidRDefault="004C73BC" w:rsidP="00D322B8">
            <w:pPr>
              <w:spacing w:after="0" w:line="240" w:lineRule="auto"/>
              <w:rPr>
                <w:i/>
                <w:iCs/>
                <w:sz w:val="15"/>
                <w:szCs w:val="15"/>
              </w:rPr>
            </w:pPr>
            <w:r w:rsidRPr="00703E46">
              <w:rPr>
                <w:rFonts w:ascii="Aptos" w:hAnsi="Aptos"/>
                <w:b/>
                <w:i/>
                <w:iCs/>
                <w:color w:val="24312B"/>
                <w:sz w:val="15"/>
                <w:szCs w:val="15"/>
              </w:rPr>
              <w:t>22.- Empleo de datos falsos</w:t>
            </w:r>
          </w:p>
        </w:tc>
        <w:tc>
          <w:tcPr>
            <w:tcW w:w="6177" w:type="dxa"/>
            <w:tcBorders>
              <w:top w:val="single" w:sz="4" w:space="0" w:color="B9D9C3"/>
              <w:left w:val="single" w:sz="4" w:space="0" w:color="B9D9C3"/>
              <w:bottom w:val="single" w:sz="4" w:space="0" w:color="B9D9C3"/>
              <w:right w:val="single" w:sz="4" w:space="0" w:color="B9D9C3"/>
            </w:tcBorders>
            <w:shd w:val="clear" w:color="auto" w:fill="F7FBF8"/>
            <w:tcMar>
              <w:top w:w="1" w:type="dxa"/>
              <w:left w:w="3" w:type="dxa"/>
              <w:bottom w:w="1" w:type="dxa"/>
              <w:right w:w="3" w:type="dxa"/>
            </w:tcMar>
            <w:vAlign w:val="center"/>
          </w:tcPr>
          <w:p w14:paraId="494E0998" w14:textId="77777777" w:rsidR="004C73BC" w:rsidRPr="00703E46" w:rsidRDefault="004C73BC" w:rsidP="00D322B8">
            <w:pPr>
              <w:spacing w:after="0" w:line="240" w:lineRule="auto"/>
              <w:rPr>
                <w:i/>
                <w:iCs/>
                <w:sz w:val="15"/>
                <w:szCs w:val="15"/>
                <w:lang w:val="es-MX"/>
              </w:rPr>
            </w:pPr>
            <w:r w:rsidRPr="00703E46">
              <w:rPr>
                <w:rFonts w:ascii="Aptos" w:hAnsi="Aptos"/>
                <w:i/>
                <w:iCs/>
                <w:color w:val="24312B"/>
                <w:sz w:val="15"/>
                <w:szCs w:val="15"/>
                <w:lang w:val="es-MX"/>
              </w:rPr>
              <w:t>¿Evita el uso de datos falsos que vulneran los resultados y en consecuencia afecta la veracidad del estudio?</w:t>
            </w:r>
          </w:p>
        </w:tc>
        <w:tc>
          <w:tcPr>
            <w:tcW w:w="490" w:type="dxa"/>
            <w:tcBorders>
              <w:top w:val="single" w:sz="4" w:space="0" w:color="B9D9C3"/>
              <w:left w:val="single" w:sz="4" w:space="0" w:color="B9D9C3"/>
              <w:bottom w:val="single" w:sz="4" w:space="0" w:color="B9D9C3"/>
              <w:right w:val="single" w:sz="4" w:space="0" w:color="B9D9C3"/>
            </w:tcBorders>
            <w:shd w:val="clear" w:color="auto" w:fill="F7FBF8"/>
            <w:tcMar>
              <w:top w:w="1" w:type="dxa"/>
              <w:left w:w="3" w:type="dxa"/>
              <w:bottom w:w="1" w:type="dxa"/>
              <w:right w:w="3" w:type="dxa"/>
            </w:tcMar>
            <w:vAlign w:val="center"/>
          </w:tcPr>
          <w:p w14:paraId="51D2DD24" w14:textId="77777777" w:rsidR="004C73BC" w:rsidRPr="00B95EEC" w:rsidRDefault="004C73BC" w:rsidP="00D322B8">
            <w:pPr>
              <w:spacing w:after="0" w:line="240" w:lineRule="auto"/>
              <w:jc w:val="center"/>
              <w:rPr>
                <w:sz w:val="20"/>
                <w:szCs w:val="44"/>
              </w:rPr>
            </w:pPr>
            <w:r w:rsidRPr="00B95EEC">
              <w:rPr>
                <w:rFonts w:ascii="Aptos" w:hAnsi="Aptos"/>
                <w:color w:val="176B45"/>
                <w:sz w:val="20"/>
                <w:szCs w:val="44"/>
              </w:rPr>
              <w:t>☐</w:t>
            </w:r>
          </w:p>
        </w:tc>
        <w:tc>
          <w:tcPr>
            <w:tcW w:w="567" w:type="dxa"/>
            <w:tcBorders>
              <w:top w:val="single" w:sz="4" w:space="0" w:color="B9D9C3"/>
              <w:left w:val="single" w:sz="4" w:space="0" w:color="B9D9C3"/>
              <w:bottom w:val="single" w:sz="4" w:space="0" w:color="B9D9C3"/>
              <w:right w:val="single" w:sz="4" w:space="0" w:color="B9D9C3"/>
            </w:tcBorders>
            <w:shd w:val="clear" w:color="auto" w:fill="F7FBF8"/>
            <w:tcMar>
              <w:top w:w="1" w:type="dxa"/>
              <w:left w:w="3" w:type="dxa"/>
              <w:bottom w:w="1" w:type="dxa"/>
              <w:right w:w="3" w:type="dxa"/>
            </w:tcMar>
            <w:vAlign w:val="center"/>
          </w:tcPr>
          <w:p w14:paraId="217A8E83" w14:textId="77777777" w:rsidR="004C73BC" w:rsidRPr="00B95EEC" w:rsidRDefault="004C73BC" w:rsidP="00D322B8">
            <w:pPr>
              <w:spacing w:after="0" w:line="240" w:lineRule="auto"/>
              <w:jc w:val="center"/>
              <w:rPr>
                <w:sz w:val="20"/>
                <w:szCs w:val="44"/>
              </w:rPr>
            </w:pPr>
            <w:r w:rsidRPr="00B95EEC">
              <w:rPr>
                <w:rFonts w:ascii="Aptos" w:hAnsi="Aptos"/>
                <w:color w:val="176B45"/>
                <w:sz w:val="20"/>
                <w:szCs w:val="44"/>
              </w:rPr>
              <w:t>☐</w:t>
            </w:r>
          </w:p>
        </w:tc>
        <w:tc>
          <w:tcPr>
            <w:tcW w:w="1079" w:type="dxa"/>
            <w:tcBorders>
              <w:top w:val="single" w:sz="4" w:space="0" w:color="B9D9C3"/>
              <w:left w:val="single" w:sz="4" w:space="0" w:color="B9D9C3"/>
              <w:bottom w:val="single" w:sz="4" w:space="0" w:color="B9D9C3"/>
              <w:right w:val="single" w:sz="4" w:space="0" w:color="B9D9C3"/>
            </w:tcBorders>
            <w:shd w:val="clear" w:color="auto" w:fill="F7FBF8"/>
            <w:vAlign w:val="center"/>
          </w:tcPr>
          <w:p w14:paraId="1297D7C9" w14:textId="460648EF" w:rsidR="004C73BC" w:rsidRPr="00B95EEC" w:rsidRDefault="004C73BC" w:rsidP="00D322B8">
            <w:pPr>
              <w:spacing w:after="0" w:line="240" w:lineRule="auto"/>
              <w:jc w:val="center"/>
              <w:rPr>
                <w:rFonts w:ascii="Aptos" w:hAnsi="Aptos"/>
                <w:color w:val="176B45"/>
                <w:sz w:val="20"/>
                <w:szCs w:val="44"/>
              </w:rPr>
            </w:pPr>
            <w:r w:rsidRPr="00884C0F">
              <w:rPr>
                <w:rFonts w:ascii="Aptos" w:hAnsi="Aptos"/>
                <w:color w:val="176B45"/>
                <w:sz w:val="20"/>
                <w:szCs w:val="44"/>
              </w:rPr>
              <w:t>☐</w:t>
            </w:r>
          </w:p>
        </w:tc>
        <w:tc>
          <w:tcPr>
            <w:tcW w:w="641" w:type="dxa"/>
            <w:tcBorders>
              <w:top w:val="single" w:sz="4" w:space="0" w:color="B9D9C3"/>
              <w:left w:val="single" w:sz="4" w:space="0" w:color="B9D9C3"/>
              <w:bottom w:val="single" w:sz="4" w:space="0" w:color="B9D9C3"/>
              <w:right w:val="single" w:sz="4" w:space="0" w:color="B9D9C3"/>
            </w:tcBorders>
            <w:shd w:val="clear" w:color="auto" w:fill="F7FBF8"/>
            <w:vAlign w:val="center"/>
          </w:tcPr>
          <w:p w14:paraId="2A6D9D4E" w14:textId="6638E229" w:rsidR="004C73BC" w:rsidRPr="00884C0F" w:rsidRDefault="007A7A76" w:rsidP="00D322B8">
            <w:pPr>
              <w:spacing w:after="0" w:line="240" w:lineRule="auto"/>
              <w:jc w:val="center"/>
              <w:rPr>
                <w:rFonts w:ascii="Aptos" w:hAnsi="Aptos"/>
                <w:color w:val="176B45"/>
                <w:sz w:val="20"/>
                <w:szCs w:val="44"/>
              </w:rPr>
            </w:pPr>
            <w:r w:rsidRPr="00884C0F">
              <w:rPr>
                <w:rFonts w:ascii="Aptos" w:hAnsi="Aptos"/>
                <w:color w:val="176B45"/>
                <w:sz w:val="20"/>
                <w:szCs w:val="44"/>
              </w:rPr>
              <w:t>☐</w:t>
            </w:r>
          </w:p>
        </w:tc>
      </w:tr>
      <w:tr w:rsidR="004C73BC" w:rsidRPr="00D322B8" w14:paraId="210505E2" w14:textId="482A8C22" w:rsidTr="007A7A76">
        <w:trPr>
          <w:jc w:val="center"/>
        </w:trPr>
        <w:tc>
          <w:tcPr>
            <w:tcW w:w="2211" w:type="dxa"/>
            <w:gridSpan w:val="2"/>
            <w:tcBorders>
              <w:top w:val="single" w:sz="4" w:space="0" w:color="B9D9C3"/>
              <w:left w:val="single" w:sz="4" w:space="0" w:color="B9D9C3"/>
              <w:bottom w:val="single" w:sz="4" w:space="0" w:color="B9D9C3"/>
              <w:right w:val="single" w:sz="4" w:space="0" w:color="B9D9C3"/>
            </w:tcBorders>
            <w:tcMar>
              <w:top w:w="1" w:type="dxa"/>
              <w:left w:w="3" w:type="dxa"/>
              <w:bottom w:w="1" w:type="dxa"/>
              <w:right w:w="3" w:type="dxa"/>
            </w:tcMar>
            <w:vAlign w:val="center"/>
          </w:tcPr>
          <w:p w14:paraId="7CEB29C3" w14:textId="77777777" w:rsidR="004C73BC" w:rsidRPr="00703E46" w:rsidRDefault="004C73BC" w:rsidP="00D322B8">
            <w:pPr>
              <w:spacing w:after="0" w:line="240" w:lineRule="auto"/>
              <w:rPr>
                <w:i/>
                <w:iCs/>
                <w:sz w:val="15"/>
                <w:szCs w:val="15"/>
              </w:rPr>
            </w:pPr>
            <w:r w:rsidRPr="00703E46">
              <w:rPr>
                <w:rFonts w:ascii="Aptos" w:hAnsi="Aptos"/>
                <w:b/>
                <w:i/>
                <w:iCs/>
                <w:color w:val="24312B"/>
                <w:sz w:val="15"/>
                <w:szCs w:val="15"/>
              </w:rPr>
              <w:t>23.- Conflicto de intereses</w:t>
            </w:r>
          </w:p>
        </w:tc>
        <w:tc>
          <w:tcPr>
            <w:tcW w:w="6177" w:type="dxa"/>
            <w:tcBorders>
              <w:top w:val="single" w:sz="4" w:space="0" w:color="B9D9C3"/>
              <w:left w:val="single" w:sz="4" w:space="0" w:color="B9D9C3"/>
              <w:bottom w:val="single" w:sz="4" w:space="0" w:color="B9D9C3"/>
              <w:right w:val="single" w:sz="4" w:space="0" w:color="B9D9C3"/>
            </w:tcBorders>
            <w:tcMar>
              <w:top w:w="1" w:type="dxa"/>
              <w:left w:w="3" w:type="dxa"/>
              <w:bottom w:w="1" w:type="dxa"/>
              <w:right w:w="3" w:type="dxa"/>
            </w:tcMar>
            <w:vAlign w:val="center"/>
          </w:tcPr>
          <w:p w14:paraId="64AE0D1B" w14:textId="77777777" w:rsidR="004C73BC" w:rsidRPr="00703E46" w:rsidRDefault="004C73BC" w:rsidP="00D322B8">
            <w:pPr>
              <w:spacing w:after="0" w:line="240" w:lineRule="auto"/>
              <w:rPr>
                <w:i/>
                <w:iCs/>
                <w:sz w:val="15"/>
                <w:szCs w:val="15"/>
                <w:lang w:val="es-MX"/>
              </w:rPr>
            </w:pPr>
            <w:r w:rsidRPr="00703E46">
              <w:rPr>
                <w:rFonts w:ascii="Aptos" w:hAnsi="Aptos"/>
                <w:i/>
                <w:iCs/>
                <w:color w:val="24312B"/>
                <w:sz w:val="15"/>
                <w:szCs w:val="15"/>
                <w:lang w:val="es-MX"/>
              </w:rPr>
              <w:t>¿Prescinde de relaciones personales entre los participantes en el proceso de publicación (autor, árbitro o editor) o cuando entran en contraposición los intereses propios del investigador y el carácter ético de la investigación; como pueden ser los incentivos económicos o la filiación política o religiosa?</w:t>
            </w:r>
          </w:p>
        </w:tc>
        <w:tc>
          <w:tcPr>
            <w:tcW w:w="490" w:type="dxa"/>
            <w:tcBorders>
              <w:top w:val="single" w:sz="4" w:space="0" w:color="B9D9C3"/>
              <w:left w:val="single" w:sz="4" w:space="0" w:color="B9D9C3"/>
              <w:bottom w:val="single" w:sz="4" w:space="0" w:color="B9D9C3"/>
              <w:right w:val="single" w:sz="4" w:space="0" w:color="B9D9C3"/>
            </w:tcBorders>
            <w:tcMar>
              <w:top w:w="1" w:type="dxa"/>
              <w:left w:w="3" w:type="dxa"/>
              <w:bottom w:w="1" w:type="dxa"/>
              <w:right w:w="3" w:type="dxa"/>
            </w:tcMar>
            <w:vAlign w:val="center"/>
          </w:tcPr>
          <w:p w14:paraId="0439BAF9" w14:textId="77777777" w:rsidR="004C73BC" w:rsidRPr="00B95EEC" w:rsidRDefault="004C73BC" w:rsidP="00D322B8">
            <w:pPr>
              <w:spacing w:after="0" w:line="240" w:lineRule="auto"/>
              <w:jc w:val="center"/>
              <w:rPr>
                <w:sz w:val="20"/>
                <w:szCs w:val="44"/>
              </w:rPr>
            </w:pPr>
            <w:r w:rsidRPr="00B95EEC">
              <w:rPr>
                <w:rFonts w:ascii="Aptos" w:hAnsi="Aptos"/>
                <w:color w:val="176B45"/>
                <w:sz w:val="20"/>
                <w:szCs w:val="44"/>
              </w:rPr>
              <w:t>☐</w:t>
            </w:r>
          </w:p>
        </w:tc>
        <w:tc>
          <w:tcPr>
            <w:tcW w:w="567" w:type="dxa"/>
            <w:tcBorders>
              <w:top w:val="single" w:sz="4" w:space="0" w:color="B9D9C3"/>
              <w:left w:val="single" w:sz="4" w:space="0" w:color="B9D9C3"/>
              <w:bottom w:val="single" w:sz="4" w:space="0" w:color="B9D9C3"/>
              <w:right w:val="single" w:sz="4" w:space="0" w:color="B9D9C3"/>
            </w:tcBorders>
            <w:tcMar>
              <w:top w:w="1" w:type="dxa"/>
              <w:left w:w="3" w:type="dxa"/>
              <w:bottom w:w="1" w:type="dxa"/>
              <w:right w:w="3" w:type="dxa"/>
            </w:tcMar>
            <w:vAlign w:val="center"/>
          </w:tcPr>
          <w:p w14:paraId="35C6A718" w14:textId="77777777" w:rsidR="004C73BC" w:rsidRPr="00B95EEC" w:rsidRDefault="004C73BC" w:rsidP="00D322B8">
            <w:pPr>
              <w:spacing w:after="0" w:line="240" w:lineRule="auto"/>
              <w:jc w:val="center"/>
              <w:rPr>
                <w:sz w:val="20"/>
                <w:szCs w:val="44"/>
              </w:rPr>
            </w:pPr>
            <w:r w:rsidRPr="00B95EEC">
              <w:rPr>
                <w:rFonts w:ascii="Aptos" w:hAnsi="Aptos"/>
                <w:color w:val="176B45"/>
                <w:sz w:val="20"/>
                <w:szCs w:val="44"/>
              </w:rPr>
              <w:t>☐</w:t>
            </w:r>
          </w:p>
        </w:tc>
        <w:tc>
          <w:tcPr>
            <w:tcW w:w="1079" w:type="dxa"/>
            <w:tcBorders>
              <w:top w:val="single" w:sz="4" w:space="0" w:color="B9D9C3"/>
              <w:left w:val="single" w:sz="4" w:space="0" w:color="B9D9C3"/>
              <w:bottom w:val="single" w:sz="4" w:space="0" w:color="B9D9C3"/>
              <w:right w:val="single" w:sz="4" w:space="0" w:color="B9D9C3"/>
            </w:tcBorders>
            <w:vAlign w:val="center"/>
          </w:tcPr>
          <w:p w14:paraId="04FD98C8" w14:textId="7A28C3E6" w:rsidR="004C73BC" w:rsidRPr="00B95EEC" w:rsidRDefault="004C73BC" w:rsidP="00D322B8">
            <w:pPr>
              <w:spacing w:after="0" w:line="240" w:lineRule="auto"/>
              <w:jc w:val="center"/>
              <w:rPr>
                <w:rFonts w:ascii="Aptos" w:hAnsi="Aptos"/>
                <w:color w:val="176B45"/>
                <w:sz w:val="20"/>
                <w:szCs w:val="44"/>
              </w:rPr>
            </w:pPr>
            <w:r w:rsidRPr="00884C0F">
              <w:rPr>
                <w:rFonts w:ascii="Aptos" w:hAnsi="Aptos"/>
                <w:color w:val="176B45"/>
                <w:sz w:val="20"/>
                <w:szCs w:val="44"/>
              </w:rPr>
              <w:t>☐</w:t>
            </w:r>
          </w:p>
        </w:tc>
        <w:tc>
          <w:tcPr>
            <w:tcW w:w="641" w:type="dxa"/>
            <w:tcBorders>
              <w:top w:val="single" w:sz="4" w:space="0" w:color="B9D9C3"/>
              <w:left w:val="single" w:sz="4" w:space="0" w:color="B9D9C3"/>
              <w:bottom w:val="single" w:sz="4" w:space="0" w:color="B9D9C3"/>
              <w:right w:val="single" w:sz="4" w:space="0" w:color="B9D9C3"/>
            </w:tcBorders>
            <w:vAlign w:val="center"/>
          </w:tcPr>
          <w:p w14:paraId="234EC859" w14:textId="2F4939EE" w:rsidR="004C73BC" w:rsidRPr="00884C0F" w:rsidRDefault="007A7A76" w:rsidP="00D322B8">
            <w:pPr>
              <w:spacing w:after="0" w:line="240" w:lineRule="auto"/>
              <w:jc w:val="center"/>
              <w:rPr>
                <w:rFonts w:ascii="Aptos" w:hAnsi="Aptos"/>
                <w:color w:val="176B45"/>
                <w:sz w:val="20"/>
                <w:szCs w:val="44"/>
              </w:rPr>
            </w:pPr>
            <w:r w:rsidRPr="00884C0F">
              <w:rPr>
                <w:rFonts w:ascii="Aptos" w:hAnsi="Aptos"/>
                <w:color w:val="176B45"/>
                <w:sz w:val="20"/>
                <w:szCs w:val="44"/>
              </w:rPr>
              <w:t>☐</w:t>
            </w:r>
          </w:p>
        </w:tc>
      </w:tr>
    </w:tbl>
    <w:p w14:paraId="58BF717D" w14:textId="77777777" w:rsidR="007A4918" w:rsidRPr="00F82A28" w:rsidRDefault="007A4918" w:rsidP="000A744C">
      <w:pPr>
        <w:spacing w:before="20" w:after="0" w:line="240" w:lineRule="auto"/>
        <w:ind w:left="142" w:right="261"/>
        <w:rPr>
          <w:i/>
          <w:iCs/>
          <w:sz w:val="40"/>
          <w:szCs w:val="40"/>
          <w:lang w:val="es-MX"/>
        </w:rPr>
      </w:pPr>
      <w:r w:rsidRPr="00F82A28">
        <w:rPr>
          <w:rFonts w:ascii="Aptos" w:hAnsi="Aptos"/>
          <w:b/>
          <w:i/>
          <w:iCs/>
          <w:color w:val="176B45"/>
          <w:sz w:val="14"/>
          <w:szCs w:val="40"/>
          <w:lang w:val="es-MX"/>
        </w:rPr>
        <w:t xml:space="preserve">Referencias: </w:t>
      </w:r>
      <w:r w:rsidRPr="00F82A28">
        <w:rPr>
          <w:rFonts w:ascii="Aptos" w:hAnsi="Aptos"/>
          <w:i/>
          <w:iCs/>
          <w:color w:val="66726C"/>
          <w:sz w:val="14"/>
          <w:szCs w:val="40"/>
          <w:lang w:val="es-MX"/>
        </w:rPr>
        <w:t>Adaptación de la Guía de Evaluación de Aspectos Éticos en Protocolos del Instituto Nacional de Salud Pública de México (INSP), versión Septiembre, 2023. Instituto Nacional de Salud Pública de México. Guía de evaluación de Aspectos Éticos en Protocolos [Internet] [Consultado 24 de septiembre 2024]. Disponible en: https://www.insp.mx/insp-cei/guia-evaluacion-aspectos-eticos.html · Espinoza, E. Calva, D. La ética en las investigaciones educativas. Revista Universidad y sociedad, 2022; 12(4), 333-340.</w:t>
      </w:r>
    </w:p>
    <w:p w14:paraId="4871F725" w14:textId="77777777" w:rsidR="00B470D9" w:rsidRPr="002600BC" w:rsidRDefault="00B470D9" w:rsidP="00B470D9">
      <w:pPr>
        <w:spacing w:after="0" w:line="240" w:lineRule="auto"/>
        <w:jc w:val="center"/>
        <w:rPr>
          <w:rFonts w:ascii="Aptos" w:hAnsi="Aptos"/>
          <w:b/>
          <w:color w:val="00B0F0"/>
          <w:sz w:val="44"/>
          <w:szCs w:val="32"/>
          <w:lang w:val="es-MX"/>
        </w:rPr>
      </w:pPr>
      <w:r w:rsidRPr="002600BC">
        <w:rPr>
          <w:rFonts w:ascii="Aptos" w:hAnsi="Aptos"/>
          <w:b/>
          <w:color w:val="176B45"/>
          <w:sz w:val="52"/>
          <w:szCs w:val="52"/>
          <w:lang w:val="es-MX"/>
        </w:rPr>
        <w:t>▢</w:t>
      </w:r>
      <w:r w:rsidRPr="002600BC">
        <w:rPr>
          <w:rFonts w:ascii="Aptos" w:hAnsi="Aptos"/>
          <w:b/>
          <w:color w:val="176B45"/>
          <w:sz w:val="23"/>
          <w:lang w:val="es-MX"/>
        </w:rPr>
        <w:t xml:space="preserve">  </w:t>
      </w:r>
      <w:r w:rsidRPr="002600BC">
        <w:rPr>
          <w:rFonts w:ascii="Aptos" w:hAnsi="Aptos"/>
          <w:b/>
          <w:color w:val="00B0F0"/>
          <w:sz w:val="44"/>
          <w:szCs w:val="32"/>
          <w:lang w:val="es-MX"/>
        </w:rPr>
        <w:t>ANEXO 1B · C.E.I.F.E.</w:t>
      </w:r>
    </w:p>
    <w:p w14:paraId="57231A36" w14:textId="77777777" w:rsidR="00B470D9" w:rsidRPr="00A63C17" w:rsidRDefault="00B470D9" w:rsidP="00B470D9">
      <w:pPr>
        <w:spacing w:after="0" w:line="240" w:lineRule="auto"/>
        <w:jc w:val="center"/>
        <w:rPr>
          <w:b/>
          <w:sz w:val="28"/>
          <w:lang w:val="es-MX"/>
        </w:rPr>
      </w:pPr>
      <w:r w:rsidRPr="00A63C17">
        <w:rPr>
          <w:b/>
          <w:sz w:val="28"/>
          <w:lang w:val="es-MX"/>
        </w:rPr>
        <w:t>FORMATO DE EVALUACIÓN DE PROTOCOLOS</w:t>
      </w:r>
    </w:p>
    <w:p w14:paraId="78B1664D" w14:textId="4D2BC190" w:rsidR="00B470D9" w:rsidRDefault="00B470D9" w:rsidP="00B470D9">
      <w:pPr>
        <w:spacing w:after="0" w:line="240" w:lineRule="auto"/>
        <w:jc w:val="center"/>
        <w:rPr>
          <w:i/>
          <w:sz w:val="20"/>
          <w:szCs w:val="20"/>
          <w:lang w:val="es-MX"/>
        </w:rPr>
      </w:pPr>
      <w:r>
        <w:rPr>
          <w:i/>
          <w:sz w:val="20"/>
          <w:szCs w:val="20"/>
          <w:lang w:val="es-MX"/>
        </w:rPr>
        <w:t>C</w:t>
      </w:r>
      <w:r w:rsidRPr="00A30540">
        <w:rPr>
          <w:i/>
          <w:sz w:val="20"/>
          <w:szCs w:val="20"/>
          <w:lang w:val="es-MX"/>
        </w:rPr>
        <w:t xml:space="preserve">omité de </w:t>
      </w:r>
      <w:r>
        <w:rPr>
          <w:i/>
          <w:sz w:val="20"/>
          <w:szCs w:val="20"/>
          <w:lang w:val="es-MX"/>
        </w:rPr>
        <w:t>É</w:t>
      </w:r>
      <w:r w:rsidRPr="00A30540">
        <w:rPr>
          <w:i/>
          <w:sz w:val="20"/>
          <w:szCs w:val="20"/>
          <w:lang w:val="es-MX"/>
        </w:rPr>
        <w:t xml:space="preserve">tica e </w:t>
      </w:r>
      <w:r>
        <w:rPr>
          <w:i/>
          <w:sz w:val="20"/>
          <w:szCs w:val="20"/>
          <w:lang w:val="es-MX"/>
        </w:rPr>
        <w:t>I</w:t>
      </w:r>
      <w:r w:rsidRPr="00A30540">
        <w:rPr>
          <w:i/>
          <w:sz w:val="20"/>
          <w:szCs w:val="20"/>
          <w:lang w:val="es-MX"/>
        </w:rPr>
        <w:t xml:space="preserve">nvestigación </w:t>
      </w:r>
      <w:r w:rsidR="004B44DE" w:rsidRPr="000B1623">
        <w:rPr>
          <w:i/>
          <w:sz w:val="20"/>
          <w:szCs w:val="20"/>
          <w:lang w:val="es-MX"/>
        </w:rPr>
        <w:t>·</w:t>
      </w:r>
      <w:r w:rsidR="004B44DE" w:rsidRPr="00A30540">
        <w:rPr>
          <w:i/>
          <w:sz w:val="20"/>
          <w:szCs w:val="20"/>
          <w:lang w:val="es-MX"/>
        </w:rPr>
        <w:t xml:space="preserve"> </w:t>
      </w:r>
      <w:r w:rsidR="004B44DE">
        <w:rPr>
          <w:i/>
          <w:sz w:val="20"/>
          <w:szCs w:val="20"/>
          <w:lang w:val="es-MX"/>
        </w:rPr>
        <w:t xml:space="preserve"> </w:t>
      </w:r>
      <w:r w:rsidRPr="000B1623">
        <w:rPr>
          <w:i/>
          <w:sz w:val="20"/>
          <w:szCs w:val="20"/>
          <w:lang w:val="es-MX"/>
        </w:rPr>
        <w:t>Secretaría de Investigación y Estudios de Posgrado · Facultad de Estomatología · BUAP</w:t>
      </w:r>
    </w:p>
    <w:p w14:paraId="6F07CA45" w14:textId="6CE25242" w:rsidR="007A4918" w:rsidRPr="00D322B8" w:rsidRDefault="00E362DF" w:rsidP="00D322B8">
      <w:pPr>
        <w:spacing w:after="0" w:line="240" w:lineRule="auto"/>
        <w:jc w:val="center"/>
        <w:rPr>
          <w:sz w:val="40"/>
          <w:szCs w:val="40"/>
          <w:lang w:val="es-MX"/>
        </w:rPr>
      </w:pPr>
      <w:r w:rsidRPr="00E362DF">
        <w:rPr>
          <w:rFonts w:ascii="Aptos" w:hAnsi="Aptos"/>
          <w:b/>
          <w:color w:val="75B98B"/>
          <w:sz w:val="24"/>
          <w:szCs w:val="52"/>
          <w:lang w:val="es-MX"/>
        </w:rPr>
        <w:t xml:space="preserve">  |</w:t>
      </w:r>
      <w:r w:rsidRPr="00E362DF">
        <w:rPr>
          <w:rFonts w:ascii="Aptos" w:hAnsi="Aptos"/>
          <w:b/>
          <w:color w:val="75B98B"/>
          <w:sz w:val="18"/>
          <w:szCs w:val="40"/>
          <w:lang w:val="es-MX"/>
        </w:rPr>
        <w:t xml:space="preserve"> </w:t>
      </w:r>
      <w:r w:rsidR="007A4918" w:rsidRPr="00D322B8">
        <w:rPr>
          <w:rFonts w:ascii="Aptos" w:hAnsi="Aptos"/>
          <w:b/>
          <w:color w:val="75B98B"/>
          <w:sz w:val="18"/>
          <w:szCs w:val="40"/>
          <w:lang w:val="es-MX"/>
        </w:rPr>
        <w:t>CONTINUACIÓN</w:t>
      </w:r>
    </w:p>
    <w:tbl>
      <w:tblPr>
        <w:tblW w:w="0" w:type="auto"/>
        <w:tblInd w:w="292" w:type="dxa"/>
        <w:tblLook w:val="04A0" w:firstRow="1" w:lastRow="0" w:firstColumn="1" w:lastColumn="0" w:noHBand="0" w:noVBand="1"/>
      </w:tblPr>
      <w:tblGrid>
        <w:gridCol w:w="10773"/>
      </w:tblGrid>
      <w:tr w:rsidR="007A4918" w:rsidRPr="009538B0" w14:paraId="0B8AAB86" w14:textId="77777777" w:rsidTr="00DE253D">
        <w:tc>
          <w:tcPr>
            <w:tcW w:w="10773" w:type="dxa"/>
            <w:tcBorders>
              <w:top w:val="single" w:sz="4" w:space="0" w:color="176B45"/>
              <w:left w:val="single" w:sz="4" w:space="0" w:color="176B45"/>
              <w:bottom w:val="single" w:sz="4" w:space="0" w:color="176B45"/>
              <w:right w:val="single" w:sz="4" w:space="0" w:color="176B45"/>
            </w:tcBorders>
            <w:shd w:val="clear" w:color="auto" w:fill="00B050"/>
            <w:tcMar>
              <w:top w:w="3" w:type="dxa"/>
              <w:left w:w="8" w:type="dxa"/>
              <w:bottom w:w="3" w:type="dxa"/>
              <w:right w:w="8" w:type="dxa"/>
            </w:tcMar>
          </w:tcPr>
          <w:p w14:paraId="18E7B154" w14:textId="77777777" w:rsidR="007A4918" w:rsidRPr="00D322B8" w:rsidRDefault="007A4918" w:rsidP="00D322B8">
            <w:pPr>
              <w:spacing w:after="0" w:line="240" w:lineRule="auto"/>
              <w:rPr>
                <w:sz w:val="40"/>
                <w:szCs w:val="40"/>
                <w:lang w:val="es-MX"/>
              </w:rPr>
            </w:pPr>
            <w:r w:rsidRPr="00D322B8">
              <w:rPr>
                <w:rFonts w:ascii="Aptos" w:hAnsi="Aptos"/>
                <w:b/>
                <w:color w:val="FFFFFF"/>
                <w:sz w:val="18"/>
                <w:szCs w:val="40"/>
                <w:lang w:val="es-MX"/>
              </w:rPr>
              <w:t>▢  II. DESGLOSE DE MODIFICACIONES REQUERIDAS</w:t>
            </w:r>
          </w:p>
        </w:tc>
      </w:tr>
    </w:tbl>
    <w:p w14:paraId="61E2FC82" w14:textId="77777777" w:rsidR="007A4918" w:rsidRPr="00D322B8" w:rsidRDefault="007A4918" w:rsidP="000A744C">
      <w:pPr>
        <w:spacing w:after="40" w:line="240" w:lineRule="auto"/>
        <w:ind w:left="426" w:hanging="142"/>
        <w:rPr>
          <w:sz w:val="40"/>
          <w:szCs w:val="40"/>
          <w:lang w:val="es-MX"/>
        </w:rPr>
      </w:pPr>
      <w:r w:rsidRPr="00D322B8">
        <w:rPr>
          <w:rFonts w:ascii="Aptos" w:hAnsi="Aptos"/>
          <w:i/>
          <w:color w:val="24312B"/>
          <w:sz w:val="16"/>
          <w:szCs w:val="40"/>
          <w:lang w:val="es-MX"/>
        </w:rPr>
        <w:t>En caso de requerir modificaciones, desglose libremente los comentarios correspondientes en el elemento respectivo.</w:t>
      </w:r>
    </w:p>
    <w:tbl>
      <w:tblPr>
        <w:tblW w:w="10773" w:type="dxa"/>
        <w:tblInd w:w="289" w:type="dxa"/>
        <w:tblLayout w:type="fixed"/>
        <w:tblLook w:val="04A0" w:firstRow="1" w:lastRow="0" w:firstColumn="1" w:lastColumn="0" w:noHBand="0" w:noVBand="1"/>
      </w:tblPr>
      <w:tblGrid>
        <w:gridCol w:w="2977"/>
        <w:gridCol w:w="7796"/>
      </w:tblGrid>
      <w:tr w:rsidR="007A4918" w:rsidRPr="00D322B8" w14:paraId="1620492C" w14:textId="77777777" w:rsidTr="00DE253D">
        <w:tc>
          <w:tcPr>
            <w:tcW w:w="2977" w:type="dxa"/>
            <w:tcBorders>
              <w:top w:val="single" w:sz="4" w:space="0" w:color="FFFFFF"/>
              <w:left w:val="single" w:sz="4" w:space="0" w:color="FFFFFF"/>
              <w:bottom w:val="single" w:sz="4" w:space="0" w:color="FFFFFF"/>
              <w:right w:val="single" w:sz="4" w:space="0" w:color="FFFFFF"/>
            </w:tcBorders>
            <w:shd w:val="clear" w:color="auto" w:fill="76923C" w:themeFill="accent3" w:themeFillShade="BF"/>
            <w:tcMar>
              <w:top w:w="3" w:type="dxa"/>
              <w:left w:w="5" w:type="dxa"/>
              <w:bottom w:w="3" w:type="dxa"/>
              <w:right w:w="5" w:type="dxa"/>
            </w:tcMar>
          </w:tcPr>
          <w:p w14:paraId="5BFDF658" w14:textId="77777777" w:rsidR="007A4918" w:rsidRPr="00D322B8" w:rsidRDefault="007A4918" w:rsidP="00D322B8">
            <w:pPr>
              <w:spacing w:after="0" w:line="240" w:lineRule="auto"/>
              <w:jc w:val="center"/>
              <w:rPr>
                <w:sz w:val="40"/>
                <w:szCs w:val="40"/>
              </w:rPr>
            </w:pPr>
            <w:r w:rsidRPr="00D322B8">
              <w:rPr>
                <w:rFonts w:ascii="Aptos" w:hAnsi="Aptos"/>
                <w:b/>
                <w:color w:val="FFFFFF"/>
                <w:sz w:val="16"/>
                <w:szCs w:val="40"/>
              </w:rPr>
              <w:t>ELEMENTO</w:t>
            </w:r>
          </w:p>
        </w:tc>
        <w:tc>
          <w:tcPr>
            <w:tcW w:w="7796" w:type="dxa"/>
            <w:tcBorders>
              <w:top w:val="single" w:sz="4" w:space="0" w:color="FFFFFF"/>
              <w:left w:val="single" w:sz="4" w:space="0" w:color="FFFFFF"/>
              <w:bottom w:val="single" w:sz="4" w:space="0" w:color="FFFFFF"/>
              <w:right w:val="single" w:sz="4" w:space="0" w:color="FFFFFF"/>
            </w:tcBorders>
            <w:shd w:val="clear" w:color="auto" w:fill="76923C" w:themeFill="accent3" w:themeFillShade="BF"/>
            <w:tcMar>
              <w:top w:w="3" w:type="dxa"/>
              <w:left w:w="5" w:type="dxa"/>
              <w:bottom w:w="3" w:type="dxa"/>
              <w:right w:w="5" w:type="dxa"/>
            </w:tcMar>
          </w:tcPr>
          <w:p w14:paraId="38E0761F" w14:textId="77777777" w:rsidR="007A4918" w:rsidRPr="00D322B8" w:rsidRDefault="007A4918" w:rsidP="00D322B8">
            <w:pPr>
              <w:spacing w:after="0" w:line="240" w:lineRule="auto"/>
              <w:jc w:val="center"/>
              <w:rPr>
                <w:sz w:val="40"/>
                <w:szCs w:val="40"/>
              </w:rPr>
            </w:pPr>
            <w:r w:rsidRPr="00D322B8">
              <w:rPr>
                <w:rFonts w:ascii="Aptos" w:hAnsi="Aptos"/>
                <w:b/>
                <w:color w:val="FFFFFF"/>
                <w:sz w:val="16"/>
                <w:szCs w:val="40"/>
              </w:rPr>
              <w:t>REQUIERE MODIFICACIÓN</w:t>
            </w:r>
          </w:p>
        </w:tc>
      </w:tr>
      <w:tr w:rsidR="007A4918" w:rsidRPr="00D322B8" w14:paraId="14AE0740" w14:textId="77777777" w:rsidTr="00C4294D">
        <w:trPr>
          <w:trHeight w:val="505"/>
        </w:trPr>
        <w:tc>
          <w:tcPr>
            <w:tcW w:w="2977" w:type="dxa"/>
            <w:tcBorders>
              <w:top w:val="single" w:sz="4" w:space="0" w:color="B9D9C3"/>
              <w:left w:val="single" w:sz="4" w:space="0" w:color="B9D9C3"/>
              <w:bottom w:val="single" w:sz="4" w:space="0" w:color="B9D9C3"/>
              <w:right w:val="single" w:sz="4" w:space="0" w:color="B9D9C3"/>
            </w:tcBorders>
            <w:tcMar>
              <w:top w:w="2" w:type="dxa"/>
              <w:left w:w="4" w:type="dxa"/>
              <w:bottom w:w="2" w:type="dxa"/>
              <w:right w:w="4" w:type="dxa"/>
            </w:tcMar>
            <w:vAlign w:val="center"/>
          </w:tcPr>
          <w:p w14:paraId="6FA3E284" w14:textId="77777777" w:rsidR="007A4918" w:rsidRPr="001704BE" w:rsidRDefault="007A4918" w:rsidP="00D322B8">
            <w:pPr>
              <w:spacing w:after="0" w:line="240" w:lineRule="auto"/>
              <w:rPr>
                <w:i/>
                <w:iCs/>
                <w:sz w:val="15"/>
                <w:szCs w:val="15"/>
                <w:lang w:val="es-MX"/>
              </w:rPr>
            </w:pPr>
            <w:r w:rsidRPr="001704BE">
              <w:rPr>
                <w:rFonts w:ascii="Aptos" w:hAnsi="Aptos"/>
                <w:b/>
                <w:i/>
                <w:iCs/>
                <w:color w:val="24312B"/>
                <w:sz w:val="15"/>
                <w:szCs w:val="15"/>
                <w:lang w:val="es-MX"/>
              </w:rPr>
              <w:t>1.- Aspectos éticos/bioéticos de la investigación en seres humanos</w:t>
            </w:r>
          </w:p>
        </w:tc>
        <w:tc>
          <w:tcPr>
            <w:tcW w:w="7796" w:type="dxa"/>
            <w:tcBorders>
              <w:top w:val="single" w:sz="4" w:space="0" w:color="B9D9C3"/>
              <w:left w:val="single" w:sz="4" w:space="0" w:color="B9D9C3"/>
              <w:bottom w:val="single" w:sz="4" w:space="0" w:color="B9D9C3"/>
              <w:right w:val="single" w:sz="4" w:space="0" w:color="B9D9C3"/>
            </w:tcBorders>
            <w:tcMar>
              <w:top w:w="2" w:type="dxa"/>
              <w:left w:w="4" w:type="dxa"/>
              <w:bottom w:w="2" w:type="dxa"/>
              <w:right w:w="4" w:type="dxa"/>
            </w:tcMar>
            <w:vAlign w:val="center"/>
          </w:tcPr>
          <w:p w14:paraId="7D35D15E" w14:textId="77777777" w:rsidR="007A4918" w:rsidRPr="001704BE" w:rsidRDefault="007A4918" w:rsidP="00D322B8">
            <w:pPr>
              <w:spacing w:after="0" w:line="240" w:lineRule="auto"/>
              <w:rPr>
                <w:sz w:val="15"/>
                <w:szCs w:val="15"/>
              </w:rPr>
            </w:pPr>
            <w:r w:rsidRPr="0008147B">
              <w:rPr>
                <w:rFonts w:ascii="Aptos" w:hAnsi="Aptos"/>
                <w:color w:val="176B45"/>
                <w:sz w:val="18"/>
                <w:szCs w:val="18"/>
              </w:rPr>
              <w:t>☐</w:t>
            </w:r>
            <w:r w:rsidRPr="001704BE">
              <w:rPr>
                <w:rFonts w:ascii="Aptos" w:hAnsi="Aptos"/>
                <w:color w:val="176B45"/>
                <w:sz w:val="15"/>
                <w:szCs w:val="15"/>
              </w:rPr>
              <w:t xml:space="preserve">   ______________________________________________________________________</w:t>
            </w:r>
          </w:p>
        </w:tc>
      </w:tr>
      <w:tr w:rsidR="007A4918" w:rsidRPr="00D322B8" w14:paraId="452650F1" w14:textId="77777777" w:rsidTr="00C4294D">
        <w:trPr>
          <w:trHeight w:val="283"/>
        </w:trPr>
        <w:tc>
          <w:tcPr>
            <w:tcW w:w="2977" w:type="dxa"/>
            <w:tcBorders>
              <w:top w:val="single" w:sz="4" w:space="0" w:color="B9D9C3"/>
              <w:left w:val="single" w:sz="4" w:space="0" w:color="B9D9C3"/>
              <w:bottom w:val="single" w:sz="4" w:space="0" w:color="B9D9C3"/>
              <w:right w:val="single" w:sz="4" w:space="0" w:color="B9D9C3"/>
            </w:tcBorders>
            <w:shd w:val="clear" w:color="auto" w:fill="F7FBF8"/>
            <w:tcMar>
              <w:top w:w="2" w:type="dxa"/>
              <w:left w:w="4" w:type="dxa"/>
              <w:bottom w:w="2" w:type="dxa"/>
              <w:right w:w="4" w:type="dxa"/>
            </w:tcMar>
            <w:vAlign w:val="center"/>
          </w:tcPr>
          <w:p w14:paraId="7358DEB7" w14:textId="77777777" w:rsidR="007A4918" w:rsidRPr="001704BE" w:rsidRDefault="007A4918" w:rsidP="00D322B8">
            <w:pPr>
              <w:spacing w:after="0" w:line="240" w:lineRule="auto"/>
              <w:rPr>
                <w:i/>
                <w:iCs/>
                <w:sz w:val="15"/>
                <w:szCs w:val="15"/>
              </w:rPr>
            </w:pPr>
            <w:r w:rsidRPr="001704BE">
              <w:rPr>
                <w:rFonts w:ascii="Aptos" w:hAnsi="Aptos"/>
                <w:b/>
                <w:i/>
                <w:iCs/>
                <w:color w:val="24312B"/>
                <w:sz w:val="15"/>
                <w:szCs w:val="15"/>
              </w:rPr>
              <w:t>2.- Confidencialidad</w:t>
            </w:r>
          </w:p>
        </w:tc>
        <w:tc>
          <w:tcPr>
            <w:tcW w:w="7796" w:type="dxa"/>
            <w:tcBorders>
              <w:top w:val="single" w:sz="4" w:space="0" w:color="B9D9C3"/>
              <w:left w:val="single" w:sz="4" w:space="0" w:color="B9D9C3"/>
              <w:bottom w:val="single" w:sz="4" w:space="0" w:color="B9D9C3"/>
              <w:right w:val="single" w:sz="4" w:space="0" w:color="B9D9C3"/>
            </w:tcBorders>
            <w:shd w:val="clear" w:color="auto" w:fill="F7FBF8"/>
            <w:tcMar>
              <w:top w:w="2" w:type="dxa"/>
              <w:left w:w="4" w:type="dxa"/>
              <w:bottom w:w="2" w:type="dxa"/>
              <w:right w:w="4" w:type="dxa"/>
            </w:tcMar>
            <w:vAlign w:val="center"/>
          </w:tcPr>
          <w:p w14:paraId="336502B9" w14:textId="76DF3E41" w:rsidR="007A4918" w:rsidRPr="001704BE" w:rsidRDefault="0008147B" w:rsidP="00D322B8">
            <w:pPr>
              <w:spacing w:after="0" w:line="240" w:lineRule="auto"/>
              <w:rPr>
                <w:sz w:val="15"/>
                <w:szCs w:val="15"/>
              </w:rPr>
            </w:pPr>
            <w:r w:rsidRPr="0008147B">
              <w:rPr>
                <w:rFonts w:ascii="Aptos" w:hAnsi="Aptos"/>
                <w:color w:val="176B45"/>
                <w:sz w:val="18"/>
                <w:szCs w:val="18"/>
              </w:rPr>
              <w:t>☐</w:t>
            </w:r>
            <w:r w:rsidR="007A4918" w:rsidRPr="001704BE">
              <w:rPr>
                <w:rFonts w:ascii="Aptos" w:hAnsi="Aptos"/>
                <w:color w:val="176B45"/>
                <w:sz w:val="15"/>
                <w:szCs w:val="15"/>
              </w:rPr>
              <w:t xml:space="preserve">   ______________________________________________________________________</w:t>
            </w:r>
          </w:p>
        </w:tc>
      </w:tr>
      <w:tr w:rsidR="007A4918" w:rsidRPr="00D322B8" w14:paraId="58826761" w14:textId="77777777" w:rsidTr="00C4294D">
        <w:trPr>
          <w:trHeight w:val="259"/>
        </w:trPr>
        <w:tc>
          <w:tcPr>
            <w:tcW w:w="2977" w:type="dxa"/>
            <w:tcBorders>
              <w:top w:val="single" w:sz="4" w:space="0" w:color="B9D9C3"/>
              <w:left w:val="single" w:sz="4" w:space="0" w:color="B9D9C3"/>
              <w:bottom w:val="single" w:sz="4" w:space="0" w:color="B9D9C3"/>
              <w:right w:val="single" w:sz="4" w:space="0" w:color="B9D9C3"/>
            </w:tcBorders>
            <w:tcMar>
              <w:top w:w="2" w:type="dxa"/>
              <w:left w:w="4" w:type="dxa"/>
              <w:bottom w:w="2" w:type="dxa"/>
              <w:right w:w="4" w:type="dxa"/>
            </w:tcMar>
            <w:vAlign w:val="center"/>
          </w:tcPr>
          <w:p w14:paraId="69FC104E" w14:textId="77777777" w:rsidR="007A4918" w:rsidRPr="001704BE" w:rsidRDefault="007A4918" w:rsidP="00D322B8">
            <w:pPr>
              <w:spacing w:after="0" w:line="240" w:lineRule="auto"/>
              <w:rPr>
                <w:i/>
                <w:iCs/>
                <w:sz w:val="15"/>
                <w:szCs w:val="15"/>
              </w:rPr>
            </w:pPr>
            <w:r w:rsidRPr="001704BE">
              <w:rPr>
                <w:rFonts w:ascii="Aptos" w:hAnsi="Aptos"/>
                <w:b/>
                <w:i/>
                <w:iCs/>
                <w:color w:val="24312B"/>
                <w:sz w:val="15"/>
                <w:szCs w:val="15"/>
              </w:rPr>
              <w:t>3.- Participación voluntaria</w:t>
            </w:r>
          </w:p>
        </w:tc>
        <w:tc>
          <w:tcPr>
            <w:tcW w:w="7796" w:type="dxa"/>
            <w:tcBorders>
              <w:top w:val="single" w:sz="4" w:space="0" w:color="B9D9C3"/>
              <w:left w:val="single" w:sz="4" w:space="0" w:color="B9D9C3"/>
              <w:bottom w:val="single" w:sz="4" w:space="0" w:color="B9D9C3"/>
              <w:right w:val="single" w:sz="4" w:space="0" w:color="B9D9C3"/>
            </w:tcBorders>
            <w:tcMar>
              <w:top w:w="2" w:type="dxa"/>
              <w:left w:w="4" w:type="dxa"/>
              <w:bottom w:w="2" w:type="dxa"/>
              <w:right w:w="4" w:type="dxa"/>
            </w:tcMar>
            <w:vAlign w:val="center"/>
          </w:tcPr>
          <w:p w14:paraId="060A699D" w14:textId="3B1FF3F3" w:rsidR="007A4918" w:rsidRPr="001704BE" w:rsidRDefault="0008147B" w:rsidP="00D322B8">
            <w:pPr>
              <w:spacing w:after="0" w:line="240" w:lineRule="auto"/>
              <w:rPr>
                <w:sz w:val="15"/>
                <w:szCs w:val="15"/>
              </w:rPr>
            </w:pPr>
            <w:r w:rsidRPr="0008147B">
              <w:rPr>
                <w:rFonts w:ascii="Aptos" w:hAnsi="Aptos"/>
                <w:color w:val="176B45"/>
                <w:sz w:val="18"/>
                <w:szCs w:val="18"/>
              </w:rPr>
              <w:t>☐</w:t>
            </w:r>
            <w:r w:rsidR="007A4918" w:rsidRPr="001704BE">
              <w:rPr>
                <w:rFonts w:ascii="Aptos" w:hAnsi="Aptos"/>
                <w:color w:val="176B45"/>
                <w:sz w:val="15"/>
                <w:szCs w:val="15"/>
              </w:rPr>
              <w:t xml:space="preserve">   ______________________________________________________________________</w:t>
            </w:r>
          </w:p>
        </w:tc>
      </w:tr>
      <w:tr w:rsidR="007A4918" w:rsidRPr="00D322B8" w14:paraId="229D5674" w14:textId="77777777" w:rsidTr="00C4294D">
        <w:trPr>
          <w:trHeight w:val="277"/>
        </w:trPr>
        <w:tc>
          <w:tcPr>
            <w:tcW w:w="2977" w:type="dxa"/>
            <w:tcBorders>
              <w:top w:val="single" w:sz="4" w:space="0" w:color="B9D9C3"/>
              <w:left w:val="single" w:sz="4" w:space="0" w:color="B9D9C3"/>
              <w:bottom w:val="single" w:sz="4" w:space="0" w:color="B9D9C3"/>
              <w:right w:val="single" w:sz="4" w:space="0" w:color="B9D9C3"/>
            </w:tcBorders>
            <w:shd w:val="clear" w:color="auto" w:fill="F7FBF8"/>
            <w:tcMar>
              <w:top w:w="2" w:type="dxa"/>
              <w:left w:w="4" w:type="dxa"/>
              <w:bottom w:w="2" w:type="dxa"/>
              <w:right w:w="4" w:type="dxa"/>
            </w:tcMar>
            <w:vAlign w:val="center"/>
          </w:tcPr>
          <w:p w14:paraId="1DC4C8AF" w14:textId="77777777" w:rsidR="007A4918" w:rsidRPr="001704BE" w:rsidRDefault="007A4918" w:rsidP="00D322B8">
            <w:pPr>
              <w:spacing w:after="0" w:line="240" w:lineRule="auto"/>
              <w:rPr>
                <w:i/>
                <w:iCs/>
                <w:sz w:val="15"/>
                <w:szCs w:val="15"/>
              </w:rPr>
            </w:pPr>
            <w:r w:rsidRPr="001704BE">
              <w:rPr>
                <w:rFonts w:ascii="Aptos" w:hAnsi="Aptos"/>
                <w:b/>
                <w:i/>
                <w:iCs/>
                <w:color w:val="24312B"/>
                <w:sz w:val="15"/>
                <w:szCs w:val="15"/>
              </w:rPr>
              <w:t>4.- Posibles riesgos</w:t>
            </w:r>
          </w:p>
        </w:tc>
        <w:tc>
          <w:tcPr>
            <w:tcW w:w="7796" w:type="dxa"/>
            <w:tcBorders>
              <w:top w:val="single" w:sz="4" w:space="0" w:color="B9D9C3"/>
              <w:left w:val="single" w:sz="4" w:space="0" w:color="B9D9C3"/>
              <w:bottom w:val="single" w:sz="4" w:space="0" w:color="B9D9C3"/>
              <w:right w:val="single" w:sz="4" w:space="0" w:color="B9D9C3"/>
            </w:tcBorders>
            <w:shd w:val="clear" w:color="auto" w:fill="F7FBF8"/>
            <w:tcMar>
              <w:top w:w="2" w:type="dxa"/>
              <w:left w:w="4" w:type="dxa"/>
              <w:bottom w:w="2" w:type="dxa"/>
              <w:right w:w="4" w:type="dxa"/>
            </w:tcMar>
            <w:vAlign w:val="center"/>
          </w:tcPr>
          <w:p w14:paraId="2153B040" w14:textId="192A6AFD" w:rsidR="007A4918" w:rsidRPr="001704BE" w:rsidRDefault="0008147B" w:rsidP="00D322B8">
            <w:pPr>
              <w:spacing w:after="0" w:line="240" w:lineRule="auto"/>
              <w:rPr>
                <w:sz w:val="15"/>
                <w:szCs w:val="15"/>
              </w:rPr>
            </w:pPr>
            <w:r w:rsidRPr="0008147B">
              <w:rPr>
                <w:rFonts w:ascii="Aptos" w:hAnsi="Aptos"/>
                <w:color w:val="176B45"/>
                <w:sz w:val="18"/>
                <w:szCs w:val="18"/>
              </w:rPr>
              <w:t>☐</w:t>
            </w:r>
            <w:r w:rsidR="007A4918" w:rsidRPr="001704BE">
              <w:rPr>
                <w:rFonts w:ascii="Aptos" w:hAnsi="Aptos"/>
                <w:color w:val="176B45"/>
                <w:sz w:val="15"/>
                <w:szCs w:val="15"/>
              </w:rPr>
              <w:t xml:space="preserve">   ______________________________________________________________________</w:t>
            </w:r>
          </w:p>
        </w:tc>
      </w:tr>
      <w:tr w:rsidR="007A4918" w:rsidRPr="00D322B8" w14:paraId="3CBA9C42" w14:textId="77777777" w:rsidTr="00C4294D">
        <w:trPr>
          <w:trHeight w:val="253"/>
        </w:trPr>
        <w:tc>
          <w:tcPr>
            <w:tcW w:w="2977" w:type="dxa"/>
            <w:tcBorders>
              <w:top w:val="single" w:sz="4" w:space="0" w:color="B9D9C3"/>
              <w:left w:val="single" w:sz="4" w:space="0" w:color="B9D9C3"/>
              <w:bottom w:val="single" w:sz="4" w:space="0" w:color="B9D9C3"/>
              <w:right w:val="single" w:sz="4" w:space="0" w:color="B9D9C3"/>
            </w:tcBorders>
            <w:tcMar>
              <w:top w:w="2" w:type="dxa"/>
              <w:left w:w="4" w:type="dxa"/>
              <w:bottom w:w="2" w:type="dxa"/>
              <w:right w:w="4" w:type="dxa"/>
            </w:tcMar>
            <w:vAlign w:val="center"/>
          </w:tcPr>
          <w:p w14:paraId="090A5365" w14:textId="77777777" w:rsidR="007A4918" w:rsidRPr="001704BE" w:rsidRDefault="007A4918" w:rsidP="00D322B8">
            <w:pPr>
              <w:spacing w:after="0" w:line="240" w:lineRule="auto"/>
              <w:rPr>
                <w:i/>
                <w:iCs/>
                <w:sz w:val="15"/>
                <w:szCs w:val="15"/>
              </w:rPr>
            </w:pPr>
            <w:r w:rsidRPr="001704BE">
              <w:rPr>
                <w:rFonts w:ascii="Aptos" w:hAnsi="Aptos"/>
                <w:b/>
                <w:i/>
                <w:iCs/>
                <w:color w:val="24312B"/>
                <w:sz w:val="15"/>
                <w:szCs w:val="15"/>
              </w:rPr>
              <w:t>5.- Revocación de su consentimiento</w:t>
            </w:r>
          </w:p>
        </w:tc>
        <w:tc>
          <w:tcPr>
            <w:tcW w:w="7796" w:type="dxa"/>
            <w:tcBorders>
              <w:top w:val="single" w:sz="4" w:space="0" w:color="B9D9C3"/>
              <w:left w:val="single" w:sz="4" w:space="0" w:color="B9D9C3"/>
              <w:bottom w:val="single" w:sz="4" w:space="0" w:color="B9D9C3"/>
              <w:right w:val="single" w:sz="4" w:space="0" w:color="B9D9C3"/>
            </w:tcBorders>
            <w:tcMar>
              <w:top w:w="2" w:type="dxa"/>
              <w:left w:w="4" w:type="dxa"/>
              <w:bottom w:w="2" w:type="dxa"/>
              <w:right w:w="4" w:type="dxa"/>
            </w:tcMar>
            <w:vAlign w:val="center"/>
          </w:tcPr>
          <w:p w14:paraId="6C2E0675" w14:textId="2CBCF833" w:rsidR="007A4918" w:rsidRPr="001704BE" w:rsidRDefault="0008147B" w:rsidP="00D322B8">
            <w:pPr>
              <w:spacing w:after="0" w:line="240" w:lineRule="auto"/>
              <w:rPr>
                <w:sz w:val="15"/>
                <w:szCs w:val="15"/>
              </w:rPr>
            </w:pPr>
            <w:r w:rsidRPr="0008147B">
              <w:rPr>
                <w:rFonts w:ascii="Aptos" w:hAnsi="Aptos"/>
                <w:color w:val="176B45"/>
                <w:sz w:val="18"/>
                <w:szCs w:val="18"/>
              </w:rPr>
              <w:t>☐</w:t>
            </w:r>
            <w:r w:rsidR="007A4918" w:rsidRPr="001704BE">
              <w:rPr>
                <w:rFonts w:ascii="Aptos" w:hAnsi="Aptos"/>
                <w:color w:val="176B45"/>
                <w:sz w:val="15"/>
                <w:szCs w:val="15"/>
              </w:rPr>
              <w:t xml:space="preserve">   ______________________________________________________________________</w:t>
            </w:r>
          </w:p>
        </w:tc>
      </w:tr>
      <w:tr w:rsidR="007A4918" w:rsidRPr="00D322B8" w14:paraId="48117157" w14:textId="77777777" w:rsidTr="00C4294D">
        <w:trPr>
          <w:trHeight w:val="271"/>
        </w:trPr>
        <w:tc>
          <w:tcPr>
            <w:tcW w:w="2977" w:type="dxa"/>
            <w:tcBorders>
              <w:top w:val="single" w:sz="4" w:space="0" w:color="B9D9C3"/>
              <w:left w:val="single" w:sz="4" w:space="0" w:color="B9D9C3"/>
              <w:bottom w:val="single" w:sz="4" w:space="0" w:color="B9D9C3"/>
              <w:right w:val="single" w:sz="4" w:space="0" w:color="B9D9C3"/>
            </w:tcBorders>
            <w:shd w:val="clear" w:color="auto" w:fill="F7FBF8"/>
            <w:tcMar>
              <w:top w:w="2" w:type="dxa"/>
              <w:left w:w="4" w:type="dxa"/>
              <w:bottom w:w="2" w:type="dxa"/>
              <w:right w:w="4" w:type="dxa"/>
            </w:tcMar>
            <w:vAlign w:val="center"/>
          </w:tcPr>
          <w:p w14:paraId="5E095D3A" w14:textId="77777777" w:rsidR="007A4918" w:rsidRPr="001704BE" w:rsidRDefault="007A4918" w:rsidP="00D322B8">
            <w:pPr>
              <w:spacing w:after="0" w:line="240" w:lineRule="auto"/>
              <w:rPr>
                <w:i/>
                <w:iCs/>
                <w:sz w:val="15"/>
                <w:szCs w:val="15"/>
              </w:rPr>
            </w:pPr>
            <w:r w:rsidRPr="001704BE">
              <w:rPr>
                <w:rFonts w:ascii="Aptos" w:hAnsi="Aptos"/>
                <w:b/>
                <w:i/>
                <w:iCs/>
                <w:color w:val="24312B"/>
                <w:sz w:val="15"/>
                <w:szCs w:val="15"/>
              </w:rPr>
              <w:t>6.- Testigos</w:t>
            </w:r>
          </w:p>
        </w:tc>
        <w:tc>
          <w:tcPr>
            <w:tcW w:w="7796" w:type="dxa"/>
            <w:tcBorders>
              <w:top w:val="single" w:sz="4" w:space="0" w:color="B9D9C3"/>
              <w:left w:val="single" w:sz="4" w:space="0" w:color="B9D9C3"/>
              <w:bottom w:val="single" w:sz="4" w:space="0" w:color="B9D9C3"/>
              <w:right w:val="single" w:sz="4" w:space="0" w:color="B9D9C3"/>
            </w:tcBorders>
            <w:shd w:val="clear" w:color="auto" w:fill="F7FBF8"/>
            <w:tcMar>
              <w:top w:w="2" w:type="dxa"/>
              <w:left w:w="4" w:type="dxa"/>
              <w:bottom w:w="2" w:type="dxa"/>
              <w:right w:w="4" w:type="dxa"/>
            </w:tcMar>
            <w:vAlign w:val="center"/>
          </w:tcPr>
          <w:p w14:paraId="284A5E53" w14:textId="28415F9D" w:rsidR="007A4918" w:rsidRPr="001704BE" w:rsidRDefault="0008147B" w:rsidP="00D322B8">
            <w:pPr>
              <w:spacing w:after="0" w:line="240" w:lineRule="auto"/>
              <w:rPr>
                <w:sz w:val="15"/>
                <w:szCs w:val="15"/>
              </w:rPr>
            </w:pPr>
            <w:r w:rsidRPr="0008147B">
              <w:rPr>
                <w:rFonts w:ascii="Aptos" w:hAnsi="Aptos"/>
                <w:color w:val="176B45"/>
                <w:sz w:val="18"/>
                <w:szCs w:val="18"/>
              </w:rPr>
              <w:t>☐</w:t>
            </w:r>
            <w:r w:rsidR="007A4918" w:rsidRPr="001704BE">
              <w:rPr>
                <w:rFonts w:ascii="Aptos" w:hAnsi="Aptos"/>
                <w:color w:val="176B45"/>
                <w:sz w:val="15"/>
                <w:szCs w:val="15"/>
              </w:rPr>
              <w:t xml:space="preserve">   ______________________________________________________________________</w:t>
            </w:r>
          </w:p>
        </w:tc>
      </w:tr>
      <w:tr w:rsidR="007A4918" w:rsidRPr="00D322B8" w14:paraId="4FBA7F36" w14:textId="77777777" w:rsidTr="00C4294D">
        <w:trPr>
          <w:trHeight w:val="275"/>
        </w:trPr>
        <w:tc>
          <w:tcPr>
            <w:tcW w:w="2977" w:type="dxa"/>
            <w:tcBorders>
              <w:top w:val="single" w:sz="4" w:space="0" w:color="B9D9C3"/>
              <w:left w:val="single" w:sz="4" w:space="0" w:color="B9D9C3"/>
              <w:bottom w:val="single" w:sz="4" w:space="0" w:color="B9D9C3"/>
              <w:right w:val="single" w:sz="4" w:space="0" w:color="B9D9C3"/>
            </w:tcBorders>
            <w:tcMar>
              <w:top w:w="2" w:type="dxa"/>
              <w:left w:w="4" w:type="dxa"/>
              <w:bottom w:w="2" w:type="dxa"/>
              <w:right w:w="4" w:type="dxa"/>
            </w:tcMar>
            <w:vAlign w:val="center"/>
          </w:tcPr>
          <w:p w14:paraId="6035F29E" w14:textId="77777777" w:rsidR="007A4918" w:rsidRPr="001704BE" w:rsidRDefault="007A4918" w:rsidP="00D322B8">
            <w:pPr>
              <w:spacing w:after="0" w:line="240" w:lineRule="auto"/>
              <w:rPr>
                <w:i/>
                <w:iCs/>
                <w:sz w:val="15"/>
                <w:szCs w:val="15"/>
              </w:rPr>
            </w:pPr>
            <w:r w:rsidRPr="001704BE">
              <w:rPr>
                <w:rFonts w:ascii="Aptos" w:hAnsi="Aptos"/>
                <w:b/>
                <w:i/>
                <w:iCs/>
                <w:color w:val="24312B"/>
                <w:sz w:val="15"/>
                <w:szCs w:val="15"/>
              </w:rPr>
              <w:t>7.- Asentimiento informado</w:t>
            </w:r>
          </w:p>
        </w:tc>
        <w:tc>
          <w:tcPr>
            <w:tcW w:w="7796" w:type="dxa"/>
            <w:tcBorders>
              <w:top w:val="single" w:sz="4" w:space="0" w:color="B9D9C3"/>
              <w:left w:val="single" w:sz="4" w:space="0" w:color="B9D9C3"/>
              <w:bottom w:val="single" w:sz="4" w:space="0" w:color="B9D9C3"/>
              <w:right w:val="single" w:sz="4" w:space="0" w:color="B9D9C3"/>
            </w:tcBorders>
            <w:tcMar>
              <w:top w:w="2" w:type="dxa"/>
              <w:left w:w="4" w:type="dxa"/>
              <w:bottom w:w="2" w:type="dxa"/>
              <w:right w:w="4" w:type="dxa"/>
            </w:tcMar>
            <w:vAlign w:val="center"/>
          </w:tcPr>
          <w:p w14:paraId="10A97357" w14:textId="1C24A52C" w:rsidR="007A4918" w:rsidRPr="001704BE" w:rsidRDefault="0008147B" w:rsidP="00D322B8">
            <w:pPr>
              <w:spacing w:after="0" w:line="240" w:lineRule="auto"/>
              <w:rPr>
                <w:sz w:val="15"/>
                <w:szCs w:val="15"/>
              </w:rPr>
            </w:pPr>
            <w:r w:rsidRPr="0008147B">
              <w:rPr>
                <w:rFonts w:ascii="Aptos" w:hAnsi="Aptos"/>
                <w:color w:val="176B45"/>
                <w:sz w:val="18"/>
                <w:szCs w:val="18"/>
              </w:rPr>
              <w:t>☐</w:t>
            </w:r>
            <w:r w:rsidR="007A4918" w:rsidRPr="001704BE">
              <w:rPr>
                <w:rFonts w:ascii="Aptos" w:hAnsi="Aptos"/>
                <w:color w:val="176B45"/>
                <w:sz w:val="15"/>
                <w:szCs w:val="15"/>
              </w:rPr>
              <w:t xml:space="preserve">   ______________________________________________________________________</w:t>
            </w:r>
          </w:p>
        </w:tc>
      </w:tr>
      <w:tr w:rsidR="007A4918" w:rsidRPr="00D322B8" w14:paraId="1EF0DAD5" w14:textId="77777777" w:rsidTr="00C4294D">
        <w:trPr>
          <w:trHeight w:val="265"/>
        </w:trPr>
        <w:tc>
          <w:tcPr>
            <w:tcW w:w="2977" w:type="dxa"/>
            <w:tcBorders>
              <w:top w:val="single" w:sz="4" w:space="0" w:color="B9D9C3"/>
              <w:left w:val="single" w:sz="4" w:space="0" w:color="B9D9C3"/>
              <w:bottom w:val="single" w:sz="4" w:space="0" w:color="B9D9C3"/>
              <w:right w:val="single" w:sz="4" w:space="0" w:color="B9D9C3"/>
            </w:tcBorders>
            <w:shd w:val="clear" w:color="auto" w:fill="F7FBF8"/>
            <w:tcMar>
              <w:top w:w="2" w:type="dxa"/>
              <w:left w:w="4" w:type="dxa"/>
              <w:bottom w:w="2" w:type="dxa"/>
              <w:right w:w="4" w:type="dxa"/>
            </w:tcMar>
            <w:vAlign w:val="center"/>
          </w:tcPr>
          <w:p w14:paraId="40AF13B5" w14:textId="77777777" w:rsidR="007A4918" w:rsidRPr="001704BE" w:rsidRDefault="007A4918" w:rsidP="00D322B8">
            <w:pPr>
              <w:spacing w:after="0" w:line="240" w:lineRule="auto"/>
              <w:rPr>
                <w:i/>
                <w:iCs/>
                <w:sz w:val="15"/>
                <w:szCs w:val="15"/>
              </w:rPr>
            </w:pPr>
            <w:r w:rsidRPr="001704BE">
              <w:rPr>
                <w:rFonts w:ascii="Aptos" w:hAnsi="Aptos"/>
                <w:b/>
                <w:i/>
                <w:iCs/>
                <w:color w:val="24312B"/>
                <w:sz w:val="15"/>
                <w:szCs w:val="15"/>
              </w:rPr>
              <w:t>8.- Participación voluntaria</w:t>
            </w:r>
          </w:p>
        </w:tc>
        <w:tc>
          <w:tcPr>
            <w:tcW w:w="7796" w:type="dxa"/>
            <w:tcBorders>
              <w:top w:val="single" w:sz="4" w:space="0" w:color="B9D9C3"/>
              <w:left w:val="single" w:sz="4" w:space="0" w:color="B9D9C3"/>
              <w:bottom w:val="single" w:sz="4" w:space="0" w:color="B9D9C3"/>
              <w:right w:val="single" w:sz="4" w:space="0" w:color="B9D9C3"/>
            </w:tcBorders>
            <w:shd w:val="clear" w:color="auto" w:fill="F7FBF8"/>
            <w:tcMar>
              <w:top w:w="2" w:type="dxa"/>
              <w:left w:w="4" w:type="dxa"/>
              <w:bottom w:w="2" w:type="dxa"/>
              <w:right w:w="4" w:type="dxa"/>
            </w:tcMar>
            <w:vAlign w:val="center"/>
          </w:tcPr>
          <w:p w14:paraId="1793DF79" w14:textId="1126BD8A" w:rsidR="007A4918" w:rsidRPr="001704BE" w:rsidRDefault="0008147B" w:rsidP="00D322B8">
            <w:pPr>
              <w:spacing w:after="0" w:line="240" w:lineRule="auto"/>
              <w:rPr>
                <w:sz w:val="15"/>
                <w:szCs w:val="15"/>
              </w:rPr>
            </w:pPr>
            <w:r w:rsidRPr="0008147B">
              <w:rPr>
                <w:rFonts w:ascii="Aptos" w:hAnsi="Aptos"/>
                <w:color w:val="176B45"/>
                <w:sz w:val="18"/>
                <w:szCs w:val="18"/>
              </w:rPr>
              <w:t>☐</w:t>
            </w:r>
            <w:r w:rsidR="007A4918" w:rsidRPr="001704BE">
              <w:rPr>
                <w:rFonts w:ascii="Aptos" w:hAnsi="Aptos"/>
                <w:color w:val="176B45"/>
                <w:sz w:val="15"/>
                <w:szCs w:val="15"/>
              </w:rPr>
              <w:t xml:space="preserve">   ______________________________________________________________________</w:t>
            </w:r>
          </w:p>
        </w:tc>
      </w:tr>
      <w:tr w:rsidR="007A4918" w:rsidRPr="00D322B8" w14:paraId="1AFF3442" w14:textId="77777777" w:rsidTr="00C4294D">
        <w:trPr>
          <w:trHeight w:val="269"/>
        </w:trPr>
        <w:tc>
          <w:tcPr>
            <w:tcW w:w="2977" w:type="dxa"/>
            <w:tcBorders>
              <w:top w:val="single" w:sz="4" w:space="0" w:color="B9D9C3"/>
              <w:left w:val="single" w:sz="4" w:space="0" w:color="B9D9C3"/>
              <w:bottom w:val="single" w:sz="4" w:space="0" w:color="B9D9C3"/>
              <w:right w:val="single" w:sz="4" w:space="0" w:color="B9D9C3"/>
            </w:tcBorders>
            <w:tcMar>
              <w:top w:w="2" w:type="dxa"/>
              <w:left w:w="4" w:type="dxa"/>
              <w:bottom w:w="2" w:type="dxa"/>
              <w:right w:w="4" w:type="dxa"/>
            </w:tcMar>
            <w:vAlign w:val="center"/>
          </w:tcPr>
          <w:p w14:paraId="1907E7DC" w14:textId="77777777" w:rsidR="007A4918" w:rsidRPr="001704BE" w:rsidRDefault="007A4918" w:rsidP="00D322B8">
            <w:pPr>
              <w:spacing w:after="0" w:line="240" w:lineRule="auto"/>
              <w:rPr>
                <w:i/>
                <w:iCs/>
                <w:sz w:val="15"/>
                <w:szCs w:val="15"/>
              </w:rPr>
            </w:pPr>
            <w:r w:rsidRPr="001704BE">
              <w:rPr>
                <w:rFonts w:ascii="Aptos" w:hAnsi="Aptos"/>
                <w:b/>
                <w:i/>
                <w:iCs/>
                <w:color w:val="24312B"/>
                <w:sz w:val="15"/>
                <w:szCs w:val="15"/>
              </w:rPr>
              <w:t>9.- Posibles riesgos</w:t>
            </w:r>
          </w:p>
        </w:tc>
        <w:tc>
          <w:tcPr>
            <w:tcW w:w="7796" w:type="dxa"/>
            <w:tcBorders>
              <w:top w:val="single" w:sz="4" w:space="0" w:color="B9D9C3"/>
              <w:left w:val="single" w:sz="4" w:space="0" w:color="B9D9C3"/>
              <w:bottom w:val="single" w:sz="4" w:space="0" w:color="B9D9C3"/>
              <w:right w:val="single" w:sz="4" w:space="0" w:color="B9D9C3"/>
            </w:tcBorders>
            <w:tcMar>
              <w:top w:w="2" w:type="dxa"/>
              <w:left w:w="4" w:type="dxa"/>
              <w:bottom w:w="2" w:type="dxa"/>
              <w:right w:w="4" w:type="dxa"/>
            </w:tcMar>
            <w:vAlign w:val="center"/>
          </w:tcPr>
          <w:p w14:paraId="5F56AB87" w14:textId="01A5F16E" w:rsidR="007A4918" w:rsidRPr="001704BE" w:rsidRDefault="0008147B" w:rsidP="00D322B8">
            <w:pPr>
              <w:spacing w:after="0" w:line="240" w:lineRule="auto"/>
              <w:rPr>
                <w:sz w:val="15"/>
                <w:szCs w:val="15"/>
              </w:rPr>
            </w:pPr>
            <w:r w:rsidRPr="0008147B">
              <w:rPr>
                <w:rFonts w:ascii="Aptos" w:hAnsi="Aptos"/>
                <w:color w:val="176B45"/>
                <w:sz w:val="18"/>
                <w:szCs w:val="18"/>
              </w:rPr>
              <w:t>☐</w:t>
            </w:r>
            <w:r w:rsidR="007A4918" w:rsidRPr="001704BE">
              <w:rPr>
                <w:rFonts w:ascii="Aptos" w:hAnsi="Aptos"/>
                <w:color w:val="176B45"/>
                <w:sz w:val="15"/>
                <w:szCs w:val="15"/>
              </w:rPr>
              <w:t xml:space="preserve">   ______________________________________________________________________</w:t>
            </w:r>
          </w:p>
        </w:tc>
      </w:tr>
      <w:tr w:rsidR="007A4918" w:rsidRPr="00D322B8" w14:paraId="29756008" w14:textId="77777777" w:rsidTr="00C4294D">
        <w:trPr>
          <w:trHeight w:val="273"/>
        </w:trPr>
        <w:tc>
          <w:tcPr>
            <w:tcW w:w="2977" w:type="dxa"/>
            <w:tcBorders>
              <w:top w:val="single" w:sz="4" w:space="0" w:color="B9D9C3"/>
              <w:left w:val="single" w:sz="4" w:space="0" w:color="B9D9C3"/>
              <w:bottom w:val="single" w:sz="4" w:space="0" w:color="B9D9C3"/>
              <w:right w:val="single" w:sz="4" w:space="0" w:color="B9D9C3"/>
            </w:tcBorders>
            <w:shd w:val="clear" w:color="auto" w:fill="F7FBF8"/>
            <w:tcMar>
              <w:top w:w="2" w:type="dxa"/>
              <w:left w:w="4" w:type="dxa"/>
              <w:bottom w:w="2" w:type="dxa"/>
              <w:right w:w="4" w:type="dxa"/>
            </w:tcMar>
            <w:vAlign w:val="center"/>
          </w:tcPr>
          <w:p w14:paraId="4B849620" w14:textId="77777777" w:rsidR="007A4918" w:rsidRPr="001704BE" w:rsidRDefault="007A4918" w:rsidP="00D322B8">
            <w:pPr>
              <w:spacing w:after="0" w:line="240" w:lineRule="auto"/>
              <w:rPr>
                <w:i/>
                <w:iCs/>
                <w:sz w:val="15"/>
                <w:szCs w:val="15"/>
              </w:rPr>
            </w:pPr>
            <w:r w:rsidRPr="001704BE">
              <w:rPr>
                <w:rFonts w:ascii="Aptos" w:hAnsi="Aptos"/>
                <w:b/>
                <w:i/>
                <w:iCs/>
                <w:color w:val="24312B"/>
                <w:sz w:val="15"/>
                <w:szCs w:val="15"/>
              </w:rPr>
              <w:t>10.- Revocación de su asentimiento</w:t>
            </w:r>
          </w:p>
        </w:tc>
        <w:tc>
          <w:tcPr>
            <w:tcW w:w="7796" w:type="dxa"/>
            <w:tcBorders>
              <w:top w:val="single" w:sz="4" w:space="0" w:color="B9D9C3"/>
              <w:left w:val="single" w:sz="4" w:space="0" w:color="B9D9C3"/>
              <w:bottom w:val="single" w:sz="4" w:space="0" w:color="B9D9C3"/>
              <w:right w:val="single" w:sz="4" w:space="0" w:color="B9D9C3"/>
            </w:tcBorders>
            <w:shd w:val="clear" w:color="auto" w:fill="F7FBF8"/>
            <w:tcMar>
              <w:top w:w="2" w:type="dxa"/>
              <w:left w:w="4" w:type="dxa"/>
              <w:bottom w:w="2" w:type="dxa"/>
              <w:right w:w="4" w:type="dxa"/>
            </w:tcMar>
            <w:vAlign w:val="center"/>
          </w:tcPr>
          <w:p w14:paraId="388034C6" w14:textId="66D1E765" w:rsidR="007A4918" w:rsidRPr="001704BE" w:rsidRDefault="0008147B" w:rsidP="00D322B8">
            <w:pPr>
              <w:spacing w:after="0" w:line="240" w:lineRule="auto"/>
              <w:rPr>
                <w:sz w:val="15"/>
                <w:szCs w:val="15"/>
              </w:rPr>
            </w:pPr>
            <w:r w:rsidRPr="0008147B">
              <w:rPr>
                <w:rFonts w:ascii="Aptos" w:hAnsi="Aptos"/>
                <w:color w:val="176B45"/>
                <w:sz w:val="18"/>
                <w:szCs w:val="18"/>
              </w:rPr>
              <w:t>☐</w:t>
            </w:r>
            <w:r w:rsidR="007A4918" w:rsidRPr="001704BE">
              <w:rPr>
                <w:rFonts w:ascii="Aptos" w:hAnsi="Aptos"/>
                <w:color w:val="176B45"/>
                <w:sz w:val="15"/>
                <w:szCs w:val="15"/>
              </w:rPr>
              <w:t xml:space="preserve">   ______________________________________________________________________</w:t>
            </w:r>
          </w:p>
        </w:tc>
      </w:tr>
      <w:tr w:rsidR="007A4918" w:rsidRPr="00D322B8" w14:paraId="1CB87A17" w14:textId="77777777" w:rsidTr="00C4294D">
        <w:trPr>
          <w:trHeight w:val="405"/>
        </w:trPr>
        <w:tc>
          <w:tcPr>
            <w:tcW w:w="2977" w:type="dxa"/>
            <w:tcBorders>
              <w:top w:val="single" w:sz="4" w:space="0" w:color="B9D9C3"/>
              <w:left w:val="single" w:sz="4" w:space="0" w:color="B9D9C3"/>
              <w:bottom w:val="single" w:sz="4" w:space="0" w:color="B9D9C3"/>
              <w:right w:val="single" w:sz="4" w:space="0" w:color="B9D9C3"/>
            </w:tcBorders>
            <w:tcMar>
              <w:top w:w="2" w:type="dxa"/>
              <w:left w:w="4" w:type="dxa"/>
              <w:bottom w:w="2" w:type="dxa"/>
              <w:right w:w="4" w:type="dxa"/>
            </w:tcMar>
            <w:vAlign w:val="center"/>
          </w:tcPr>
          <w:p w14:paraId="16F1CD0E" w14:textId="77777777" w:rsidR="007A4918" w:rsidRPr="001704BE" w:rsidRDefault="007A4918" w:rsidP="00D322B8">
            <w:pPr>
              <w:spacing w:after="0" w:line="240" w:lineRule="auto"/>
              <w:rPr>
                <w:i/>
                <w:iCs/>
                <w:sz w:val="15"/>
                <w:szCs w:val="15"/>
                <w:lang w:val="es-MX"/>
              </w:rPr>
            </w:pPr>
            <w:r w:rsidRPr="001704BE">
              <w:rPr>
                <w:rFonts w:ascii="Aptos" w:hAnsi="Aptos"/>
                <w:b/>
                <w:i/>
                <w:iCs/>
                <w:color w:val="24312B"/>
                <w:sz w:val="15"/>
                <w:szCs w:val="15"/>
                <w:lang w:val="es-MX"/>
              </w:rPr>
              <w:t>11.- Objetivo de emplear órganos, tejidos y sus derivados</w:t>
            </w:r>
          </w:p>
        </w:tc>
        <w:tc>
          <w:tcPr>
            <w:tcW w:w="7796" w:type="dxa"/>
            <w:tcBorders>
              <w:top w:val="single" w:sz="4" w:space="0" w:color="B9D9C3"/>
              <w:left w:val="single" w:sz="4" w:space="0" w:color="B9D9C3"/>
              <w:bottom w:val="single" w:sz="4" w:space="0" w:color="B9D9C3"/>
              <w:right w:val="single" w:sz="4" w:space="0" w:color="B9D9C3"/>
            </w:tcBorders>
            <w:tcMar>
              <w:top w:w="2" w:type="dxa"/>
              <w:left w:w="4" w:type="dxa"/>
              <w:bottom w:w="2" w:type="dxa"/>
              <w:right w:w="4" w:type="dxa"/>
            </w:tcMar>
            <w:vAlign w:val="center"/>
          </w:tcPr>
          <w:p w14:paraId="555443C3" w14:textId="27E4B461" w:rsidR="007A4918" w:rsidRPr="001704BE" w:rsidRDefault="0008147B" w:rsidP="00D322B8">
            <w:pPr>
              <w:spacing w:after="0" w:line="240" w:lineRule="auto"/>
              <w:rPr>
                <w:sz w:val="15"/>
                <w:szCs w:val="15"/>
              </w:rPr>
            </w:pPr>
            <w:r w:rsidRPr="0008147B">
              <w:rPr>
                <w:rFonts w:ascii="Aptos" w:hAnsi="Aptos"/>
                <w:color w:val="176B45"/>
                <w:sz w:val="18"/>
                <w:szCs w:val="18"/>
              </w:rPr>
              <w:t>☐</w:t>
            </w:r>
            <w:r w:rsidR="007A4918" w:rsidRPr="001704BE">
              <w:rPr>
                <w:rFonts w:ascii="Aptos" w:hAnsi="Aptos"/>
                <w:color w:val="176B45"/>
                <w:sz w:val="15"/>
                <w:szCs w:val="15"/>
              </w:rPr>
              <w:t xml:space="preserve">   ______________________________________________________________________</w:t>
            </w:r>
          </w:p>
        </w:tc>
      </w:tr>
      <w:tr w:rsidR="007A4918" w:rsidRPr="00D322B8" w14:paraId="0D09D868" w14:textId="77777777" w:rsidTr="00C4294D">
        <w:trPr>
          <w:trHeight w:val="413"/>
        </w:trPr>
        <w:tc>
          <w:tcPr>
            <w:tcW w:w="2977" w:type="dxa"/>
            <w:tcBorders>
              <w:top w:val="single" w:sz="4" w:space="0" w:color="B9D9C3"/>
              <w:left w:val="single" w:sz="4" w:space="0" w:color="B9D9C3"/>
              <w:bottom w:val="single" w:sz="4" w:space="0" w:color="B9D9C3"/>
              <w:right w:val="single" w:sz="4" w:space="0" w:color="B9D9C3"/>
            </w:tcBorders>
            <w:shd w:val="clear" w:color="auto" w:fill="F7FBF8"/>
            <w:tcMar>
              <w:top w:w="2" w:type="dxa"/>
              <w:left w:w="4" w:type="dxa"/>
              <w:bottom w:w="2" w:type="dxa"/>
              <w:right w:w="4" w:type="dxa"/>
            </w:tcMar>
            <w:vAlign w:val="center"/>
          </w:tcPr>
          <w:p w14:paraId="6C308D8F" w14:textId="77777777" w:rsidR="007A4918" w:rsidRPr="001704BE" w:rsidRDefault="007A4918" w:rsidP="00D322B8">
            <w:pPr>
              <w:spacing w:after="0" w:line="240" w:lineRule="auto"/>
              <w:rPr>
                <w:i/>
                <w:iCs/>
                <w:sz w:val="15"/>
                <w:szCs w:val="15"/>
                <w:lang w:val="es-MX"/>
              </w:rPr>
            </w:pPr>
            <w:r w:rsidRPr="001704BE">
              <w:rPr>
                <w:rFonts w:ascii="Aptos" w:hAnsi="Aptos"/>
                <w:b/>
                <w:i/>
                <w:iCs/>
                <w:color w:val="24312B"/>
                <w:sz w:val="15"/>
                <w:szCs w:val="15"/>
                <w:lang w:val="es-MX"/>
              </w:rPr>
              <w:t>12.- Actividades de emplear órganos, tejidos y sus derivados</w:t>
            </w:r>
          </w:p>
        </w:tc>
        <w:tc>
          <w:tcPr>
            <w:tcW w:w="7796" w:type="dxa"/>
            <w:tcBorders>
              <w:top w:val="single" w:sz="4" w:space="0" w:color="B9D9C3"/>
              <w:left w:val="single" w:sz="4" w:space="0" w:color="B9D9C3"/>
              <w:bottom w:val="single" w:sz="4" w:space="0" w:color="B9D9C3"/>
              <w:right w:val="single" w:sz="4" w:space="0" w:color="B9D9C3"/>
            </w:tcBorders>
            <w:shd w:val="clear" w:color="auto" w:fill="F7FBF8"/>
            <w:tcMar>
              <w:top w:w="2" w:type="dxa"/>
              <w:left w:w="4" w:type="dxa"/>
              <w:bottom w:w="2" w:type="dxa"/>
              <w:right w:w="4" w:type="dxa"/>
            </w:tcMar>
            <w:vAlign w:val="center"/>
          </w:tcPr>
          <w:p w14:paraId="1DB3928C" w14:textId="7BC58076" w:rsidR="007A4918" w:rsidRPr="001704BE" w:rsidRDefault="0008147B" w:rsidP="00D322B8">
            <w:pPr>
              <w:spacing w:after="0" w:line="240" w:lineRule="auto"/>
              <w:rPr>
                <w:sz w:val="15"/>
                <w:szCs w:val="15"/>
              </w:rPr>
            </w:pPr>
            <w:r w:rsidRPr="0008147B">
              <w:rPr>
                <w:rFonts w:ascii="Aptos" w:hAnsi="Aptos"/>
                <w:color w:val="176B45"/>
                <w:sz w:val="18"/>
                <w:szCs w:val="18"/>
              </w:rPr>
              <w:t>☐</w:t>
            </w:r>
            <w:r w:rsidR="007A4918" w:rsidRPr="001704BE">
              <w:rPr>
                <w:rFonts w:ascii="Aptos" w:hAnsi="Aptos"/>
                <w:color w:val="176B45"/>
                <w:sz w:val="15"/>
                <w:szCs w:val="15"/>
              </w:rPr>
              <w:t xml:space="preserve">   ______________________________________________________________________</w:t>
            </w:r>
          </w:p>
        </w:tc>
      </w:tr>
      <w:tr w:rsidR="007A4918" w:rsidRPr="00D322B8" w14:paraId="29D91C11" w14:textId="77777777" w:rsidTr="00C4294D">
        <w:trPr>
          <w:trHeight w:val="419"/>
        </w:trPr>
        <w:tc>
          <w:tcPr>
            <w:tcW w:w="2977" w:type="dxa"/>
            <w:tcBorders>
              <w:top w:val="single" w:sz="4" w:space="0" w:color="B9D9C3"/>
              <w:left w:val="single" w:sz="4" w:space="0" w:color="B9D9C3"/>
              <w:bottom w:val="single" w:sz="4" w:space="0" w:color="B9D9C3"/>
              <w:right w:val="single" w:sz="4" w:space="0" w:color="B9D9C3"/>
            </w:tcBorders>
            <w:tcMar>
              <w:top w:w="2" w:type="dxa"/>
              <w:left w:w="4" w:type="dxa"/>
              <w:bottom w:w="2" w:type="dxa"/>
              <w:right w:w="4" w:type="dxa"/>
            </w:tcMar>
            <w:vAlign w:val="center"/>
          </w:tcPr>
          <w:p w14:paraId="4DBFD590" w14:textId="77777777" w:rsidR="007A4918" w:rsidRPr="001704BE" w:rsidRDefault="007A4918" w:rsidP="00D322B8">
            <w:pPr>
              <w:spacing w:after="0" w:line="240" w:lineRule="auto"/>
              <w:rPr>
                <w:i/>
                <w:iCs/>
                <w:sz w:val="15"/>
                <w:szCs w:val="15"/>
                <w:lang w:val="es-MX"/>
              </w:rPr>
            </w:pPr>
            <w:r w:rsidRPr="001704BE">
              <w:rPr>
                <w:rFonts w:ascii="Aptos" w:hAnsi="Aptos"/>
                <w:b/>
                <w:i/>
                <w:iCs/>
                <w:color w:val="24312B"/>
                <w:sz w:val="15"/>
                <w:szCs w:val="15"/>
                <w:lang w:val="es-MX"/>
              </w:rPr>
              <w:t>13.- Desecho de los órganos, tejidos y sus derivados</w:t>
            </w:r>
          </w:p>
        </w:tc>
        <w:tc>
          <w:tcPr>
            <w:tcW w:w="7796" w:type="dxa"/>
            <w:tcBorders>
              <w:top w:val="single" w:sz="4" w:space="0" w:color="B9D9C3"/>
              <w:left w:val="single" w:sz="4" w:space="0" w:color="B9D9C3"/>
              <w:bottom w:val="single" w:sz="4" w:space="0" w:color="B9D9C3"/>
              <w:right w:val="single" w:sz="4" w:space="0" w:color="B9D9C3"/>
            </w:tcBorders>
            <w:tcMar>
              <w:top w:w="2" w:type="dxa"/>
              <w:left w:w="4" w:type="dxa"/>
              <w:bottom w:w="2" w:type="dxa"/>
              <w:right w:w="4" w:type="dxa"/>
            </w:tcMar>
            <w:vAlign w:val="center"/>
          </w:tcPr>
          <w:p w14:paraId="5370CF9A" w14:textId="7F4DC80A" w:rsidR="007A4918" w:rsidRPr="001704BE" w:rsidRDefault="0008147B" w:rsidP="00D322B8">
            <w:pPr>
              <w:spacing w:after="0" w:line="240" w:lineRule="auto"/>
              <w:rPr>
                <w:sz w:val="15"/>
                <w:szCs w:val="15"/>
              </w:rPr>
            </w:pPr>
            <w:r w:rsidRPr="0008147B">
              <w:rPr>
                <w:rFonts w:ascii="Aptos" w:hAnsi="Aptos"/>
                <w:color w:val="176B45"/>
                <w:sz w:val="18"/>
                <w:szCs w:val="18"/>
              </w:rPr>
              <w:t>☐</w:t>
            </w:r>
            <w:r w:rsidR="007A4918" w:rsidRPr="001704BE">
              <w:rPr>
                <w:rFonts w:ascii="Aptos" w:hAnsi="Aptos"/>
                <w:color w:val="176B45"/>
                <w:sz w:val="15"/>
                <w:szCs w:val="15"/>
              </w:rPr>
              <w:t xml:space="preserve">   ______________________________________________________________________</w:t>
            </w:r>
          </w:p>
        </w:tc>
      </w:tr>
      <w:tr w:rsidR="007A4918" w:rsidRPr="00D322B8" w14:paraId="6AEB2AC0" w14:textId="77777777" w:rsidTr="00C4294D">
        <w:trPr>
          <w:trHeight w:val="269"/>
        </w:trPr>
        <w:tc>
          <w:tcPr>
            <w:tcW w:w="2977" w:type="dxa"/>
            <w:tcBorders>
              <w:top w:val="single" w:sz="4" w:space="0" w:color="B9D9C3"/>
              <w:left w:val="single" w:sz="4" w:space="0" w:color="B9D9C3"/>
              <w:bottom w:val="single" w:sz="4" w:space="0" w:color="B9D9C3"/>
              <w:right w:val="single" w:sz="4" w:space="0" w:color="B9D9C3"/>
            </w:tcBorders>
            <w:shd w:val="clear" w:color="auto" w:fill="F7FBF8"/>
            <w:tcMar>
              <w:top w:w="2" w:type="dxa"/>
              <w:left w:w="4" w:type="dxa"/>
              <w:bottom w:w="2" w:type="dxa"/>
              <w:right w:w="4" w:type="dxa"/>
            </w:tcMar>
            <w:vAlign w:val="center"/>
          </w:tcPr>
          <w:p w14:paraId="091678D8" w14:textId="77777777" w:rsidR="007A4918" w:rsidRPr="001704BE" w:rsidRDefault="007A4918" w:rsidP="00D322B8">
            <w:pPr>
              <w:spacing w:after="0" w:line="240" w:lineRule="auto"/>
              <w:rPr>
                <w:i/>
                <w:iCs/>
                <w:sz w:val="15"/>
                <w:szCs w:val="15"/>
                <w:lang w:val="es-MX"/>
              </w:rPr>
            </w:pPr>
            <w:r w:rsidRPr="001704BE">
              <w:rPr>
                <w:rFonts w:ascii="Aptos" w:hAnsi="Aptos"/>
                <w:b/>
                <w:i/>
                <w:iCs/>
                <w:color w:val="24312B"/>
                <w:sz w:val="15"/>
                <w:szCs w:val="15"/>
                <w:lang w:val="es-MX"/>
              </w:rPr>
              <w:t>14.- Instalaciones y equipo de laboratorio</w:t>
            </w:r>
          </w:p>
        </w:tc>
        <w:tc>
          <w:tcPr>
            <w:tcW w:w="7796" w:type="dxa"/>
            <w:tcBorders>
              <w:top w:val="single" w:sz="4" w:space="0" w:color="B9D9C3"/>
              <w:left w:val="single" w:sz="4" w:space="0" w:color="B9D9C3"/>
              <w:bottom w:val="single" w:sz="4" w:space="0" w:color="B9D9C3"/>
              <w:right w:val="single" w:sz="4" w:space="0" w:color="B9D9C3"/>
            </w:tcBorders>
            <w:shd w:val="clear" w:color="auto" w:fill="F7FBF8"/>
            <w:tcMar>
              <w:top w:w="2" w:type="dxa"/>
              <w:left w:w="4" w:type="dxa"/>
              <w:bottom w:w="2" w:type="dxa"/>
              <w:right w:w="4" w:type="dxa"/>
            </w:tcMar>
            <w:vAlign w:val="center"/>
          </w:tcPr>
          <w:p w14:paraId="3E26A094" w14:textId="3038A0BA" w:rsidR="007A4918" w:rsidRPr="001704BE" w:rsidRDefault="0008147B" w:rsidP="00D322B8">
            <w:pPr>
              <w:spacing w:after="0" w:line="240" w:lineRule="auto"/>
              <w:rPr>
                <w:sz w:val="15"/>
                <w:szCs w:val="15"/>
              </w:rPr>
            </w:pPr>
            <w:r w:rsidRPr="0008147B">
              <w:rPr>
                <w:rFonts w:ascii="Aptos" w:hAnsi="Aptos"/>
                <w:color w:val="176B45"/>
                <w:sz w:val="18"/>
                <w:szCs w:val="18"/>
              </w:rPr>
              <w:t>☐</w:t>
            </w:r>
            <w:r w:rsidR="007A4918" w:rsidRPr="001704BE">
              <w:rPr>
                <w:rFonts w:ascii="Aptos" w:hAnsi="Aptos"/>
                <w:color w:val="176B45"/>
                <w:sz w:val="15"/>
                <w:szCs w:val="15"/>
              </w:rPr>
              <w:t xml:space="preserve">   ______________________________________________________________________</w:t>
            </w:r>
          </w:p>
        </w:tc>
      </w:tr>
      <w:tr w:rsidR="007A4918" w:rsidRPr="00D322B8" w14:paraId="16FC4226" w14:textId="77777777" w:rsidTr="00C4294D">
        <w:trPr>
          <w:trHeight w:val="273"/>
        </w:trPr>
        <w:tc>
          <w:tcPr>
            <w:tcW w:w="2977" w:type="dxa"/>
            <w:tcBorders>
              <w:top w:val="single" w:sz="4" w:space="0" w:color="B9D9C3"/>
              <w:left w:val="single" w:sz="4" w:space="0" w:color="B9D9C3"/>
              <w:bottom w:val="single" w:sz="4" w:space="0" w:color="B9D9C3"/>
              <w:right w:val="single" w:sz="4" w:space="0" w:color="B9D9C3"/>
            </w:tcBorders>
            <w:tcMar>
              <w:top w:w="2" w:type="dxa"/>
              <w:left w:w="4" w:type="dxa"/>
              <w:bottom w:w="2" w:type="dxa"/>
              <w:right w:w="4" w:type="dxa"/>
            </w:tcMar>
            <w:vAlign w:val="center"/>
          </w:tcPr>
          <w:p w14:paraId="5AD3F18C" w14:textId="77777777" w:rsidR="007A4918" w:rsidRPr="001704BE" w:rsidRDefault="007A4918" w:rsidP="00D322B8">
            <w:pPr>
              <w:spacing w:after="0" w:line="240" w:lineRule="auto"/>
              <w:rPr>
                <w:i/>
                <w:iCs/>
                <w:sz w:val="15"/>
                <w:szCs w:val="15"/>
              </w:rPr>
            </w:pPr>
            <w:r w:rsidRPr="001704BE">
              <w:rPr>
                <w:rFonts w:ascii="Aptos" w:hAnsi="Aptos"/>
                <w:b/>
                <w:i/>
                <w:iCs/>
                <w:color w:val="24312B"/>
                <w:sz w:val="15"/>
                <w:szCs w:val="15"/>
              </w:rPr>
              <w:t>15.- Manual de procedimientos</w:t>
            </w:r>
          </w:p>
        </w:tc>
        <w:tc>
          <w:tcPr>
            <w:tcW w:w="7796" w:type="dxa"/>
            <w:tcBorders>
              <w:top w:val="single" w:sz="4" w:space="0" w:color="B9D9C3"/>
              <w:left w:val="single" w:sz="4" w:space="0" w:color="B9D9C3"/>
              <w:bottom w:val="single" w:sz="4" w:space="0" w:color="B9D9C3"/>
              <w:right w:val="single" w:sz="4" w:space="0" w:color="B9D9C3"/>
            </w:tcBorders>
            <w:tcMar>
              <w:top w:w="2" w:type="dxa"/>
              <w:left w:w="4" w:type="dxa"/>
              <w:bottom w:w="2" w:type="dxa"/>
              <w:right w:w="4" w:type="dxa"/>
            </w:tcMar>
            <w:vAlign w:val="center"/>
          </w:tcPr>
          <w:p w14:paraId="0FE673FC" w14:textId="0E218C43" w:rsidR="007A4918" w:rsidRPr="001704BE" w:rsidRDefault="0008147B" w:rsidP="00D322B8">
            <w:pPr>
              <w:spacing w:after="0" w:line="240" w:lineRule="auto"/>
              <w:rPr>
                <w:sz w:val="15"/>
                <w:szCs w:val="15"/>
              </w:rPr>
            </w:pPr>
            <w:r w:rsidRPr="0008147B">
              <w:rPr>
                <w:rFonts w:ascii="Aptos" w:hAnsi="Aptos"/>
                <w:color w:val="176B45"/>
                <w:sz w:val="18"/>
                <w:szCs w:val="18"/>
              </w:rPr>
              <w:t>☐</w:t>
            </w:r>
            <w:r w:rsidR="007A4918" w:rsidRPr="001704BE">
              <w:rPr>
                <w:rFonts w:ascii="Aptos" w:hAnsi="Aptos"/>
                <w:color w:val="176B45"/>
                <w:sz w:val="15"/>
                <w:szCs w:val="15"/>
              </w:rPr>
              <w:t xml:space="preserve">   ______________________________________________________________________</w:t>
            </w:r>
          </w:p>
        </w:tc>
      </w:tr>
      <w:tr w:rsidR="007A4918" w:rsidRPr="00D322B8" w14:paraId="75E65CDE" w14:textId="77777777" w:rsidTr="00C4294D">
        <w:trPr>
          <w:trHeight w:val="263"/>
        </w:trPr>
        <w:tc>
          <w:tcPr>
            <w:tcW w:w="2977" w:type="dxa"/>
            <w:tcBorders>
              <w:top w:val="single" w:sz="4" w:space="0" w:color="B9D9C3"/>
              <w:left w:val="single" w:sz="4" w:space="0" w:color="B9D9C3"/>
              <w:bottom w:val="single" w:sz="4" w:space="0" w:color="B9D9C3"/>
              <w:right w:val="single" w:sz="4" w:space="0" w:color="B9D9C3"/>
            </w:tcBorders>
            <w:shd w:val="clear" w:color="auto" w:fill="F7FBF8"/>
            <w:tcMar>
              <w:top w:w="2" w:type="dxa"/>
              <w:left w:w="4" w:type="dxa"/>
              <w:bottom w:w="2" w:type="dxa"/>
              <w:right w:w="4" w:type="dxa"/>
            </w:tcMar>
            <w:vAlign w:val="center"/>
          </w:tcPr>
          <w:p w14:paraId="668256BD" w14:textId="77777777" w:rsidR="007A4918" w:rsidRPr="001704BE" w:rsidRDefault="007A4918" w:rsidP="00D322B8">
            <w:pPr>
              <w:spacing w:after="0" w:line="240" w:lineRule="auto"/>
              <w:rPr>
                <w:i/>
                <w:iCs/>
                <w:sz w:val="15"/>
                <w:szCs w:val="15"/>
              </w:rPr>
            </w:pPr>
            <w:r w:rsidRPr="001704BE">
              <w:rPr>
                <w:rFonts w:ascii="Aptos" w:hAnsi="Aptos"/>
                <w:b/>
                <w:i/>
                <w:iCs/>
                <w:color w:val="24312B"/>
                <w:sz w:val="15"/>
                <w:szCs w:val="15"/>
              </w:rPr>
              <w:t>16.- Riegos</w:t>
            </w:r>
          </w:p>
        </w:tc>
        <w:tc>
          <w:tcPr>
            <w:tcW w:w="7796" w:type="dxa"/>
            <w:tcBorders>
              <w:top w:val="single" w:sz="4" w:space="0" w:color="B9D9C3"/>
              <w:left w:val="single" w:sz="4" w:space="0" w:color="B9D9C3"/>
              <w:bottom w:val="single" w:sz="4" w:space="0" w:color="B9D9C3"/>
              <w:right w:val="single" w:sz="4" w:space="0" w:color="B9D9C3"/>
            </w:tcBorders>
            <w:shd w:val="clear" w:color="auto" w:fill="F7FBF8"/>
            <w:tcMar>
              <w:top w:w="2" w:type="dxa"/>
              <w:left w:w="4" w:type="dxa"/>
              <w:bottom w:w="2" w:type="dxa"/>
              <w:right w:w="4" w:type="dxa"/>
            </w:tcMar>
            <w:vAlign w:val="center"/>
          </w:tcPr>
          <w:p w14:paraId="31466D93" w14:textId="2235A3DA" w:rsidR="007A4918" w:rsidRPr="001704BE" w:rsidRDefault="0008147B" w:rsidP="00D322B8">
            <w:pPr>
              <w:spacing w:after="0" w:line="240" w:lineRule="auto"/>
              <w:rPr>
                <w:sz w:val="15"/>
                <w:szCs w:val="15"/>
              </w:rPr>
            </w:pPr>
            <w:r w:rsidRPr="0008147B">
              <w:rPr>
                <w:rFonts w:ascii="Aptos" w:hAnsi="Aptos"/>
                <w:color w:val="176B45"/>
                <w:sz w:val="18"/>
                <w:szCs w:val="18"/>
              </w:rPr>
              <w:t>☐</w:t>
            </w:r>
            <w:r w:rsidR="007A4918" w:rsidRPr="001704BE">
              <w:rPr>
                <w:rFonts w:ascii="Aptos" w:hAnsi="Aptos"/>
                <w:color w:val="176B45"/>
                <w:sz w:val="15"/>
                <w:szCs w:val="15"/>
              </w:rPr>
              <w:t xml:space="preserve">   ______________________________________________________________________</w:t>
            </w:r>
          </w:p>
        </w:tc>
      </w:tr>
      <w:tr w:rsidR="007A4918" w:rsidRPr="00D322B8" w14:paraId="4F72FF11" w14:textId="77777777" w:rsidTr="00C4294D">
        <w:trPr>
          <w:trHeight w:val="281"/>
        </w:trPr>
        <w:tc>
          <w:tcPr>
            <w:tcW w:w="2977" w:type="dxa"/>
            <w:tcBorders>
              <w:top w:val="single" w:sz="4" w:space="0" w:color="B9D9C3"/>
              <w:left w:val="single" w:sz="4" w:space="0" w:color="B9D9C3"/>
              <w:bottom w:val="single" w:sz="4" w:space="0" w:color="B9D9C3"/>
              <w:right w:val="single" w:sz="4" w:space="0" w:color="B9D9C3"/>
            </w:tcBorders>
            <w:tcMar>
              <w:top w:w="2" w:type="dxa"/>
              <w:left w:w="4" w:type="dxa"/>
              <w:bottom w:w="2" w:type="dxa"/>
              <w:right w:w="4" w:type="dxa"/>
            </w:tcMar>
            <w:vAlign w:val="center"/>
          </w:tcPr>
          <w:p w14:paraId="2185A0E5" w14:textId="77777777" w:rsidR="007A4918" w:rsidRPr="001704BE" w:rsidRDefault="007A4918" w:rsidP="00D322B8">
            <w:pPr>
              <w:spacing w:after="0" w:line="240" w:lineRule="auto"/>
              <w:rPr>
                <w:i/>
                <w:iCs/>
                <w:sz w:val="15"/>
                <w:szCs w:val="15"/>
              </w:rPr>
            </w:pPr>
            <w:r w:rsidRPr="001704BE">
              <w:rPr>
                <w:rFonts w:ascii="Aptos" w:hAnsi="Aptos"/>
                <w:b/>
                <w:i/>
                <w:iCs/>
                <w:color w:val="24312B"/>
                <w:sz w:val="15"/>
                <w:szCs w:val="15"/>
              </w:rPr>
              <w:t>17.- Desecho de los microorganismos</w:t>
            </w:r>
          </w:p>
        </w:tc>
        <w:tc>
          <w:tcPr>
            <w:tcW w:w="7796" w:type="dxa"/>
            <w:tcBorders>
              <w:top w:val="single" w:sz="4" w:space="0" w:color="B9D9C3"/>
              <w:left w:val="single" w:sz="4" w:space="0" w:color="B9D9C3"/>
              <w:bottom w:val="single" w:sz="4" w:space="0" w:color="B9D9C3"/>
              <w:right w:val="single" w:sz="4" w:space="0" w:color="B9D9C3"/>
            </w:tcBorders>
            <w:tcMar>
              <w:top w:w="2" w:type="dxa"/>
              <w:left w:w="4" w:type="dxa"/>
              <w:bottom w:w="2" w:type="dxa"/>
              <w:right w:w="4" w:type="dxa"/>
            </w:tcMar>
            <w:vAlign w:val="center"/>
          </w:tcPr>
          <w:p w14:paraId="1E7A2891" w14:textId="4AF5430B" w:rsidR="007A4918" w:rsidRPr="001704BE" w:rsidRDefault="0008147B" w:rsidP="00D322B8">
            <w:pPr>
              <w:spacing w:after="0" w:line="240" w:lineRule="auto"/>
              <w:rPr>
                <w:sz w:val="15"/>
                <w:szCs w:val="15"/>
              </w:rPr>
            </w:pPr>
            <w:r w:rsidRPr="0008147B">
              <w:rPr>
                <w:rFonts w:ascii="Aptos" w:hAnsi="Aptos"/>
                <w:color w:val="176B45"/>
                <w:sz w:val="18"/>
                <w:szCs w:val="18"/>
              </w:rPr>
              <w:t>☐</w:t>
            </w:r>
            <w:r w:rsidR="007A4918" w:rsidRPr="001704BE">
              <w:rPr>
                <w:rFonts w:ascii="Aptos" w:hAnsi="Aptos"/>
                <w:color w:val="176B45"/>
                <w:sz w:val="15"/>
                <w:szCs w:val="15"/>
              </w:rPr>
              <w:t xml:space="preserve">   ______________________________________________________________________</w:t>
            </w:r>
          </w:p>
        </w:tc>
      </w:tr>
      <w:tr w:rsidR="007A4918" w:rsidRPr="00D322B8" w14:paraId="7258CA7D" w14:textId="77777777" w:rsidTr="00C4294D">
        <w:trPr>
          <w:trHeight w:val="413"/>
        </w:trPr>
        <w:tc>
          <w:tcPr>
            <w:tcW w:w="2977" w:type="dxa"/>
            <w:tcBorders>
              <w:top w:val="single" w:sz="4" w:space="0" w:color="B9D9C3"/>
              <w:left w:val="single" w:sz="4" w:space="0" w:color="B9D9C3"/>
              <w:bottom w:val="single" w:sz="4" w:space="0" w:color="B9D9C3"/>
              <w:right w:val="single" w:sz="4" w:space="0" w:color="B9D9C3"/>
            </w:tcBorders>
            <w:shd w:val="clear" w:color="auto" w:fill="F7FBF8"/>
            <w:tcMar>
              <w:top w:w="2" w:type="dxa"/>
              <w:left w:w="4" w:type="dxa"/>
              <w:bottom w:w="2" w:type="dxa"/>
              <w:right w:w="4" w:type="dxa"/>
            </w:tcMar>
            <w:vAlign w:val="center"/>
          </w:tcPr>
          <w:p w14:paraId="09B01874" w14:textId="77777777" w:rsidR="007A4918" w:rsidRPr="001704BE" w:rsidRDefault="007A4918" w:rsidP="00D322B8">
            <w:pPr>
              <w:spacing w:after="0" w:line="240" w:lineRule="auto"/>
              <w:rPr>
                <w:i/>
                <w:iCs/>
                <w:sz w:val="15"/>
                <w:szCs w:val="15"/>
                <w:lang w:val="es-MX"/>
              </w:rPr>
            </w:pPr>
            <w:r w:rsidRPr="001704BE">
              <w:rPr>
                <w:rFonts w:ascii="Aptos" w:hAnsi="Aptos"/>
                <w:b/>
                <w:i/>
                <w:iCs/>
                <w:color w:val="24312B"/>
                <w:sz w:val="15"/>
                <w:szCs w:val="15"/>
                <w:lang w:val="es-MX"/>
              </w:rPr>
              <w:t>18.- Problemas éticos respecto a los participantes</w:t>
            </w:r>
          </w:p>
        </w:tc>
        <w:tc>
          <w:tcPr>
            <w:tcW w:w="7796" w:type="dxa"/>
            <w:tcBorders>
              <w:top w:val="single" w:sz="4" w:space="0" w:color="B9D9C3"/>
              <w:left w:val="single" w:sz="4" w:space="0" w:color="B9D9C3"/>
              <w:bottom w:val="single" w:sz="4" w:space="0" w:color="B9D9C3"/>
              <w:right w:val="single" w:sz="4" w:space="0" w:color="B9D9C3"/>
            </w:tcBorders>
            <w:shd w:val="clear" w:color="auto" w:fill="F7FBF8"/>
            <w:tcMar>
              <w:top w:w="2" w:type="dxa"/>
              <w:left w:w="4" w:type="dxa"/>
              <w:bottom w:w="2" w:type="dxa"/>
              <w:right w:w="4" w:type="dxa"/>
            </w:tcMar>
            <w:vAlign w:val="center"/>
          </w:tcPr>
          <w:p w14:paraId="43A6D57C" w14:textId="7E25FA80" w:rsidR="007A4918" w:rsidRPr="001704BE" w:rsidRDefault="0008147B" w:rsidP="00D322B8">
            <w:pPr>
              <w:spacing w:after="0" w:line="240" w:lineRule="auto"/>
              <w:rPr>
                <w:sz w:val="15"/>
                <w:szCs w:val="15"/>
              </w:rPr>
            </w:pPr>
            <w:r w:rsidRPr="0008147B">
              <w:rPr>
                <w:rFonts w:ascii="Aptos" w:hAnsi="Aptos"/>
                <w:color w:val="176B45"/>
                <w:sz w:val="18"/>
                <w:szCs w:val="18"/>
              </w:rPr>
              <w:t>☐</w:t>
            </w:r>
            <w:r w:rsidR="007A4918" w:rsidRPr="001704BE">
              <w:rPr>
                <w:rFonts w:ascii="Aptos" w:hAnsi="Aptos"/>
                <w:color w:val="176B45"/>
                <w:sz w:val="15"/>
                <w:szCs w:val="15"/>
              </w:rPr>
              <w:t xml:space="preserve">   ______________________________________________________________________</w:t>
            </w:r>
          </w:p>
        </w:tc>
      </w:tr>
      <w:tr w:rsidR="007A4918" w:rsidRPr="00D322B8" w14:paraId="02FAD42E" w14:textId="77777777" w:rsidTr="00C4294D">
        <w:trPr>
          <w:trHeight w:val="391"/>
        </w:trPr>
        <w:tc>
          <w:tcPr>
            <w:tcW w:w="2977" w:type="dxa"/>
            <w:tcBorders>
              <w:top w:val="single" w:sz="4" w:space="0" w:color="B9D9C3"/>
              <w:left w:val="single" w:sz="4" w:space="0" w:color="B9D9C3"/>
              <w:bottom w:val="single" w:sz="4" w:space="0" w:color="B9D9C3"/>
              <w:right w:val="single" w:sz="4" w:space="0" w:color="B9D9C3"/>
            </w:tcBorders>
            <w:tcMar>
              <w:top w:w="2" w:type="dxa"/>
              <w:left w:w="4" w:type="dxa"/>
              <w:bottom w:w="2" w:type="dxa"/>
              <w:right w:w="4" w:type="dxa"/>
            </w:tcMar>
            <w:vAlign w:val="center"/>
          </w:tcPr>
          <w:p w14:paraId="535D1273" w14:textId="77777777" w:rsidR="007A4918" w:rsidRPr="001704BE" w:rsidRDefault="007A4918" w:rsidP="00D322B8">
            <w:pPr>
              <w:spacing w:after="0" w:line="240" w:lineRule="auto"/>
              <w:rPr>
                <w:i/>
                <w:iCs/>
                <w:sz w:val="15"/>
                <w:szCs w:val="15"/>
                <w:lang w:val="es-MX"/>
              </w:rPr>
            </w:pPr>
            <w:r w:rsidRPr="001704BE">
              <w:rPr>
                <w:rFonts w:ascii="Aptos" w:hAnsi="Aptos"/>
                <w:b/>
                <w:i/>
                <w:iCs/>
                <w:color w:val="24312B"/>
                <w:sz w:val="15"/>
                <w:szCs w:val="15"/>
                <w:lang w:val="es-MX"/>
              </w:rPr>
              <w:t>19.- Problemas éticos en el desarrollo del trabajo</w:t>
            </w:r>
          </w:p>
        </w:tc>
        <w:tc>
          <w:tcPr>
            <w:tcW w:w="7796" w:type="dxa"/>
            <w:tcBorders>
              <w:top w:val="single" w:sz="4" w:space="0" w:color="B9D9C3"/>
              <w:left w:val="single" w:sz="4" w:space="0" w:color="B9D9C3"/>
              <w:bottom w:val="single" w:sz="4" w:space="0" w:color="B9D9C3"/>
              <w:right w:val="single" w:sz="4" w:space="0" w:color="B9D9C3"/>
            </w:tcBorders>
            <w:tcMar>
              <w:top w:w="2" w:type="dxa"/>
              <w:left w:w="4" w:type="dxa"/>
              <w:bottom w:w="2" w:type="dxa"/>
              <w:right w:w="4" w:type="dxa"/>
            </w:tcMar>
            <w:vAlign w:val="center"/>
          </w:tcPr>
          <w:p w14:paraId="34999521" w14:textId="5712D684" w:rsidR="007A4918" w:rsidRPr="001704BE" w:rsidRDefault="0008147B" w:rsidP="00D322B8">
            <w:pPr>
              <w:spacing w:after="0" w:line="240" w:lineRule="auto"/>
              <w:rPr>
                <w:sz w:val="15"/>
                <w:szCs w:val="15"/>
              </w:rPr>
            </w:pPr>
            <w:r w:rsidRPr="0008147B">
              <w:rPr>
                <w:rFonts w:ascii="Aptos" w:hAnsi="Aptos"/>
                <w:color w:val="176B45"/>
                <w:sz w:val="18"/>
                <w:szCs w:val="18"/>
              </w:rPr>
              <w:t>☐</w:t>
            </w:r>
            <w:r w:rsidR="007A4918" w:rsidRPr="001704BE">
              <w:rPr>
                <w:rFonts w:ascii="Aptos" w:hAnsi="Aptos"/>
                <w:color w:val="176B45"/>
                <w:sz w:val="15"/>
                <w:szCs w:val="15"/>
              </w:rPr>
              <w:t xml:space="preserve">   ______________________________________________________________________</w:t>
            </w:r>
          </w:p>
        </w:tc>
      </w:tr>
      <w:tr w:rsidR="007A4918" w:rsidRPr="00D322B8" w14:paraId="53C2801C" w14:textId="77777777" w:rsidTr="00C4294D">
        <w:trPr>
          <w:trHeight w:val="411"/>
        </w:trPr>
        <w:tc>
          <w:tcPr>
            <w:tcW w:w="2977" w:type="dxa"/>
            <w:tcBorders>
              <w:top w:val="single" w:sz="4" w:space="0" w:color="B9D9C3"/>
              <w:left w:val="single" w:sz="4" w:space="0" w:color="B9D9C3"/>
              <w:bottom w:val="single" w:sz="4" w:space="0" w:color="B9D9C3"/>
              <w:right w:val="single" w:sz="4" w:space="0" w:color="B9D9C3"/>
            </w:tcBorders>
            <w:shd w:val="clear" w:color="auto" w:fill="F7FBF8"/>
            <w:tcMar>
              <w:top w:w="2" w:type="dxa"/>
              <w:left w:w="4" w:type="dxa"/>
              <w:bottom w:w="2" w:type="dxa"/>
              <w:right w:w="4" w:type="dxa"/>
            </w:tcMar>
            <w:vAlign w:val="center"/>
          </w:tcPr>
          <w:p w14:paraId="6BAA9D3C" w14:textId="77777777" w:rsidR="007A4918" w:rsidRPr="001704BE" w:rsidRDefault="007A4918" w:rsidP="00D322B8">
            <w:pPr>
              <w:spacing w:after="0" w:line="240" w:lineRule="auto"/>
              <w:rPr>
                <w:i/>
                <w:iCs/>
                <w:sz w:val="15"/>
                <w:szCs w:val="15"/>
                <w:lang w:val="es-MX"/>
              </w:rPr>
            </w:pPr>
            <w:r w:rsidRPr="001704BE">
              <w:rPr>
                <w:rFonts w:ascii="Aptos" w:hAnsi="Aptos"/>
                <w:b/>
                <w:i/>
                <w:iCs/>
                <w:color w:val="24312B"/>
                <w:sz w:val="15"/>
                <w:szCs w:val="15"/>
                <w:lang w:val="es-MX"/>
              </w:rPr>
              <w:t>20.- Problemas éticos del propio investigador</w:t>
            </w:r>
          </w:p>
        </w:tc>
        <w:tc>
          <w:tcPr>
            <w:tcW w:w="7796" w:type="dxa"/>
            <w:tcBorders>
              <w:top w:val="single" w:sz="4" w:space="0" w:color="B9D9C3"/>
              <w:left w:val="single" w:sz="4" w:space="0" w:color="B9D9C3"/>
              <w:bottom w:val="single" w:sz="4" w:space="0" w:color="B9D9C3"/>
              <w:right w:val="single" w:sz="4" w:space="0" w:color="B9D9C3"/>
            </w:tcBorders>
            <w:shd w:val="clear" w:color="auto" w:fill="F7FBF8"/>
            <w:tcMar>
              <w:top w:w="2" w:type="dxa"/>
              <w:left w:w="4" w:type="dxa"/>
              <w:bottom w:w="2" w:type="dxa"/>
              <w:right w:w="4" w:type="dxa"/>
            </w:tcMar>
            <w:vAlign w:val="center"/>
          </w:tcPr>
          <w:p w14:paraId="0B5EED4E" w14:textId="4148B72A" w:rsidR="007A4918" w:rsidRPr="001704BE" w:rsidRDefault="0008147B" w:rsidP="00D322B8">
            <w:pPr>
              <w:spacing w:after="0" w:line="240" w:lineRule="auto"/>
              <w:rPr>
                <w:sz w:val="15"/>
                <w:szCs w:val="15"/>
              </w:rPr>
            </w:pPr>
            <w:r w:rsidRPr="0008147B">
              <w:rPr>
                <w:rFonts w:ascii="Aptos" w:hAnsi="Aptos"/>
                <w:color w:val="176B45"/>
                <w:sz w:val="18"/>
                <w:szCs w:val="18"/>
              </w:rPr>
              <w:t>☐</w:t>
            </w:r>
            <w:r w:rsidR="007A4918" w:rsidRPr="001704BE">
              <w:rPr>
                <w:rFonts w:ascii="Aptos" w:hAnsi="Aptos"/>
                <w:color w:val="176B45"/>
                <w:sz w:val="15"/>
                <w:szCs w:val="15"/>
              </w:rPr>
              <w:t xml:space="preserve">   ______________________________________________________________________</w:t>
            </w:r>
          </w:p>
        </w:tc>
      </w:tr>
      <w:tr w:rsidR="007A4918" w:rsidRPr="00D322B8" w14:paraId="1B09F496" w14:textId="77777777" w:rsidTr="00C4294D">
        <w:trPr>
          <w:trHeight w:val="275"/>
        </w:trPr>
        <w:tc>
          <w:tcPr>
            <w:tcW w:w="2977" w:type="dxa"/>
            <w:tcBorders>
              <w:top w:val="single" w:sz="4" w:space="0" w:color="B9D9C3"/>
              <w:left w:val="single" w:sz="4" w:space="0" w:color="B9D9C3"/>
              <w:bottom w:val="single" w:sz="4" w:space="0" w:color="B9D9C3"/>
              <w:right w:val="single" w:sz="4" w:space="0" w:color="B9D9C3"/>
            </w:tcBorders>
            <w:tcMar>
              <w:top w:w="2" w:type="dxa"/>
              <w:left w:w="4" w:type="dxa"/>
              <w:bottom w:w="2" w:type="dxa"/>
              <w:right w:w="4" w:type="dxa"/>
            </w:tcMar>
            <w:vAlign w:val="center"/>
          </w:tcPr>
          <w:p w14:paraId="67B9838B" w14:textId="77777777" w:rsidR="007A4918" w:rsidRPr="001704BE" w:rsidRDefault="007A4918" w:rsidP="00D322B8">
            <w:pPr>
              <w:spacing w:after="0" w:line="240" w:lineRule="auto"/>
              <w:rPr>
                <w:i/>
                <w:iCs/>
                <w:sz w:val="15"/>
                <w:szCs w:val="15"/>
              </w:rPr>
            </w:pPr>
            <w:r w:rsidRPr="001704BE">
              <w:rPr>
                <w:rFonts w:ascii="Aptos" w:hAnsi="Aptos"/>
                <w:b/>
                <w:i/>
                <w:iCs/>
                <w:color w:val="24312B"/>
                <w:sz w:val="15"/>
                <w:szCs w:val="15"/>
              </w:rPr>
              <w:t>21.- El plagio</w:t>
            </w:r>
          </w:p>
        </w:tc>
        <w:tc>
          <w:tcPr>
            <w:tcW w:w="7796" w:type="dxa"/>
            <w:tcBorders>
              <w:top w:val="single" w:sz="4" w:space="0" w:color="B9D9C3"/>
              <w:left w:val="single" w:sz="4" w:space="0" w:color="B9D9C3"/>
              <w:bottom w:val="single" w:sz="4" w:space="0" w:color="B9D9C3"/>
              <w:right w:val="single" w:sz="4" w:space="0" w:color="B9D9C3"/>
            </w:tcBorders>
            <w:tcMar>
              <w:top w:w="2" w:type="dxa"/>
              <w:left w:w="4" w:type="dxa"/>
              <w:bottom w:w="2" w:type="dxa"/>
              <w:right w:w="4" w:type="dxa"/>
            </w:tcMar>
            <w:vAlign w:val="center"/>
          </w:tcPr>
          <w:p w14:paraId="52F84F60" w14:textId="411AA33F" w:rsidR="007A4918" w:rsidRPr="001704BE" w:rsidRDefault="0008147B" w:rsidP="00D322B8">
            <w:pPr>
              <w:spacing w:after="0" w:line="240" w:lineRule="auto"/>
              <w:rPr>
                <w:sz w:val="15"/>
                <w:szCs w:val="15"/>
              </w:rPr>
            </w:pPr>
            <w:r w:rsidRPr="0008147B">
              <w:rPr>
                <w:rFonts w:ascii="Aptos" w:hAnsi="Aptos"/>
                <w:color w:val="176B45"/>
                <w:sz w:val="18"/>
                <w:szCs w:val="18"/>
              </w:rPr>
              <w:t>☐</w:t>
            </w:r>
            <w:r w:rsidR="007A4918" w:rsidRPr="001704BE">
              <w:rPr>
                <w:rFonts w:ascii="Aptos" w:hAnsi="Aptos"/>
                <w:color w:val="176B45"/>
                <w:sz w:val="15"/>
                <w:szCs w:val="15"/>
              </w:rPr>
              <w:t xml:space="preserve">   ______________________________________________________________________</w:t>
            </w:r>
          </w:p>
        </w:tc>
      </w:tr>
      <w:tr w:rsidR="007A4918" w:rsidRPr="00D322B8" w14:paraId="1EDB3F5B" w14:textId="77777777" w:rsidTr="00C4294D">
        <w:trPr>
          <w:trHeight w:val="279"/>
        </w:trPr>
        <w:tc>
          <w:tcPr>
            <w:tcW w:w="2977" w:type="dxa"/>
            <w:tcBorders>
              <w:top w:val="single" w:sz="4" w:space="0" w:color="B9D9C3"/>
              <w:left w:val="single" w:sz="4" w:space="0" w:color="B9D9C3"/>
              <w:bottom w:val="single" w:sz="4" w:space="0" w:color="B9D9C3"/>
              <w:right w:val="single" w:sz="4" w:space="0" w:color="B9D9C3"/>
            </w:tcBorders>
            <w:shd w:val="clear" w:color="auto" w:fill="F7FBF8"/>
            <w:tcMar>
              <w:top w:w="2" w:type="dxa"/>
              <w:left w:w="4" w:type="dxa"/>
              <w:bottom w:w="2" w:type="dxa"/>
              <w:right w:w="4" w:type="dxa"/>
            </w:tcMar>
            <w:vAlign w:val="center"/>
          </w:tcPr>
          <w:p w14:paraId="67F8E8BE" w14:textId="77777777" w:rsidR="007A4918" w:rsidRPr="001704BE" w:rsidRDefault="007A4918" w:rsidP="00D322B8">
            <w:pPr>
              <w:spacing w:after="0" w:line="240" w:lineRule="auto"/>
              <w:rPr>
                <w:i/>
                <w:iCs/>
                <w:sz w:val="15"/>
                <w:szCs w:val="15"/>
              </w:rPr>
            </w:pPr>
            <w:r w:rsidRPr="001704BE">
              <w:rPr>
                <w:rFonts w:ascii="Aptos" w:hAnsi="Aptos"/>
                <w:b/>
                <w:i/>
                <w:iCs/>
                <w:color w:val="24312B"/>
                <w:sz w:val="15"/>
                <w:szCs w:val="15"/>
              </w:rPr>
              <w:t>22.- Empleo de datos falsos</w:t>
            </w:r>
          </w:p>
        </w:tc>
        <w:tc>
          <w:tcPr>
            <w:tcW w:w="7796" w:type="dxa"/>
            <w:tcBorders>
              <w:top w:val="single" w:sz="4" w:space="0" w:color="B9D9C3"/>
              <w:left w:val="single" w:sz="4" w:space="0" w:color="B9D9C3"/>
              <w:bottom w:val="single" w:sz="4" w:space="0" w:color="B9D9C3"/>
              <w:right w:val="single" w:sz="4" w:space="0" w:color="B9D9C3"/>
            </w:tcBorders>
            <w:shd w:val="clear" w:color="auto" w:fill="F7FBF8"/>
            <w:tcMar>
              <w:top w:w="2" w:type="dxa"/>
              <w:left w:w="4" w:type="dxa"/>
              <w:bottom w:w="2" w:type="dxa"/>
              <w:right w:w="4" w:type="dxa"/>
            </w:tcMar>
            <w:vAlign w:val="center"/>
          </w:tcPr>
          <w:p w14:paraId="5305C173" w14:textId="28811718" w:rsidR="007A4918" w:rsidRPr="001704BE" w:rsidRDefault="0008147B" w:rsidP="00D322B8">
            <w:pPr>
              <w:spacing w:after="0" w:line="240" w:lineRule="auto"/>
              <w:rPr>
                <w:sz w:val="15"/>
                <w:szCs w:val="15"/>
              </w:rPr>
            </w:pPr>
            <w:r w:rsidRPr="0008147B">
              <w:rPr>
                <w:rFonts w:ascii="Aptos" w:hAnsi="Aptos"/>
                <w:color w:val="176B45"/>
                <w:sz w:val="18"/>
                <w:szCs w:val="18"/>
              </w:rPr>
              <w:t>☐</w:t>
            </w:r>
            <w:r w:rsidR="007A4918" w:rsidRPr="001704BE">
              <w:rPr>
                <w:rFonts w:ascii="Aptos" w:hAnsi="Aptos"/>
                <w:color w:val="176B45"/>
                <w:sz w:val="15"/>
                <w:szCs w:val="15"/>
              </w:rPr>
              <w:t xml:space="preserve">   ______________________________________________________________________</w:t>
            </w:r>
          </w:p>
        </w:tc>
      </w:tr>
      <w:tr w:rsidR="007A4918" w:rsidRPr="00D322B8" w14:paraId="00E7EB29" w14:textId="77777777" w:rsidTr="00C4294D">
        <w:trPr>
          <w:trHeight w:val="269"/>
        </w:trPr>
        <w:tc>
          <w:tcPr>
            <w:tcW w:w="2977" w:type="dxa"/>
            <w:tcBorders>
              <w:top w:val="single" w:sz="4" w:space="0" w:color="B9D9C3"/>
              <w:left w:val="single" w:sz="4" w:space="0" w:color="B9D9C3"/>
              <w:bottom w:val="single" w:sz="4" w:space="0" w:color="B9D9C3"/>
              <w:right w:val="single" w:sz="4" w:space="0" w:color="B9D9C3"/>
            </w:tcBorders>
            <w:tcMar>
              <w:top w:w="2" w:type="dxa"/>
              <w:left w:w="4" w:type="dxa"/>
              <w:bottom w:w="2" w:type="dxa"/>
              <w:right w:w="4" w:type="dxa"/>
            </w:tcMar>
            <w:vAlign w:val="center"/>
          </w:tcPr>
          <w:p w14:paraId="5C1A5315" w14:textId="77777777" w:rsidR="007A4918" w:rsidRPr="001704BE" w:rsidRDefault="007A4918" w:rsidP="00D322B8">
            <w:pPr>
              <w:spacing w:after="0" w:line="240" w:lineRule="auto"/>
              <w:rPr>
                <w:i/>
                <w:iCs/>
                <w:sz w:val="15"/>
                <w:szCs w:val="15"/>
              </w:rPr>
            </w:pPr>
            <w:r w:rsidRPr="001704BE">
              <w:rPr>
                <w:rFonts w:ascii="Aptos" w:hAnsi="Aptos"/>
                <w:b/>
                <w:i/>
                <w:iCs/>
                <w:color w:val="24312B"/>
                <w:sz w:val="15"/>
                <w:szCs w:val="15"/>
              </w:rPr>
              <w:t>23.- Conflicto de intereses</w:t>
            </w:r>
          </w:p>
        </w:tc>
        <w:tc>
          <w:tcPr>
            <w:tcW w:w="7796" w:type="dxa"/>
            <w:tcBorders>
              <w:top w:val="single" w:sz="4" w:space="0" w:color="B9D9C3"/>
              <w:left w:val="single" w:sz="4" w:space="0" w:color="B9D9C3"/>
              <w:bottom w:val="single" w:sz="4" w:space="0" w:color="B9D9C3"/>
              <w:right w:val="single" w:sz="4" w:space="0" w:color="B9D9C3"/>
            </w:tcBorders>
            <w:tcMar>
              <w:top w:w="2" w:type="dxa"/>
              <w:left w:w="4" w:type="dxa"/>
              <w:bottom w:w="2" w:type="dxa"/>
              <w:right w:w="4" w:type="dxa"/>
            </w:tcMar>
            <w:vAlign w:val="center"/>
          </w:tcPr>
          <w:p w14:paraId="78F24257" w14:textId="23FC2888" w:rsidR="007A4918" w:rsidRPr="001704BE" w:rsidRDefault="0008147B" w:rsidP="00D322B8">
            <w:pPr>
              <w:spacing w:after="0" w:line="240" w:lineRule="auto"/>
              <w:rPr>
                <w:sz w:val="15"/>
                <w:szCs w:val="15"/>
              </w:rPr>
            </w:pPr>
            <w:r w:rsidRPr="0008147B">
              <w:rPr>
                <w:rFonts w:ascii="Aptos" w:hAnsi="Aptos"/>
                <w:color w:val="176B45"/>
                <w:sz w:val="18"/>
                <w:szCs w:val="18"/>
              </w:rPr>
              <w:t>☐</w:t>
            </w:r>
            <w:r w:rsidR="007A4918" w:rsidRPr="001704BE">
              <w:rPr>
                <w:rFonts w:ascii="Aptos" w:hAnsi="Aptos"/>
                <w:color w:val="176B45"/>
                <w:sz w:val="15"/>
                <w:szCs w:val="15"/>
              </w:rPr>
              <w:t xml:space="preserve">   ______________________________________________________________________</w:t>
            </w:r>
          </w:p>
        </w:tc>
      </w:tr>
      <w:tr w:rsidR="007A4918" w:rsidRPr="009538B0" w14:paraId="00C8071F" w14:textId="77777777" w:rsidTr="00DE253D">
        <w:tc>
          <w:tcPr>
            <w:tcW w:w="10773" w:type="dxa"/>
            <w:gridSpan w:val="2"/>
            <w:tcBorders>
              <w:top w:val="single" w:sz="4" w:space="0" w:color="176B45"/>
              <w:left w:val="single" w:sz="4" w:space="0" w:color="176B45"/>
              <w:bottom w:val="single" w:sz="4" w:space="0" w:color="176B45"/>
              <w:right w:val="single" w:sz="4" w:space="0" w:color="176B45"/>
            </w:tcBorders>
            <w:shd w:val="clear" w:color="auto" w:fill="00B050"/>
            <w:tcMar>
              <w:top w:w="3" w:type="dxa"/>
              <w:left w:w="8" w:type="dxa"/>
              <w:bottom w:w="3" w:type="dxa"/>
              <w:right w:w="8" w:type="dxa"/>
            </w:tcMar>
          </w:tcPr>
          <w:p w14:paraId="5C353891" w14:textId="77777777" w:rsidR="007A4918" w:rsidRPr="00D322B8" w:rsidRDefault="007A4918" w:rsidP="00D322B8">
            <w:pPr>
              <w:spacing w:after="0" w:line="240" w:lineRule="auto"/>
              <w:rPr>
                <w:sz w:val="40"/>
                <w:szCs w:val="40"/>
                <w:lang w:val="es-MX"/>
              </w:rPr>
            </w:pPr>
            <w:r w:rsidRPr="00D322B8">
              <w:rPr>
                <w:rFonts w:ascii="Aptos" w:hAnsi="Aptos"/>
                <w:b/>
                <w:color w:val="FFFFFF"/>
                <w:sz w:val="18"/>
                <w:szCs w:val="40"/>
                <w:lang w:val="es-MX"/>
              </w:rPr>
              <w:t>▢  III. OBSERVACIONES Y RECOMENDACIONES DEL EVALUADOR</w:t>
            </w:r>
          </w:p>
        </w:tc>
      </w:tr>
    </w:tbl>
    <w:p w14:paraId="14C5D32E" w14:textId="77777777" w:rsidR="007A4918" w:rsidRPr="00C4294D" w:rsidRDefault="007A4918" w:rsidP="000A744C">
      <w:pPr>
        <w:spacing w:after="0" w:line="240" w:lineRule="auto"/>
        <w:ind w:firstLine="284"/>
        <w:rPr>
          <w:i/>
          <w:iCs/>
          <w:sz w:val="44"/>
          <w:szCs w:val="44"/>
          <w:lang w:val="es-MX"/>
        </w:rPr>
      </w:pPr>
      <w:r w:rsidRPr="00C4294D">
        <w:rPr>
          <w:rFonts w:ascii="Aptos" w:hAnsi="Aptos"/>
          <w:b/>
          <w:i/>
          <w:iCs/>
          <w:color w:val="176B45"/>
          <w:sz w:val="18"/>
          <w:szCs w:val="44"/>
          <w:lang w:val="es-MX"/>
        </w:rPr>
        <w:t>Comentarios globales:</w:t>
      </w:r>
    </w:p>
    <w:p w14:paraId="044357EB" w14:textId="77777777" w:rsidR="007A4918" w:rsidRPr="00D322B8" w:rsidRDefault="007A4918" w:rsidP="000A744C">
      <w:pPr>
        <w:spacing w:after="0" w:line="240" w:lineRule="auto"/>
        <w:ind w:firstLine="284"/>
        <w:rPr>
          <w:sz w:val="40"/>
          <w:szCs w:val="40"/>
          <w:lang w:val="es-MX"/>
        </w:rPr>
      </w:pPr>
      <w:r w:rsidRPr="00D322B8">
        <w:rPr>
          <w:rFonts w:ascii="Aptos" w:hAnsi="Aptos"/>
          <w:color w:val="66726C"/>
          <w:sz w:val="16"/>
          <w:szCs w:val="40"/>
          <w:lang w:val="es-MX"/>
        </w:rPr>
        <w:t>________________________________________________________________________________________________________</w:t>
      </w:r>
    </w:p>
    <w:p w14:paraId="269086EF" w14:textId="77777777" w:rsidR="007A4918" w:rsidRPr="00D322B8" w:rsidRDefault="007A4918" w:rsidP="000A744C">
      <w:pPr>
        <w:spacing w:after="0" w:line="240" w:lineRule="auto"/>
        <w:ind w:firstLine="284"/>
        <w:rPr>
          <w:sz w:val="40"/>
          <w:szCs w:val="40"/>
          <w:lang w:val="es-MX"/>
        </w:rPr>
      </w:pPr>
      <w:r w:rsidRPr="00D322B8">
        <w:rPr>
          <w:rFonts w:ascii="Aptos" w:hAnsi="Aptos"/>
          <w:color w:val="66726C"/>
          <w:sz w:val="16"/>
          <w:szCs w:val="40"/>
          <w:lang w:val="es-MX"/>
        </w:rPr>
        <w:t>________________________________________________________________________________________________________</w:t>
      </w:r>
    </w:p>
    <w:p w14:paraId="119555A2" w14:textId="77777777" w:rsidR="007A4918" w:rsidRDefault="007A4918" w:rsidP="000A744C">
      <w:pPr>
        <w:spacing w:after="0" w:line="240" w:lineRule="auto"/>
        <w:ind w:firstLine="284"/>
        <w:rPr>
          <w:rFonts w:ascii="Aptos" w:hAnsi="Aptos"/>
          <w:color w:val="66726C"/>
          <w:sz w:val="16"/>
          <w:szCs w:val="40"/>
          <w:lang w:val="es-MX"/>
        </w:rPr>
      </w:pPr>
      <w:r w:rsidRPr="00D322B8">
        <w:rPr>
          <w:rFonts w:ascii="Aptos" w:hAnsi="Aptos"/>
          <w:color w:val="66726C"/>
          <w:sz w:val="16"/>
          <w:szCs w:val="40"/>
          <w:lang w:val="es-MX"/>
        </w:rPr>
        <w:t>________________________________________________________________________________________________________</w:t>
      </w:r>
    </w:p>
    <w:p w14:paraId="00B68602" w14:textId="77777777" w:rsidR="00422E99" w:rsidRPr="00D322B8" w:rsidRDefault="00422E99" w:rsidP="000A744C">
      <w:pPr>
        <w:spacing w:after="0" w:line="240" w:lineRule="auto"/>
        <w:ind w:firstLine="284"/>
        <w:rPr>
          <w:sz w:val="40"/>
          <w:szCs w:val="40"/>
          <w:lang w:val="es-MX"/>
        </w:rPr>
      </w:pPr>
    </w:p>
    <w:sectPr w:rsidR="00422E99" w:rsidRPr="00D322B8" w:rsidSect="00563A0B">
      <w:headerReference w:type="even" r:id="rId8"/>
      <w:headerReference w:type="default" r:id="rId9"/>
      <w:footerReference w:type="even" r:id="rId10"/>
      <w:footerReference w:type="default" r:id="rId11"/>
      <w:headerReference w:type="first" r:id="rId12"/>
      <w:footerReference w:type="first" r:id="rId13"/>
      <w:pgSz w:w="12240" w:h="15840"/>
      <w:pgMar w:top="426" w:right="461" w:bottom="403" w:left="461" w:header="720" w:footer="59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1A5C52" w14:textId="77777777" w:rsidR="00414437" w:rsidRDefault="00414437" w:rsidP="00561FA1">
      <w:pPr>
        <w:spacing w:after="0" w:line="240" w:lineRule="auto"/>
      </w:pPr>
      <w:r>
        <w:separator/>
      </w:r>
    </w:p>
  </w:endnote>
  <w:endnote w:type="continuationSeparator" w:id="0">
    <w:p w14:paraId="63A1B880" w14:textId="77777777" w:rsidR="00414437" w:rsidRDefault="00414437" w:rsidP="00561F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altName w:val="Aptos"/>
    <w:charset w:val="00"/>
    <w:family w:val="swiss"/>
    <w:pitch w:val="variable"/>
    <w:sig w:usb0="20000287" w:usb1="00000003" w:usb2="00000000" w:usb3="00000000" w:csb0="0000019F" w:csb1="00000000"/>
  </w:font>
  <w:font w:name="Source Sans Pro">
    <w:altName w:val="Source Sans Pro"/>
    <w:charset w:val="00"/>
    <w:family w:val="swiss"/>
    <w:pitch w:val="variable"/>
    <w:sig w:usb0="600002F7" w:usb1="02000001"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AB186" w14:textId="77777777" w:rsidR="00A77F6C" w:rsidRDefault="00A77F6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7F5B0" w14:textId="77777777" w:rsidR="00561FA1" w:rsidRPr="003A7E7B" w:rsidRDefault="00561FA1" w:rsidP="00561FA1">
    <w:pPr>
      <w:pStyle w:val="Piedepgina"/>
      <w:jc w:val="center"/>
      <w:rPr>
        <w:color w:val="002060"/>
        <w:sz w:val="10"/>
        <w:szCs w:val="24"/>
        <w:lang w:val="es-MX"/>
      </w:rPr>
    </w:pPr>
    <w:r w:rsidRPr="003A7E7B">
      <w:rPr>
        <w:color w:val="002060"/>
        <w:sz w:val="10"/>
        <w:szCs w:val="24"/>
        <w:lang w:val="es-MX"/>
      </w:rPr>
      <w:t xml:space="preserve">Revisado y autorizado. </w:t>
    </w:r>
  </w:p>
  <w:p w14:paraId="28C93ED3" w14:textId="77777777" w:rsidR="00561FA1" w:rsidRPr="003A7E7B" w:rsidRDefault="00561FA1" w:rsidP="00561FA1">
    <w:pPr>
      <w:pStyle w:val="Piedepgina"/>
      <w:jc w:val="center"/>
      <w:rPr>
        <w:color w:val="002060"/>
        <w:sz w:val="10"/>
        <w:szCs w:val="24"/>
        <w:lang w:val="es-MX"/>
      </w:rPr>
    </w:pPr>
    <w:r w:rsidRPr="003A7E7B">
      <w:rPr>
        <w:color w:val="002060"/>
        <w:sz w:val="10"/>
        <w:szCs w:val="24"/>
        <w:lang w:val="es-MX"/>
      </w:rPr>
      <w:t xml:space="preserve">Comité de Ética e Investigación de la Facultad de Estomatología, </w:t>
    </w:r>
  </w:p>
  <w:p w14:paraId="4B7BEEFB" w14:textId="77777777" w:rsidR="00561FA1" w:rsidRPr="003A7E7B" w:rsidRDefault="00561FA1" w:rsidP="00561FA1">
    <w:pPr>
      <w:pStyle w:val="Piedepgina"/>
      <w:jc w:val="center"/>
      <w:rPr>
        <w:color w:val="002060"/>
        <w:sz w:val="10"/>
        <w:szCs w:val="24"/>
        <w:lang w:val="es-MX"/>
      </w:rPr>
    </w:pPr>
    <w:r w:rsidRPr="003A7E7B">
      <w:rPr>
        <w:color w:val="002060"/>
        <w:sz w:val="10"/>
        <w:szCs w:val="24"/>
        <w:lang w:val="es-MX"/>
      </w:rPr>
      <w:t xml:space="preserve">Secretaría de Investigación y Estudios de Posgrado </w:t>
    </w:r>
  </w:p>
  <w:p w14:paraId="6C8BF437" w14:textId="77777777" w:rsidR="00561FA1" w:rsidRPr="003A7E7B" w:rsidRDefault="00561FA1" w:rsidP="00561FA1">
    <w:pPr>
      <w:pStyle w:val="Piedepgina"/>
      <w:jc w:val="center"/>
      <w:rPr>
        <w:color w:val="002060"/>
        <w:sz w:val="10"/>
        <w:szCs w:val="24"/>
        <w:lang w:val="es-MX"/>
      </w:rPr>
    </w:pPr>
    <w:r w:rsidRPr="003A7E7B">
      <w:rPr>
        <w:color w:val="002060"/>
        <w:sz w:val="10"/>
        <w:szCs w:val="24"/>
        <w:lang w:val="es-MX"/>
      </w:rPr>
      <w:t>Facultad de Estomatología</w:t>
    </w:r>
  </w:p>
  <w:p w14:paraId="5024C470" w14:textId="77777777" w:rsidR="00561FA1" w:rsidRPr="003A7E7B" w:rsidRDefault="00561FA1" w:rsidP="00561FA1">
    <w:pPr>
      <w:pStyle w:val="Piedepgina"/>
      <w:jc w:val="center"/>
      <w:rPr>
        <w:color w:val="002060"/>
        <w:sz w:val="10"/>
        <w:szCs w:val="24"/>
        <w:lang w:val="es-MX"/>
      </w:rPr>
    </w:pPr>
    <w:r w:rsidRPr="003A7E7B">
      <w:rPr>
        <w:color w:val="002060"/>
        <w:sz w:val="10"/>
        <w:szCs w:val="24"/>
        <w:lang w:val="es-MX"/>
      </w:rPr>
      <w:t>Benemérita Universidad Autónoma de Puebla</w:t>
    </w:r>
  </w:p>
  <w:p w14:paraId="5FC0F878" w14:textId="3F37804A" w:rsidR="00561FA1" w:rsidRDefault="00561FA1" w:rsidP="00561FA1">
    <w:pPr>
      <w:pStyle w:val="Piedepgina"/>
      <w:ind w:right="321"/>
      <w:jc w:val="right"/>
    </w:pPr>
    <w:r w:rsidRPr="007D38CF">
      <w:rPr>
        <w:rFonts w:ascii="Source Sans Pro" w:hAnsi="Source Sans Pro"/>
        <w:i/>
        <w:sz w:val="10"/>
        <w:szCs w:val="14"/>
        <w:lang w:val="es-MX"/>
      </w:rPr>
      <w:t xml:space="preserve"> </w:t>
    </w:r>
    <w:r>
      <w:rPr>
        <w:rFonts w:ascii="Times New Roman" w:eastAsia="Times New Roman" w:hAnsi="Times New Roman" w:cs="Times New Roman"/>
        <w:sz w:val="20"/>
      </w:rPr>
      <w:tab/>
      <w:t xml:space="preserve">          </w:t>
    </w:r>
    <w:r w:rsidRPr="00BE522A">
      <w:rPr>
        <w:rFonts w:ascii="Bookman Old Style" w:hAnsi="Bookman Old Style"/>
        <w:i/>
        <w:sz w:val="18"/>
        <w:szCs w:val="20"/>
      </w:rPr>
      <w:t xml:space="preserve">Página </w:t>
    </w:r>
    <w:r w:rsidRPr="00BE522A">
      <w:rPr>
        <w:rFonts w:ascii="Bookman Old Style" w:hAnsi="Bookman Old Style"/>
        <w:b/>
        <w:bCs/>
        <w:i/>
        <w:sz w:val="18"/>
        <w:szCs w:val="20"/>
      </w:rPr>
      <w:fldChar w:fldCharType="begin"/>
    </w:r>
    <w:r w:rsidRPr="00BE522A">
      <w:rPr>
        <w:rFonts w:ascii="Bookman Old Style" w:hAnsi="Bookman Old Style"/>
        <w:b/>
        <w:bCs/>
        <w:i/>
        <w:sz w:val="18"/>
        <w:szCs w:val="20"/>
      </w:rPr>
      <w:instrText>PAGE</w:instrText>
    </w:r>
    <w:r w:rsidRPr="00BE522A">
      <w:rPr>
        <w:rFonts w:ascii="Bookman Old Style" w:hAnsi="Bookman Old Style"/>
        <w:b/>
        <w:bCs/>
        <w:i/>
        <w:sz w:val="18"/>
        <w:szCs w:val="20"/>
      </w:rPr>
      <w:fldChar w:fldCharType="separate"/>
    </w:r>
    <w:r>
      <w:rPr>
        <w:rFonts w:ascii="Bookman Old Style" w:hAnsi="Bookman Old Style"/>
        <w:b/>
        <w:bCs/>
        <w:i/>
        <w:sz w:val="18"/>
        <w:szCs w:val="20"/>
      </w:rPr>
      <w:t>1</w:t>
    </w:r>
    <w:r w:rsidRPr="00BE522A">
      <w:rPr>
        <w:rFonts w:ascii="Bookman Old Style" w:hAnsi="Bookman Old Style"/>
        <w:b/>
        <w:bCs/>
        <w:i/>
        <w:sz w:val="18"/>
        <w:szCs w:val="20"/>
      </w:rPr>
      <w:fldChar w:fldCharType="end"/>
    </w:r>
    <w:r w:rsidRPr="00BE522A">
      <w:rPr>
        <w:rFonts w:ascii="Bookman Old Style" w:hAnsi="Bookman Old Style"/>
        <w:i/>
        <w:sz w:val="18"/>
        <w:szCs w:val="20"/>
      </w:rPr>
      <w:t xml:space="preserve"> de </w:t>
    </w:r>
    <w:r w:rsidRPr="00BE522A">
      <w:rPr>
        <w:rFonts w:ascii="Bookman Old Style" w:hAnsi="Bookman Old Style"/>
        <w:b/>
        <w:bCs/>
        <w:i/>
        <w:sz w:val="18"/>
        <w:szCs w:val="20"/>
      </w:rPr>
      <w:fldChar w:fldCharType="begin"/>
    </w:r>
    <w:r w:rsidRPr="00BE522A">
      <w:rPr>
        <w:rFonts w:ascii="Bookman Old Style" w:hAnsi="Bookman Old Style"/>
        <w:b/>
        <w:bCs/>
        <w:i/>
        <w:sz w:val="18"/>
        <w:szCs w:val="20"/>
      </w:rPr>
      <w:instrText>NUMPAGES</w:instrText>
    </w:r>
    <w:r w:rsidRPr="00BE522A">
      <w:rPr>
        <w:rFonts w:ascii="Bookman Old Style" w:hAnsi="Bookman Old Style"/>
        <w:b/>
        <w:bCs/>
        <w:i/>
        <w:sz w:val="18"/>
        <w:szCs w:val="20"/>
      </w:rPr>
      <w:fldChar w:fldCharType="separate"/>
    </w:r>
    <w:r>
      <w:rPr>
        <w:rFonts w:ascii="Bookman Old Style" w:hAnsi="Bookman Old Style"/>
        <w:b/>
        <w:bCs/>
        <w:i/>
        <w:sz w:val="18"/>
        <w:szCs w:val="20"/>
      </w:rPr>
      <w:t>2</w:t>
    </w:r>
    <w:r w:rsidRPr="00BE522A">
      <w:rPr>
        <w:rFonts w:ascii="Bookman Old Style" w:hAnsi="Bookman Old Style"/>
        <w:b/>
        <w:bCs/>
        <w:i/>
        <w:sz w:val="18"/>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F3AF3" w14:textId="77777777" w:rsidR="00A77F6C" w:rsidRDefault="00A77F6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A98AD1" w14:textId="77777777" w:rsidR="00414437" w:rsidRDefault="00414437" w:rsidP="00561FA1">
      <w:pPr>
        <w:spacing w:after="0" w:line="240" w:lineRule="auto"/>
      </w:pPr>
      <w:r>
        <w:separator/>
      </w:r>
    </w:p>
  </w:footnote>
  <w:footnote w:type="continuationSeparator" w:id="0">
    <w:p w14:paraId="12B46B1D" w14:textId="77777777" w:rsidR="00414437" w:rsidRDefault="00414437" w:rsidP="00561F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ED408" w14:textId="77777777" w:rsidR="00A77F6C" w:rsidRDefault="00A77F6C">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D3BF2" w14:textId="77777777" w:rsidR="00A77F6C" w:rsidRDefault="00A77F6C">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3BBF9" w14:textId="77777777" w:rsidR="00A77F6C" w:rsidRDefault="00A77F6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1628659986">
    <w:abstractNumId w:val="8"/>
  </w:num>
  <w:num w:numId="2" w16cid:durableId="1880824919">
    <w:abstractNumId w:val="6"/>
  </w:num>
  <w:num w:numId="3" w16cid:durableId="991911878">
    <w:abstractNumId w:val="5"/>
  </w:num>
  <w:num w:numId="4" w16cid:durableId="1757551033">
    <w:abstractNumId w:val="4"/>
  </w:num>
  <w:num w:numId="5" w16cid:durableId="1972008808">
    <w:abstractNumId w:val="7"/>
  </w:num>
  <w:num w:numId="6" w16cid:durableId="925766755">
    <w:abstractNumId w:val="3"/>
  </w:num>
  <w:num w:numId="7" w16cid:durableId="1920748377">
    <w:abstractNumId w:val="2"/>
  </w:num>
  <w:num w:numId="8" w16cid:durableId="1841894118">
    <w:abstractNumId w:val="1"/>
  </w:num>
  <w:num w:numId="9" w16cid:durableId="6443584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3576"/>
    <w:rsid w:val="0006063C"/>
    <w:rsid w:val="00076398"/>
    <w:rsid w:val="00080A6E"/>
    <w:rsid w:val="0008147B"/>
    <w:rsid w:val="000A406B"/>
    <w:rsid w:val="000A744C"/>
    <w:rsid w:val="000B4E80"/>
    <w:rsid w:val="000B7871"/>
    <w:rsid w:val="00115E47"/>
    <w:rsid w:val="0012185D"/>
    <w:rsid w:val="00140F07"/>
    <w:rsid w:val="0015074B"/>
    <w:rsid w:val="00162569"/>
    <w:rsid w:val="001704BE"/>
    <w:rsid w:val="00193B25"/>
    <w:rsid w:val="001C7CBA"/>
    <w:rsid w:val="002107FB"/>
    <w:rsid w:val="0023114C"/>
    <w:rsid w:val="00256835"/>
    <w:rsid w:val="002600BC"/>
    <w:rsid w:val="00277862"/>
    <w:rsid w:val="0029639D"/>
    <w:rsid w:val="002969E8"/>
    <w:rsid w:val="002C1343"/>
    <w:rsid w:val="00305BA2"/>
    <w:rsid w:val="00326F90"/>
    <w:rsid w:val="00363983"/>
    <w:rsid w:val="0039008A"/>
    <w:rsid w:val="00393B83"/>
    <w:rsid w:val="00414437"/>
    <w:rsid w:val="00422E99"/>
    <w:rsid w:val="004560DB"/>
    <w:rsid w:val="0046637C"/>
    <w:rsid w:val="004B44DE"/>
    <w:rsid w:val="004C73BC"/>
    <w:rsid w:val="00532352"/>
    <w:rsid w:val="00557568"/>
    <w:rsid w:val="00561FA1"/>
    <w:rsid w:val="00563A0B"/>
    <w:rsid w:val="005D6BDC"/>
    <w:rsid w:val="00605D5F"/>
    <w:rsid w:val="006600D2"/>
    <w:rsid w:val="006719B6"/>
    <w:rsid w:val="00694A0D"/>
    <w:rsid w:val="00703E46"/>
    <w:rsid w:val="007512A9"/>
    <w:rsid w:val="00760C70"/>
    <w:rsid w:val="00767A71"/>
    <w:rsid w:val="007A4918"/>
    <w:rsid w:val="007A7A76"/>
    <w:rsid w:val="007E554F"/>
    <w:rsid w:val="00827179"/>
    <w:rsid w:val="00851419"/>
    <w:rsid w:val="00884C0F"/>
    <w:rsid w:val="008E20F3"/>
    <w:rsid w:val="009538B0"/>
    <w:rsid w:val="009C6338"/>
    <w:rsid w:val="009E1A3A"/>
    <w:rsid w:val="00A36749"/>
    <w:rsid w:val="00A63C17"/>
    <w:rsid w:val="00A77F6C"/>
    <w:rsid w:val="00AA1D8D"/>
    <w:rsid w:val="00AC4280"/>
    <w:rsid w:val="00B46B7B"/>
    <w:rsid w:val="00B470D9"/>
    <w:rsid w:val="00B47730"/>
    <w:rsid w:val="00B95EEC"/>
    <w:rsid w:val="00B96E43"/>
    <w:rsid w:val="00C31E27"/>
    <w:rsid w:val="00C4294D"/>
    <w:rsid w:val="00C700BD"/>
    <w:rsid w:val="00C87202"/>
    <w:rsid w:val="00CB0664"/>
    <w:rsid w:val="00CC6224"/>
    <w:rsid w:val="00D13553"/>
    <w:rsid w:val="00D322B8"/>
    <w:rsid w:val="00D40BBE"/>
    <w:rsid w:val="00D61BC0"/>
    <w:rsid w:val="00D73456"/>
    <w:rsid w:val="00DC2598"/>
    <w:rsid w:val="00DE253D"/>
    <w:rsid w:val="00DE364D"/>
    <w:rsid w:val="00DE3C18"/>
    <w:rsid w:val="00E2065F"/>
    <w:rsid w:val="00E362DF"/>
    <w:rsid w:val="00E66A29"/>
    <w:rsid w:val="00E76811"/>
    <w:rsid w:val="00EB3F03"/>
    <w:rsid w:val="00EC210F"/>
    <w:rsid w:val="00F12AFC"/>
    <w:rsid w:val="00F82A2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B6B65C96-220F-4032-A5E2-A4EEA70AB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2</Pages>
  <Words>1538</Words>
  <Characters>8464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9983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Yaneth</cp:lastModifiedBy>
  <cp:revision>91</cp:revision>
  <dcterms:created xsi:type="dcterms:W3CDTF">2013-12-23T23:15:00Z</dcterms:created>
  <dcterms:modified xsi:type="dcterms:W3CDTF">2026-10-12T13:25:00Z</dcterms:modified>
  <cp:category/>
</cp:coreProperties>
</file>