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93016" w14:textId="77777777" w:rsidR="00F06EFB" w:rsidRDefault="00C8502B" w:rsidP="004300B3">
      <w:pPr>
        <w:spacing w:after="0" w:line="240" w:lineRule="auto"/>
        <w:jc w:val="center"/>
      </w:pPr>
      <w:proofErr w:type="gramStart"/>
      <w:r w:rsidRPr="00130F09">
        <w:rPr>
          <w:rFonts w:ascii="Aptos" w:hAnsi="Aptos"/>
          <w:b/>
          <w:color w:val="7B563B"/>
          <w:sz w:val="52"/>
          <w:szCs w:val="56"/>
        </w:rPr>
        <w:t>◑</w:t>
      </w:r>
      <w:r>
        <w:rPr>
          <w:rFonts w:ascii="Aptos" w:hAnsi="Aptos"/>
          <w:b/>
          <w:color w:val="7B563B"/>
          <w:sz w:val="20"/>
        </w:rPr>
        <w:t xml:space="preserve">  </w:t>
      </w:r>
      <w:r w:rsidRPr="0098457A">
        <w:rPr>
          <w:rFonts w:ascii="Aptos" w:hAnsi="Aptos"/>
          <w:b/>
          <w:color w:val="00B0F0"/>
          <w:sz w:val="44"/>
          <w:szCs w:val="32"/>
          <w:lang w:val="es-MX"/>
        </w:rPr>
        <w:t>ANEXO</w:t>
      </w:r>
      <w:proofErr w:type="gramEnd"/>
      <w:r w:rsidRPr="0098457A">
        <w:rPr>
          <w:rFonts w:ascii="Aptos" w:hAnsi="Aptos"/>
          <w:b/>
          <w:color w:val="00B0F0"/>
          <w:sz w:val="44"/>
          <w:szCs w:val="32"/>
          <w:lang w:val="es-MX"/>
        </w:rPr>
        <w:t xml:space="preserve"> 04 · C.E.I.F.E.</w:t>
      </w:r>
    </w:p>
    <w:p w14:paraId="29569ED3" w14:textId="77777777" w:rsidR="00F06EFB" w:rsidRPr="00F26CAE" w:rsidRDefault="00C8502B" w:rsidP="004300B3">
      <w:pPr>
        <w:spacing w:after="0" w:line="240" w:lineRule="auto"/>
        <w:jc w:val="center"/>
        <w:rPr>
          <w:b/>
          <w:sz w:val="28"/>
          <w:lang w:val="es-MX"/>
        </w:rPr>
      </w:pPr>
      <w:r w:rsidRPr="00F26CAE">
        <w:rPr>
          <w:b/>
          <w:sz w:val="28"/>
          <w:lang w:val="es-MX"/>
        </w:rPr>
        <w:t>INFORME PARCIAL PARA PROYECTOS ACEPTADOS</w:t>
      </w:r>
    </w:p>
    <w:p w14:paraId="7D901208" w14:textId="7C4BBC9D" w:rsidR="00DE4A03" w:rsidRDefault="00DE4A03" w:rsidP="00DE4A03">
      <w:pPr>
        <w:spacing w:after="0" w:line="240" w:lineRule="auto"/>
        <w:jc w:val="center"/>
        <w:rPr>
          <w:i/>
          <w:sz w:val="20"/>
          <w:szCs w:val="20"/>
          <w:lang w:val="es-MX"/>
        </w:rPr>
      </w:pPr>
      <w:r>
        <w:rPr>
          <w:i/>
          <w:sz w:val="20"/>
          <w:szCs w:val="20"/>
          <w:lang w:val="es-MX"/>
        </w:rPr>
        <w:t>C</w:t>
      </w:r>
      <w:r w:rsidRPr="00A30540">
        <w:rPr>
          <w:i/>
          <w:sz w:val="20"/>
          <w:szCs w:val="20"/>
          <w:lang w:val="es-MX"/>
        </w:rPr>
        <w:t xml:space="preserve">omité de </w:t>
      </w:r>
      <w:r>
        <w:rPr>
          <w:i/>
          <w:sz w:val="20"/>
          <w:szCs w:val="20"/>
          <w:lang w:val="es-MX"/>
        </w:rPr>
        <w:t>É</w:t>
      </w:r>
      <w:r w:rsidRPr="00A30540">
        <w:rPr>
          <w:i/>
          <w:sz w:val="20"/>
          <w:szCs w:val="20"/>
          <w:lang w:val="es-MX"/>
        </w:rPr>
        <w:t xml:space="preserve">tica e </w:t>
      </w:r>
      <w:r>
        <w:rPr>
          <w:i/>
          <w:sz w:val="20"/>
          <w:szCs w:val="20"/>
          <w:lang w:val="es-MX"/>
        </w:rPr>
        <w:t>I</w:t>
      </w:r>
      <w:r w:rsidRPr="00A30540">
        <w:rPr>
          <w:i/>
          <w:sz w:val="20"/>
          <w:szCs w:val="20"/>
          <w:lang w:val="es-MX"/>
        </w:rPr>
        <w:t>nvestigación</w:t>
      </w:r>
      <w:r w:rsidR="004C2377" w:rsidRPr="000B1623">
        <w:rPr>
          <w:i/>
          <w:sz w:val="20"/>
          <w:szCs w:val="20"/>
          <w:lang w:val="es-MX"/>
        </w:rPr>
        <w:t xml:space="preserve"> · </w:t>
      </w:r>
      <w:r w:rsidRPr="000B1623">
        <w:rPr>
          <w:i/>
          <w:sz w:val="20"/>
          <w:szCs w:val="20"/>
          <w:lang w:val="es-MX"/>
        </w:rPr>
        <w:t>Secretaría de Investigación y Estudios de Posgrado · Facultad de Estomatología · BUAP</w:t>
      </w:r>
    </w:p>
    <w:tbl>
      <w:tblPr>
        <w:tblW w:w="0" w:type="auto"/>
        <w:tblInd w:w="149" w:type="dxa"/>
        <w:tblBorders>
          <w:top w:val="single" w:sz="4" w:space="0" w:color="7B563B"/>
          <w:left w:val="single" w:sz="4" w:space="0" w:color="7B563B"/>
          <w:bottom w:val="single" w:sz="4" w:space="0" w:color="auto"/>
          <w:right w:val="single" w:sz="4" w:space="0" w:color="7B563B"/>
        </w:tblBorders>
        <w:shd w:val="clear" w:color="auto" w:fill="B78A69"/>
        <w:tblLook w:val="04A0" w:firstRow="1" w:lastRow="0" w:firstColumn="1" w:lastColumn="0" w:noHBand="0" w:noVBand="1"/>
      </w:tblPr>
      <w:tblGrid>
        <w:gridCol w:w="2732"/>
        <w:gridCol w:w="2088"/>
        <w:gridCol w:w="2409"/>
        <w:gridCol w:w="3828"/>
      </w:tblGrid>
      <w:tr w:rsidR="00F06EFB" w:rsidRPr="008803B1" w14:paraId="5041292B" w14:textId="77777777" w:rsidTr="0051625F">
        <w:tc>
          <w:tcPr>
            <w:tcW w:w="11057" w:type="dxa"/>
            <w:gridSpan w:val="4"/>
            <w:shd w:val="clear" w:color="auto" w:fill="B78A69"/>
            <w:tcMar>
              <w:top w:w="3" w:type="dxa"/>
              <w:left w:w="7" w:type="dxa"/>
              <w:bottom w:w="3" w:type="dxa"/>
              <w:right w:w="7" w:type="dxa"/>
            </w:tcMar>
          </w:tcPr>
          <w:p w14:paraId="5B5B14FE" w14:textId="3AD23AEF" w:rsidR="00F06EFB" w:rsidRPr="004300B3" w:rsidRDefault="00C8502B" w:rsidP="004300B3">
            <w:pPr>
              <w:spacing w:after="0" w:line="240" w:lineRule="auto"/>
              <w:rPr>
                <w:sz w:val="44"/>
                <w:szCs w:val="44"/>
                <w:lang w:val="es-MX"/>
              </w:rPr>
            </w:pPr>
            <w:proofErr w:type="gramStart"/>
            <w:r w:rsidRPr="004543A7">
              <w:rPr>
                <w:rFonts w:ascii="Aptos" w:hAnsi="Aptos"/>
                <w:b/>
                <w:color w:val="FFFFFF"/>
                <w:szCs w:val="48"/>
                <w:lang w:val="es-MX"/>
              </w:rPr>
              <w:t>◑</w:t>
            </w:r>
            <w:r w:rsidRPr="004300B3">
              <w:rPr>
                <w:rFonts w:ascii="Aptos" w:hAnsi="Aptos"/>
                <w:b/>
                <w:color w:val="FFFFFF"/>
                <w:sz w:val="20"/>
                <w:szCs w:val="44"/>
                <w:lang w:val="es-MX"/>
              </w:rPr>
              <w:t xml:space="preserve">  </w:t>
            </w:r>
            <w:r w:rsidRPr="009A73B7">
              <w:rPr>
                <w:b/>
                <w:i/>
                <w:iCs/>
                <w:color w:val="FFFFFF" w:themeColor="background1"/>
                <w:sz w:val="20"/>
                <w:szCs w:val="18"/>
                <w:lang w:val="es-MX"/>
              </w:rPr>
              <w:t>I.</w:t>
            </w:r>
            <w:proofErr w:type="gramEnd"/>
            <w:r w:rsidRPr="009A73B7">
              <w:rPr>
                <w:b/>
                <w:i/>
                <w:iCs/>
                <w:color w:val="FFFFFF" w:themeColor="background1"/>
                <w:sz w:val="20"/>
                <w:szCs w:val="18"/>
                <w:lang w:val="es-MX"/>
              </w:rPr>
              <w:t xml:space="preserve"> DATOS GENERALES DEL PROYECTO</w:t>
            </w:r>
          </w:p>
        </w:tc>
      </w:tr>
      <w:tr w:rsidR="00F06EFB" w:rsidRPr="008803B1" w14:paraId="0288DDDD" w14:textId="77777777" w:rsidTr="005162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shd w:val="clear" w:color="auto" w:fill="auto"/>
        </w:tblPrEx>
        <w:trPr>
          <w:trHeight w:val="274"/>
        </w:trPr>
        <w:tc>
          <w:tcPr>
            <w:tcW w:w="11057" w:type="dxa"/>
            <w:gridSpan w:val="4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BF7F3"/>
            <w:tcMar>
              <w:top w:w="3" w:type="dxa"/>
              <w:left w:w="6" w:type="dxa"/>
              <w:bottom w:w="3" w:type="dxa"/>
              <w:right w:w="6" w:type="dxa"/>
            </w:tcMar>
          </w:tcPr>
          <w:p w14:paraId="6ED528BD" w14:textId="16C3B365" w:rsidR="00F06EFB" w:rsidRPr="00A54DFA" w:rsidRDefault="00C8502B" w:rsidP="004300B3">
            <w:pPr>
              <w:spacing w:after="0" w:line="240" w:lineRule="auto"/>
              <w:rPr>
                <w:sz w:val="44"/>
                <w:szCs w:val="44"/>
                <w:lang w:val="es-MX"/>
              </w:rPr>
            </w:pPr>
            <w:r w:rsidRPr="00DD2343">
              <w:rPr>
                <w:rFonts w:ascii="Aptos" w:hAnsi="Aptos"/>
                <w:b/>
                <w:i/>
                <w:iCs/>
                <w:color w:val="76543C"/>
                <w:sz w:val="16"/>
                <w:szCs w:val="28"/>
                <w:lang w:val="es-MX"/>
              </w:rPr>
              <w:t xml:space="preserve">Título del </w:t>
            </w:r>
            <w:r w:rsidR="004A6602">
              <w:rPr>
                <w:rFonts w:ascii="Aptos" w:hAnsi="Aptos"/>
                <w:b/>
                <w:i/>
                <w:iCs/>
                <w:color w:val="76543C"/>
                <w:sz w:val="16"/>
                <w:szCs w:val="28"/>
                <w:lang w:val="es-MX"/>
              </w:rPr>
              <w:t>p</w:t>
            </w:r>
            <w:r w:rsidRPr="00DD2343">
              <w:rPr>
                <w:rFonts w:ascii="Aptos" w:hAnsi="Aptos"/>
                <w:b/>
                <w:i/>
                <w:iCs/>
                <w:color w:val="76543C"/>
                <w:sz w:val="16"/>
                <w:szCs w:val="28"/>
                <w:lang w:val="es-MX"/>
              </w:rPr>
              <w:t>royecto</w:t>
            </w:r>
            <w:r w:rsidR="00A54DFA">
              <w:rPr>
                <w:rFonts w:ascii="Aptos" w:hAnsi="Aptos"/>
                <w:b/>
                <w:i/>
                <w:iCs/>
                <w:color w:val="76543C"/>
                <w:sz w:val="16"/>
                <w:szCs w:val="28"/>
                <w:lang w:val="es-MX"/>
              </w:rPr>
              <w:t xml:space="preserve"> de </w:t>
            </w:r>
            <w:proofErr w:type="gramStart"/>
            <w:r w:rsidR="004A6602">
              <w:rPr>
                <w:rFonts w:ascii="Aptos" w:hAnsi="Aptos"/>
                <w:b/>
                <w:i/>
                <w:iCs/>
                <w:color w:val="76543C"/>
                <w:sz w:val="16"/>
                <w:szCs w:val="28"/>
                <w:lang w:val="es-MX"/>
              </w:rPr>
              <w:t>i</w:t>
            </w:r>
            <w:r w:rsidR="00A54DFA">
              <w:rPr>
                <w:rFonts w:ascii="Aptos" w:hAnsi="Aptos"/>
                <w:b/>
                <w:i/>
                <w:iCs/>
                <w:color w:val="76543C"/>
                <w:sz w:val="16"/>
                <w:szCs w:val="28"/>
                <w:lang w:val="es-MX"/>
              </w:rPr>
              <w:t xml:space="preserve">nvestigación </w:t>
            </w:r>
            <w:r w:rsidRPr="00DD2343">
              <w:rPr>
                <w:rFonts w:ascii="Aptos" w:hAnsi="Aptos"/>
                <w:b/>
                <w:i/>
                <w:iCs/>
                <w:color w:val="76543C"/>
                <w:sz w:val="16"/>
                <w:szCs w:val="28"/>
                <w:lang w:val="es-MX"/>
              </w:rPr>
              <w:t>:</w:t>
            </w:r>
            <w:proofErr w:type="gramEnd"/>
            <w:r w:rsidRPr="00A54DFA">
              <w:rPr>
                <w:rFonts w:ascii="Aptos" w:hAnsi="Aptos"/>
                <w:b/>
                <w:color w:val="7B563B"/>
                <w:sz w:val="18"/>
                <w:szCs w:val="44"/>
                <w:lang w:val="es-MX"/>
              </w:rPr>
              <w:t xml:space="preserve">  </w:t>
            </w:r>
            <w:r w:rsidR="00FE79B3" w:rsidRPr="0081620A">
              <w:rPr>
                <w:i/>
                <w:iCs/>
                <w:color w:val="5B6573"/>
                <w:sz w:val="16"/>
                <w:szCs w:val="24"/>
                <w:lang w:val="es-MX"/>
              </w:rPr>
              <w:t xml:space="preserve">Escriba aquí el nombre completo del </w:t>
            </w:r>
            <w:r w:rsidR="00017969">
              <w:rPr>
                <w:i/>
                <w:iCs/>
                <w:color w:val="5B6573"/>
                <w:sz w:val="16"/>
                <w:szCs w:val="24"/>
                <w:lang w:val="es-MX"/>
              </w:rPr>
              <w:t>p</w:t>
            </w:r>
            <w:r w:rsidR="00FE79B3" w:rsidRPr="0081620A">
              <w:rPr>
                <w:i/>
                <w:iCs/>
                <w:color w:val="5B6573"/>
                <w:sz w:val="16"/>
                <w:szCs w:val="24"/>
                <w:lang w:val="es-MX"/>
              </w:rPr>
              <w:t xml:space="preserve">royecto de </w:t>
            </w:r>
            <w:r w:rsidR="00017969">
              <w:rPr>
                <w:i/>
                <w:iCs/>
                <w:color w:val="5B6573"/>
                <w:sz w:val="16"/>
                <w:szCs w:val="24"/>
                <w:lang w:val="es-MX"/>
              </w:rPr>
              <w:t>i</w:t>
            </w:r>
            <w:r w:rsidR="00FE79B3" w:rsidRPr="0081620A">
              <w:rPr>
                <w:i/>
                <w:iCs/>
                <w:color w:val="5B6573"/>
                <w:sz w:val="16"/>
                <w:szCs w:val="24"/>
                <w:lang w:val="es-MX"/>
              </w:rPr>
              <w:t>nvestigación</w:t>
            </w:r>
          </w:p>
        </w:tc>
      </w:tr>
      <w:tr w:rsidR="00F06EFB" w:rsidRPr="004300B3" w14:paraId="2B0B27AA" w14:textId="77777777" w:rsidTr="005162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shd w:val="clear" w:color="auto" w:fill="auto"/>
        </w:tblPrEx>
        <w:trPr>
          <w:trHeight w:val="264"/>
        </w:trPr>
        <w:tc>
          <w:tcPr>
            <w:tcW w:w="2732" w:type="dxa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DE9D9" w:themeFill="accent6" w:themeFillTint="33"/>
            <w:tcMar>
              <w:top w:w="2" w:type="dxa"/>
              <w:left w:w="4" w:type="dxa"/>
              <w:bottom w:w="2" w:type="dxa"/>
              <w:right w:w="4" w:type="dxa"/>
            </w:tcMar>
            <w:vAlign w:val="center"/>
          </w:tcPr>
          <w:p w14:paraId="57B41CDC" w14:textId="77777777" w:rsidR="00F06EFB" w:rsidRPr="004300B3" w:rsidRDefault="00C8502B" w:rsidP="004300B3">
            <w:pPr>
              <w:spacing w:after="0" w:line="240" w:lineRule="auto"/>
              <w:rPr>
                <w:sz w:val="44"/>
                <w:szCs w:val="44"/>
              </w:rPr>
            </w:pPr>
            <w:r w:rsidRPr="00DD2343">
              <w:rPr>
                <w:rFonts w:ascii="Aptos" w:hAnsi="Aptos"/>
                <w:b/>
                <w:i/>
                <w:iCs/>
                <w:color w:val="76543C"/>
                <w:sz w:val="16"/>
                <w:szCs w:val="28"/>
                <w:lang w:val="es-MX"/>
              </w:rPr>
              <w:t>Número de registro:</w:t>
            </w:r>
          </w:p>
        </w:tc>
        <w:tc>
          <w:tcPr>
            <w:tcW w:w="2088" w:type="dxa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BF7F3"/>
            <w:tcMar>
              <w:top w:w="2" w:type="dxa"/>
              <w:left w:w="4" w:type="dxa"/>
              <w:bottom w:w="2" w:type="dxa"/>
              <w:right w:w="4" w:type="dxa"/>
            </w:tcMar>
            <w:vAlign w:val="center"/>
          </w:tcPr>
          <w:p w14:paraId="33C3F8E5" w14:textId="77777777" w:rsidR="00F06EFB" w:rsidRPr="004300B3" w:rsidRDefault="00C8502B" w:rsidP="004300B3">
            <w:pPr>
              <w:spacing w:after="0" w:line="240" w:lineRule="auto"/>
              <w:rPr>
                <w:sz w:val="44"/>
                <w:szCs w:val="44"/>
              </w:rPr>
            </w:pPr>
            <w:r w:rsidRPr="004300B3">
              <w:rPr>
                <w:rFonts w:ascii="Aptos" w:hAnsi="Aptos"/>
                <w:color w:val="746B64"/>
                <w:sz w:val="18"/>
                <w:szCs w:val="44"/>
              </w:rPr>
              <w:t>________________</w:t>
            </w:r>
          </w:p>
        </w:tc>
        <w:tc>
          <w:tcPr>
            <w:tcW w:w="2409" w:type="dxa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DE9D9" w:themeFill="accent6" w:themeFillTint="33"/>
            <w:tcMar>
              <w:top w:w="2" w:type="dxa"/>
              <w:left w:w="4" w:type="dxa"/>
              <w:bottom w:w="2" w:type="dxa"/>
              <w:right w:w="4" w:type="dxa"/>
            </w:tcMar>
            <w:vAlign w:val="center"/>
          </w:tcPr>
          <w:p w14:paraId="003032ED" w14:textId="5F8CB7B6" w:rsidR="00F06EFB" w:rsidRPr="0038493F" w:rsidRDefault="00C8502B" w:rsidP="004300B3">
            <w:pPr>
              <w:spacing w:after="0" w:line="240" w:lineRule="auto"/>
              <w:rPr>
                <w:rFonts w:ascii="Aptos" w:hAnsi="Aptos"/>
                <w:b/>
                <w:i/>
                <w:iCs/>
                <w:color w:val="76543C"/>
                <w:sz w:val="16"/>
                <w:szCs w:val="28"/>
                <w:lang w:val="es-MX"/>
              </w:rPr>
            </w:pPr>
            <w:r w:rsidRPr="00DD2343">
              <w:rPr>
                <w:rFonts w:ascii="Aptos" w:hAnsi="Aptos"/>
                <w:b/>
                <w:i/>
                <w:iCs/>
                <w:color w:val="76543C"/>
                <w:sz w:val="16"/>
                <w:szCs w:val="28"/>
                <w:lang w:val="es-MX"/>
              </w:rPr>
              <w:t xml:space="preserve">Nombre </w:t>
            </w:r>
            <w:r w:rsidR="000B2518">
              <w:rPr>
                <w:rFonts w:ascii="Aptos" w:hAnsi="Aptos"/>
                <w:b/>
                <w:i/>
                <w:iCs/>
                <w:color w:val="76543C"/>
                <w:sz w:val="16"/>
                <w:szCs w:val="28"/>
                <w:lang w:val="es-MX"/>
              </w:rPr>
              <w:t xml:space="preserve">completo </w:t>
            </w:r>
            <w:r w:rsidR="006834D9" w:rsidRPr="0038493F">
              <w:rPr>
                <w:rFonts w:ascii="Aptos" w:hAnsi="Aptos"/>
                <w:b/>
                <w:i/>
                <w:iCs/>
                <w:color w:val="76543C"/>
                <w:sz w:val="16"/>
                <w:szCs w:val="28"/>
                <w:lang w:val="es-MX"/>
              </w:rPr>
              <w:t>de la dirección y responsabilidad de Proyecto de Investigación</w:t>
            </w:r>
            <w:r w:rsidRPr="00DD2343">
              <w:rPr>
                <w:rFonts w:ascii="Aptos" w:hAnsi="Aptos"/>
                <w:b/>
                <w:i/>
                <w:iCs/>
                <w:color w:val="76543C"/>
                <w:sz w:val="16"/>
                <w:szCs w:val="28"/>
                <w:lang w:val="es-MX"/>
              </w:rPr>
              <w:t>:</w:t>
            </w:r>
          </w:p>
        </w:tc>
        <w:tc>
          <w:tcPr>
            <w:tcW w:w="3828" w:type="dxa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BF7F3"/>
            <w:tcMar>
              <w:top w:w="2" w:type="dxa"/>
              <w:left w:w="4" w:type="dxa"/>
              <w:bottom w:w="2" w:type="dxa"/>
              <w:right w:w="4" w:type="dxa"/>
            </w:tcMar>
            <w:vAlign w:val="center"/>
          </w:tcPr>
          <w:p w14:paraId="541E5762" w14:textId="67576492" w:rsidR="00F06EFB" w:rsidRPr="0038493F" w:rsidRDefault="00C8502B" w:rsidP="004300B3">
            <w:pPr>
              <w:spacing w:after="0" w:line="240" w:lineRule="auto"/>
              <w:rPr>
                <w:rFonts w:ascii="Aptos" w:hAnsi="Aptos"/>
                <w:b/>
                <w:i/>
                <w:iCs/>
                <w:color w:val="76543C"/>
                <w:sz w:val="16"/>
                <w:szCs w:val="28"/>
                <w:lang w:val="es-MX"/>
              </w:rPr>
            </w:pPr>
            <w:r w:rsidRPr="0038493F">
              <w:rPr>
                <w:rFonts w:ascii="Aptos" w:hAnsi="Aptos"/>
                <w:b/>
                <w:i/>
                <w:iCs/>
                <w:color w:val="76543C"/>
                <w:sz w:val="16"/>
                <w:szCs w:val="28"/>
                <w:lang w:val="es-MX"/>
              </w:rPr>
              <w:t>__________________________________</w:t>
            </w:r>
          </w:p>
        </w:tc>
      </w:tr>
      <w:tr w:rsidR="00256321" w:rsidRPr="004300B3" w14:paraId="7D0C7197" w14:textId="77777777" w:rsidTr="005162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shd w:val="clear" w:color="auto" w:fill="auto"/>
        </w:tblPrEx>
        <w:trPr>
          <w:trHeight w:val="269"/>
        </w:trPr>
        <w:tc>
          <w:tcPr>
            <w:tcW w:w="2732" w:type="dxa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DE9D9" w:themeFill="accent6" w:themeFillTint="33"/>
            <w:tcMar>
              <w:top w:w="2" w:type="dxa"/>
              <w:left w:w="4" w:type="dxa"/>
              <w:bottom w:w="2" w:type="dxa"/>
              <w:right w:w="4" w:type="dxa"/>
            </w:tcMar>
            <w:vAlign w:val="center"/>
          </w:tcPr>
          <w:p w14:paraId="65FD7D8C" w14:textId="5DAF5D93" w:rsidR="00256321" w:rsidRPr="004300B3" w:rsidRDefault="00A86333" w:rsidP="004300B3">
            <w:pPr>
              <w:spacing w:after="0" w:line="240" w:lineRule="auto"/>
              <w:rPr>
                <w:sz w:val="44"/>
                <w:szCs w:val="44"/>
              </w:rPr>
            </w:pPr>
            <w:r w:rsidRPr="0038493F">
              <w:rPr>
                <w:rFonts w:ascii="Aptos" w:hAnsi="Aptos"/>
                <w:b/>
                <w:i/>
                <w:iCs/>
                <w:color w:val="76543C"/>
                <w:sz w:val="16"/>
                <w:szCs w:val="28"/>
                <w:lang w:val="es-MX"/>
              </w:rPr>
              <w:t>Teléfono celular de la dirección y responsabilidad de Proyecto de Investigación:</w:t>
            </w:r>
          </w:p>
        </w:tc>
        <w:tc>
          <w:tcPr>
            <w:tcW w:w="2088" w:type="dxa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BF7F3"/>
            <w:tcMar>
              <w:top w:w="2" w:type="dxa"/>
              <w:left w:w="4" w:type="dxa"/>
              <w:bottom w:w="2" w:type="dxa"/>
              <w:right w:w="4" w:type="dxa"/>
            </w:tcMar>
            <w:vAlign w:val="center"/>
          </w:tcPr>
          <w:p w14:paraId="48C64710" w14:textId="77777777" w:rsidR="00256321" w:rsidRPr="004300B3" w:rsidRDefault="00256321" w:rsidP="004300B3">
            <w:pPr>
              <w:spacing w:after="0" w:line="240" w:lineRule="auto"/>
              <w:rPr>
                <w:sz w:val="44"/>
                <w:szCs w:val="44"/>
              </w:rPr>
            </w:pPr>
            <w:r w:rsidRPr="004300B3">
              <w:rPr>
                <w:rFonts w:ascii="Aptos" w:hAnsi="Aptos"/>
                <w:color w:val="746B64"/>
                <w:sz w:val="18"/>
                <w:szCs w:val="44"/>
              </w:rPr>
              <w:t>____________</w:t>
            </w:r>
          </w:p>
        </w:tc>
        <w:tc>
          <w:tcPr>
            <w:tcW w:w="2409" w:type="dxa"/>
            <w:vMerge w:val="restart"/>
            <w:tcBorders>
              <w:top w:val="single" w:sz="4" w:space="0" w:color="D7C3B3"/>
              <w:left w:val="single" w:sz="4" w:space="0" w:color="D7C3B3"/>
              <w:right w:val="single" w:sz="4" w:space="0" w:color="D7C3B3"/>
            </w:tcBorders>
            <w:shd w:val="clear" w:color="auto" w:fill="FDE9D9" w:themeFill="accent6" w:themeFillTint="33"/>
            <w:tcMar>
              <w:top w:w="2" w:type="dxa"/>
              <w:left w:w="4" w:type="dxa"/>
              <w:bottom w:w="2" w:type="dxa"/>
              <w:right w:w="4" w:type="dxa"/>
            </w:tcMar>
            <w:vAlign w:val="center"/>
          </w:tcPr>
          <w:p w14:paraId="79A11D88" w14:textId="55C8F113" w:rsidR="00256321" w:rsidRPr="004300B3" w:rsidRDefault="00FA2E78" w:rsidP="004300B3">
            <w:pPr>
              <w:spacing w:after="0" w:line="240" w:lineRule="auto"/>
              <w:rPr>
                <w:sz w:val="44"/>
                <w:szCs w:val="44"/>
              </w:rPr>
            </w:pPr>
            <w:r w:rsidRPr="008C220C">
              <w:rPr>
                <w:rFonts w:ascii="Aptos" w:hAnsi="Aptos"/>
                <w:b/>
                <w:i/>
                <w:iCs/>
                <w:color w:val="76543C"/>
                <w:sz w:val="16"/>
                <w:szCs w:val="28"/>
                <w:lang w:val="es-MX"/>
              </w:rPr>
              <w:t>Correo electrónico institucional de la dirección y responsabilidad de Proyecto de Investigación:</w:t>
            </w:r>
          </w:p>
        </w:tc>
        <w:tc>
          <w:tcPr>
            <w:tcW w:w="3828" w:type="dxa"/>
            <w:vMerge w:val="restart"/>
            <w:tcBorders>
              <w:top w:val="single" w:sz="4" w:space="0" w:color="D7C3B3"/>
              <w:left w:val="single" w:sz="4" w:space="0" w:color="D7C3B3"/>
              <w:right w:val="single" w:sz="4" w:space="0" w:color="D7C3B3"/>
            </w:tcBorders>
            <w:shd w:val="clear" w:color="auto" w:fill="FBF7F3"/>
            <w:tcMar>
              <w:top w:w="2" w:type="dxa"/>
              <w:left w:w="4" w:type="dxa"/>
              <w:bottom w:w="2" w:type="dxa"/>
              <w:right w:w="4" w:type="dxa"/>
            </w:tcMar>
            <w:vAlign w:val="center"/>
          </w:tcPr>
          <w:p w14:paraId="34F6D9C0" w14:textId="1077B26A" w:rsidR="00256321" w:rsidRPr="004300B3" w:rsidRDefault="00256321" w:rsidP="004300B3">
            <w:pPr>
              <w:spacing w:after="0" w:line="240" w:lineRule="auto"/>
              <w:rPr>
                <w:sz w:val="44"/>
                <w:szCs w:val="44"/>
              </w:rPr>
            </w:pPr>
            <w:r w:rsidRPr="004300B3">
              <w:rPr>
                <w:rFonts w:ascii="Aptos" w:hAnsi="Aptos"/>
                <w:color w:val="746B64"/>
                <w:sz w:val="18"/>
                <w:szCs w:val="44"/>
              </w:rPr>
              <w:t>__________________________________</w:t>
            </w:r>
          </w:p>
        </w:tc>
      </w:tr>
      <w:tr w:rsidR="00256321" w:rsidRPr="004300B3" w14:paraId="13C8B4B1" w14:textId="77777777" w:rsidTr="005162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shd w:val="clear" w:color="auto" w:fill="auto"/>
        </w:tblPrEx>
        <w:trPr>
          <w:trHeight w:val="258"/>
        </w:trPr>
        <w:tc>
          <w:tcPr>
            <w:tcW w:w="2732" w:type="dxa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DE9D9" w:themeFill="accent6" w:themeFillTint="33"/>
            <w:tcMar>
              <w:top w:w="2" w:type="dxa"/>
              <w:left w:w="4" w:type="dxa"/>
              <w:bottom w:w="2" w:type="dxa"/>
              <w:right w:w="4" w:type="dxa"/>
            </w:tcMar>
            <w:vAlign w:val="center"/>
          </w:tcPr>
          <w:p w14:paraId="616E9BB3" w14:textId="3B608A3B" w:rsidR="00256321" w:rsidRPr="004300B3" w:rsidRDefault="00256321" w:rsidP="004300B3">
            <w:pPr>
              <w:spacing w:after="0" w:line="240" w:lineRule="auto"/>
              <w:rPr>
                <w:sz w:val="44"/>
                <w:szCs w:val="44"/>
                <w:lang w:val="es-MX"/>
              </w:rPr>
            </w:pPr>
            <w:r w:rsidRPr="00DD2343">
              <w:rPr>
                <w:rFonts w:ascii="Aptos" w:hAnsi="Aptos"/>
                <w:b/>
                <w:i/>
                <w:iCs/>
                <w:color w:val="76543C"/>
                <w:sz w:val="16"/>
                <w:szCs w:val="28"/>
                <w:lang w:val="es-MX"/>
              </w:rPr>
              <w:t xml:space="preserve">Fecha de aceptación por el </w:t>
            </w:r>
            <w:r w:rsidR="006228AC">
              <w:rPr>
                <w:rFonts w:ascii="Aptos" w:hAnsi="Aptos"/>
                <w:b/>
                <w:i/>
                <w:iCs/>
                <w:color w:val="76543C"/>
                <w:sz w:val="16"/>
                <w:szCs w:val="28"/>
                <w:lang w:val="es-MX"/>
              </w:rPr>
              <w:t>C.E.I.F.E.</w:t>
            </w:r>
            <w:r w:rsidRPr="00DD2343">
              <w:rPr>
                <w:rFonts w:ascii="Aptos" w:hAnsi="Aptos"/>
                <w:b/>
                <w:i/>
                <w:iCs/>
                <w:color w:val="76543C"/>
                <w:sz w:val="16"/>
                <w:szCs w:val="28"/>
                <w:lang w:val="es-MX"/>
              </w:rPr>
              <w:t>:</w:t>
            </w:r>
          </w:p>
        </w:tc>
        <w:tc>
          <w:tcPr>
            <w:tcW w:w="2088" w:type="dxa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BF7F3"/>
            <w:tcMar>
              <w:top w:w="2" w:type="dxa"/>
              <w:left w:w="4" w:type="dxa"/>
              <w:bottom w:w="2" w:type="dxa"/>
              <w:right w:w="4" w:type="dxa"/>
            </w:tcMar>
            <w:vAlign w:val="center"/>
          </w:tcPr>
          <w:p w14:paraId="6B5806F4" w14:textId="77777777" w:rsidR="00256321" w:rsidRPr="004300B3" w:rsidRDefault="00256321" w:rsidP="004300B3">
            <w:pPr>
              <w:spacing w:after="0" w:line="240" w:lineRule="auto"/>
              <w:rPr>
                <w:sz w:val="44"/>
                <w:szCs w:val="44"/>
              </w:rPr>
            </w:pPr>
            <w:r w:rsidRPr="004300B3">
              <w:rPr>
                <w:rFonts w:ascii="Aptos" w:hAnsi="Aptos"/>
                <w:color w:val="746B64"/>
                <w:sz w:val="18"/>
                <w:szCs w:val="44"/>
              </w:rPr>
              <w:t>________________________</w:t>
            </w:r>
          </w:p>
        </w:tc>
        <w:tc>
          <w:tcPr>
            <w:tcW w:w="2409" w:type="dxa"/>
            <w:vMerge/>
            <w:tcBorders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DE9D9" w:themeFill="accent6" w:themeFillTint="33"/>
            <w:tcMar>
              <w:top w:w="2" w:type="dxa"/>
              <w:left w:w="4" w:type="dxa"/>
              <w:bottom w:w="2" w:type="dxa"/>
              <w:right w:w="4" w:type="dxa"/>
            </w:tcMar>
            <w:vAlign w:val="center"/>
          </w:tcPr>
          <w:p w14:paraId="2B0FB22F" w14:textId="25609722" w:rsidR="00256321" w:rsidRPr="004300B3" w:rsidRDefault="00256321" w:rsidP="004300B3">
            <w:pPr>
              <w:spacing w:after="0" w:line="240" w:lineRule="auto"/>
              <w:rPr>
                <w:sz w:val="44"/>
                <w:szCs w:val="44"/>
                <w:lang w:val="es-MX"/>
              </w:rPr>
            </w:pPr>
          </w:p>
        </w:tc>
        <w:tc>
          <w:tcPr>
            <w:tcW w:w="3828" w:type="dxa"/>
            <w:vMerge/>
            <w:tcBorders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BF7F3"/>
            <w:tcMar>
              <w:top w:w="2" w:type="dxa"/>
              <w:left w:w="4" w:type="dxa"/>
              <w:bottom w:w="2" w:type="dxa"/>
              <w:right w:w="4" w:type="dxa"/>
            </w:tcMar>
            <w:vAlign w:val="center"/>
          </w:tcPr>
          <w:p w14:paraId="14336C26" w14:textId="2AC42104" w:rsidR="00256321" w:rsidRPr="004300B3" w:rsidRDefault="00256321" w:rsidP="004300B3">
            <w:pPr>
              <w:spacing w:after="0" w:line="240" w:lineRule="auto"/>
              <w:rPr>
                <w:sz w:val="44"/>
                <w:szCs w:val="44"/>
              </w:rPr>
            </w:pPr>
          </w:p>
        </w:tc>
      </w:tr>
    </w:tbl>
    <w:p w14:paraId="15C89756" w14:textId="77777777" w:rsidR="00F06EFB" w:rsidRPr="004300B3" w:rsidRDefault="00C8502B" w:rsidP="005B6FF9">
      <w:pPr>
        <w:spacing w:before="20" w:after="0" w:line="240" w:lineRule="auto"/>
        <w:ind w:firstLine="284"/>
        <w:rPr>
          <w:sz w:val="44"/>
          <w:szCs w:val="44"/>
        </w:rPr>
      </w:pPr>
      <w:proofErr w:type="gramStart"/>
      <w:r w:rsidRPr="004543A7">
        <w:rPr>
          <w:rFonts w:ascii="Aptos" w:hAnsi="Aptos"/>
          <w:b/>
          <w:color w:val="7B563B"/>
          <w:sz w:val="24"/>
          <w:szCs w:val="56"/>
        </w:rPr>
        <w:t>◑</w:t>
      </w:r>
      <w:r w:rsidRPr="004300B3">
        <w:rPr>
          <w:rFonts w:ascii="Aptos" w:hAnsi="Aptos"/>
          <w:b/>
          <w:color w:val="7B563B"/>
          <w:sz w:val="18"/>
          <w:szCs w:val="44"/>
        </w:rPr>
        <w:t xml:space="preserve">  INTEGRANTES</w:t>
      </w:r>
      <w:proofErr w:type="gramEnd"/>
      <w:r w:rsidRPr="004300B3">
        <w:rPr>
          <w:rFonts w:ascii="Aptos" w:hAnsi="Aptos"/>
          <w:b/>
          <w:color w:val="7B563B"/>
          <w:sz w:val="18"/>
          <w:szCs w:val="44"/>
        </w:rPr>
        <w:t xml:space="preserve"> DEL PROYECTO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8"/>
        <w:gridCol w:w="3556"/>
        <w:gridCol w:w="1405"/>
        <w:gridCol w:w="3544"/>
        <w:gridCol w:w="2392"/>
        <w:gridCol w:w="307"/>
      </w:tblGrid>
      <w:tr w:rsidR="00F06EFB" w:rsidRPr="008803B1" w14:paraId="2AEFD56E" w14:textId="77777777" w:rsidTr="0051625F">
        <w:trPr>
          <w:gridAfter w:val="1"/>
          <w:wAfter w:w="307" w:type="dxa"/>
          <w:jc w:val="center"/>
        </w:trPr>
        <w:tc>
          <w:tcPr>
            <w:tcW w:w="371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BD4B4" w:themeFill="accent6" w:themeFillTint="66"/>
            <w:tcMar>
              <w:top w:w="2" w:type="dxa"/>
              <w:left w:w="3" w:type="dxa"/>
              <w:bottom w:w="2" w:type="dxa"/>
              <w:right w:w="3" w:type="dxa"/>
            </w:tcMar>
          </w:tcPr>
          <w:p w14:paraId="4B627816" w14:textId="77777777" w:rsidR="00F06EFB" w:rsidRPr="008803B1" w:rsidRDefault="00C8502B" w:rsidP="004300B3">
            <w:pPr>
              <w:spacing w:after="0" w:line="240" w:lineRule="auto"/>
              <w:jc w:val="center"/>
              <w:rPr>
                <w:b/>
                <w:i/>
                <w:iCs/>
                <w:color w:val="4A442A" w:themeColor="background2" w:themeShade="40"/>
                <w:sz w:val="20"/>
                <w:szCs w:val="18"/>
              </w:rPr>
            </w:pPr>
            <w:r w:rsidRPr="008803B1">
              <w:rPr>
                <w:b/>
                <w:i/>
                <w:iCs/>
                <w:color w:val="4A442A" w:themeColor="background2" w:themeShade="40"/>
                <w:sz w:val="20"/>
                <w:szCs w:val="18"/>
              </w:rPr>
              <w:t>PARTICIPANTE / FUNCIÓN</w:t>
            </w:r>
          </w:p>
        </w:tc>
        <w:tc>
          <w:tcPr>
            <w:tcW w:w="4949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BD4B4" w:themeFill="accent6" w:themeFillTint="66"/>
            <w:tcMar>
              <w:top w:w="2" w:type="dxa"/>
              <w:left w:w="3" w:type="dxa"/>
              <w:bottom w:w="2" w:type="dxa"/>
              <w:right w:w="3" w:type="dxa"/>
            </w:tcMar>
          </w:tcPr>
          <w:p w14:paraId="1BA5C687" w14:textId="77777777" w:rsidR="00F06EFB" w:rsidRPr="008803B1" w:rsidRDefault="00C8502B" w:rsidP="004300B3">
            <w:pPr>
              <w:spacing w:after="0" w:line="240" w:lineRule="auto"/>
              <w:jc w:val="center"/>
              <w:rPr>
                <w:b/>
                <w:i/>
                <w:iCs/>
                <w:color w:val="4A442A" w:themeColor="background2" w:themeShade="40"/>
                <w:sz w:val="20"/>
                <w:szCs w:val="18"/>
              </w:rPr>
            </w:pPr>
            <w:r w:rsidRPr="008803B1">
              <w:rPr>
                <w:b/>
                <w:i/>
                <w:iCs/>
                <w:color w:val="4A442A" w:themeColor="background2" w:themeShade="40"/>
                <w:sz w:val="20"/>
                <w:szCs w:val="18"/>
              </w:rPr>
              <w:t>NOMBRE COMPLETO</w:t>
            </w:r>
          </w:p>
        </w:tc>
        <w:tc>
          <w:tcPr>
            <w:tcW w:w="23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BD4B4" w:themeFill="accent6" w:themeFillTint="66"/>
            <w:tcMar>
              <w:top w:w="2" w:type="dxa"/>
              <w:left w:w="3" w:type="dxa"/>
              <w:bottom w:w="2" w:type="dxa"/>
              <w:right w:w="3" w:type="dxa"/>
            </w:tcMar>
          </w:tcPr>
          <w:p w14:paraId="41BDD70D" w14:textId="77777777" w:rsidR="00F06EFB" w:rsidRPr="008803B1" w:rsidRDefault="00C8502B" w:rsidP="004300B3">
            <w:pPr>
              <w:spacing w:after="0" w:line="240" w:lineRule="auto"/>
              <w:jc w:val="center"/>
              <w:rPr>
                <w:b/>
                <w:i/>
                <w:iCs/>
                <w:color w:val="4A442A" w:themeColor="background2" w:themeShade="40"/>
                <w:sz w:val="20"/>
                <w:szCs w:val="18"/>
              </w:rPr>
            </w:pPr>
            <w:r w:rsidRPr="008803B1">
              <w:rPr>
                <w:b/>
                <w:i/>
                <w:iCs/>
                <w:color w:val="4A442A" w:themeColor="background2" w:themeShade="40"/>
                <w:sz w:val="20"/>
                <w:szCs w:val="18"/>
              </w:rPr>
              <w:t>ID / MATRÍCULA</w:t>
            </w:r>
          </w:p>
        </w:tc>
      </w:tr>
      <w:tr w:rsidR="00F06EFB" w:rsidRPr="004300B3" w14:paraId="2A4FB3F7" w14:textId="77777777" w:rsidTr="0051625F">
        <w:trPr>
          <w:gridAfter w:val="1"/>
          <w:wAfter w:w="307" w:type="dxa"/>
          <w:trHeight w:val="427"/>
          <w:jc w:val="center"/>
        </w:trPr>
        <w:tc>
          <w:tcPr>
            <w:tcW w:w="3714" w:type="dxa"/>
            <w:gridSpan w:val="2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BF7F3"/>
            <w:tcMar>
              <w:top w:w="2" w:type="dxa"/>
              <w:left w:w="3" w:type="dxa"/>
              <w:bottom w:w="2" w:type="dxa"/>
              <w:right w:w="3" w:type="dxa"/>
            </w:tcMar>
            <w:vAlign w:val="center"/>
          </w:tcPr>
          <w:p w14:paraId="4DDBB048" w14:textId="77777777" w:rsidR="00F06EFB" w:rsidRPr="009A3AF0" w:rsidRDefault="00C8502B" w:rsidP="004300B3">
            <w:pPr>
              <w:spacing w:after="0" w:line="240" w:lineRule="auto"/>
              <w:rPr>
                <w:rFonts w:ascii="Aptos" w:hAnsi="Aptos"/>
                <w:b/>
                <w:i/>
                <w:iCs/>
                <w:color w:val="76543C"/>
                <w:sz w:val="16"/>
                <w:szCs w:val="28"/>
                <w:lang w:val="es-MX"/>
              </w:rPr>
            </w:pPr>
            <w:r w:rsidRPr="009A3AF0">
              <w:rPr>
                <w:rFonts w:ascii="Aptos" w:hAnsi="Aptos"/>
                <w:b/>
                <w:i/>
                <w:iCs/>
                <w:color w:val="76543C"/>
                <w:sz w:val="16"/>
                <w:szCs w:val="28"/>
                <w:lang w:val="es-MX"/>
              </w:rPr>
              <w:t>Estudiante(s)</w:t>
            </w:r>
          </w:p>
        </w:tc>
        <w:tc>
          <w:tcPr>
            <w:tcW w:w="4949" w:type="dxa"/>
            <w:gridSpan w:val="2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BF7F3"/>
            <w:tcMar>
              <w:top w:w="2" w:type="dxa"/>
              <w:left w:w="3" w:type="dxa"/>
              <w:bottom w:w="2" w:type="dxa"/>
              <w:right w:w="3" w:type="dxa"/>
            </w:tcMar>
            <w:vAlign w:val="center"/>
          </w:tcPr>
          <w:p w14:paraId="00069366" w14:textId="77777777" w:rsidR="00F06EFB" w:rsidRPr="004300B3" w:rsidRDefault="00C8502B" w:rsidP="004300B3">
            <w:pPr>
              <w:spacing w:after="0" w:line="240" w:lineRule="auto"/>
              <w:rPr>
                <w:sz w:val="44"/>
                <w:szCs w:val="44"/>
              </w:rPr>
            </w:pPr>
            <w:r w:rsidRPr="004300B3">
              <w:rPr>
                <w:rFonts w:ascii="Aptos" w:hAnsi="Aptos"/>
                <w:color w:val="746B64"/>
                <w:sz w:val="16"/>
                <w:szCs w:val="44"/>
              </w:rPr>
              <w:t>____________________________________________</w:t>
            </w:r>
            <w:r w:rsidRPr="004300B3">
              <w:rPr>
                <w:rFonts w:ascii="Aptos" w:hAnsi="Aptos"/>
                <w:color w:val="746B64"/>
                <w:sz w:val="16"/>
                <w:szCs w:val="44"/>
              </w:rPr>
              <w:br/>
              <w:t>____________________________________________</w:t>
            </w:r>
          </w:p>
        </w:tc>
        <w:tc>
          <w:tcPr>
            <w:tcW w:w="2392" w:type="dxa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BF7F3"/>
            <w:tcMar>
              <w:top w:w="2" w:type="dxa"/>
              <w:left w:w="3" w:type="dxa"/>
              <w:bottom w:w="2" w:type="dxa"/>
              <w:right w:w="3" w:type="dxa"/>
            </w:tcMar>
            <w:vAlign w:val="center"/>
          </w:tcPr>
          <w:p w14:paraId="17517059" w14:textId="77777777" w:rsidR="00F06EFB" w:rsidRPr="004300B3" w:rsidRDefault="00C8502B" w:rsidP="004300B3">
            <w:pPr>
              <w:spacing w:after="0" w:line="240" w:lineRule="auto"/>
              <w:rPr>
                <w:sz w:val="44"/>
                <w:szCs w:val="44"/>
              </w:rPr>
            </w:pPr>
            <w:r w:rsidRPr="004300B3">
              <w:rPr>
                <w:rFonts w:ascii="Aptos" w:hAnsi="Aptos"/>
                <w:color w:val="746B64"/>
                <w:sz w:val="16"/>
                <w:szCs w:val="44"/>
              </w:rPr>
              <w:t>____________</w:t>
            </w:r>
            <w:r w:rsidRPr="004300B3">
              <w:rPr>
                <w:rFonts w:ascii="Aptos" w:hAnsi="Aptos"/>
                <w:color w:val="746B64"/>
                <w:sz w:val="16"/>
                <w:szCs w:val="44"/>
              </w:rPr>
              <w:br/>
              <w:t>____________</w:t>
            </w:r>
          </w:p>
        </w:tc>
      </w:tr>
      <w:tr w:rsidR="00F06EFB" w:rsidRPr="004300B3" w14:paraId="210E2979" w14:textId="77777777" w:rsidTr="0051625F">
        <w:trPr>
          <w:gridAfter w:val="1"/>
          <w:wAfter w:w="307" w:type="dxa"/>
          <w:trHeight w:val="418"/>
          <w:jc w:val="center"/>
        </w:trPr>
        <w:tc>
          <w:tcPr>
            <w:tcW w:w="3714" w:type="dxa"/>
            <w:gridSpan w:val="2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3E8DF"/>
            <w:tcMar>
              <w:top w:w="2" w:type="dxa"/>
              <w:left w:w="3" w:type="dxa"/>
              <w:bottom w:w="2" w:type="dxa"/>
              <w:right w:w="3" w:type="dxa"/>
            </w:tcMar>
            <w:vAlign w:val="center"/>
          </w:tcPr>
          <w:p w14:paraId="4EB7E39D" w14:textId="77777777" w:rsidR="00F06EFB" w:rsidRPr="009A3AF0" w:rsidRDefault="00C8502B" w:rsidP="004300B3">
            <w:pPr>
              <w:spacing w:after="0" w:line="240" w:lineRule="auto"/>
              <w:rPr>
                <w:rFonts w:ascii="Aptos" w:hAnsi="Aptos"/>
                <w:b/>
                <w:i/>
                <w:iCs/>
                <w:color w:val="76543C"/>
                <w:sz w:val="16"/>
                <w:szCs w:val="28"/>
                <w:lang w:val="es-MX"/>
              </w:rPr>
            </w:pPr>
            <w:r w:rsidRPr="009A3AF0">
              <w:rPr>
                <w:rFonts w:ascii="Aptos" w:hAnsi="Aptos"/>
                <w:b/>
                <w:i/>
                <w:iCs/>
                <w:color w:val="76543C"/>
                <w:sz w:val="16"/>
                <w:szCs w:val="28"/>
                <w:lang w:val="es-MX"/>
              </w:rPr>
              <w:t xml:space="preserve">Director y </w:t>
            </w:r>
            <w:proofErr w:type="gramStart"/>
            <w:r w:rsidRPr="009A3AF0">
              <w:rPr>
                <w:rFonts w:ascii="Aptos" w:hAnsi="Aptos"/>
                <w:b/>
                <w:i/>
                <w:iCs/>
                <w:color w:val="76543C"/>
                <w:sz w:val="16"/>
                <w:szCs w:val="28"/>
                <w:lang w:val="es-MX"/>
              </w:rPr>
              <w:t>Responsable</w:t>
            </w:r>
            <w:proofErr w:type="gramEnd"/>
            <w:r w:rsidRPr="009A3AF0">
              <w:rPr>
                <w:rFonts w:ascii="Aptos" w:hAnsi="Aptos"/>
                <w:b/>
                <w:i/>
                <w:iCs/>
                <w:color w:val="76543C"/>
                <w:sz w:val="16"/>
                <w:szCs w:val="28"/>
                <w:lang w:val="es-MX"/>
              </w:rPr>
              <w:t xml:space="preserve"> del Proyecto de Investigación</w:t>
            </w:r>
          </w:p>
        </w:tc>
        <w:tc>
          <w:tcPr>
            <w:tcW w:w="4949" w:type="dxa"/>
            <w:gridSpan w:val="2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3E8DF"/>
            <w:tcMar>
              <w:top w:w="2" w:type="dxa"/>
              <w:left w:w="3" w:type="dxa"/>
              <w:bottom w:w="2" w:type="dxa"/>
              <w:right w:w="3" w:type="dxa"/>
            </w:tcMar>
            <w:vAlign w:val="center"/>
          </w:tcPr>
          <w:p w14:paraId="7FA3E056" w14:textId="77777777" w:rsidR="00F06EFB" w:rsidRPr="004300B3" w:rsidRDefault="00C8502B" w:rsidP="004300B3">
            <w:pPr>
              <w:spacing w:after="0" w:line="240" w:lineRule="auto"/>
              <w:rPr>
                <w:sz w:val="44"/>
                <w:szCs w:val="44"/>
              </w:rPr>
            </w:pPr>
            <w:r w:rsidRPr="004300B3">
              <w:rPr>
                <w:rFonts w:ascii="Aptos" w:hAnsi="Aptos"/>
                <w:color w:val="746B64"/>
                <w:sz w:val="16"/>
                <w:szCs w:val="44"/>
              </w:rPr>
              <w:t>____________________________________________</w:t>
            </w:r>
          </w:p>
        </w:tc>
        <w:tc>
          <w:tcPr>
            <w:tcW w:w="2392" w:type="dxa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3E8DF"/>
            <w:tcMar>
              <w:top w:w="2" w:type="dxa"/>
              <w:left w:w="3" w:type="dxa"/>
              <w:bottom w:w="2" w:type="dxa"/>
              <w:right w:w="3" w:type="dxa"/>
            </w:tcMar>
            <w:vAlign w:val="center"/>
          </w:tcPr>
          <w:p w14:paraId="4CE24F6F" w14:textId="77777777" w:rsidR="00F06EFB" w:rsidRPr="004300B3" w:rsidRDefault="00C8502B" w:rsidP="004300B3">
            <w:pPr>
              <w:spacing w:after="0" w:line="240" w:lineRule="auto"/>
              <w:rPr>
                <w:sz w:val="44"/>
                <w:szCs w:val="44"/>
              </w:rPr>
            </w:pPr>
            <w:r w:rsidRPr="004300B3">
              <w:rPr>
                <w:rFonts w:ascii="Aptos" w:hAnsi="Aptos"/>
                <w:color w:val="746B64"/>
                <w:sz w:val="16"/>
                <w:szCs w:val="44"/>
              </w:rPr>
              <w:t>____________</w:t>
            </w:r>
          </w:p>
        </w:tc>
      </w:tr>
      <w:tr w:rsidR="00F06EFB" w:rsidRPr="004300B3" w14:paraId="4462C5F1" w14:textId="77777777" w:rsidTr="0051625F">
        <w:trPr>
          <w:gridAfter w:val="1"/>
          <w:wAfter w:w="307" w:type="dxa"/>
          <w:trHeight w:val="268"/>
          <w:jc w:val="center"/>
        </w:trPr>
        <w:tc>
          <w:tcPr>
            <w:tcW w:w="3714" w:type="dxa"/>
            <w:gridSpan w:val="2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BF7F3"/>
            <w:tcMar>
              <w:top w:w="2" w:type="dxa"/>
              <w:left w:w="3" w:type="dxa"/>
              <w:bottom w:w="2" w:type="dxa"/>
              <w:right w:w="3" w:type="dxa"/>
            </w:tcMar>
            <w:vAlign w:val="center"/>
          </w:tcPr>
          <w:p w14:paraId="3759B9C2" w14:textId="77777777" w:rsidR="00F06EFB" w:rsidRPr="009A3AF0" w:rsidRDefault="00C8502B" w:rsidP="004300B3">
            <w:pPr>
              <w:spacing w:after="0" w:line="240" w:lineRule="auto"/>
              <w:rPr>
                <w:rFonts w:ascii="Aptos" w:hAnsi="Aptos"/>
                <w:b/>
                <w:i/>
                <w:iCs/>
                <w:color w:val="76543C"/>
                <w:sz w:val="16"/>
                <w:szCs w:val="28"/>
                <w:lang w:val="es-MX"/>
              </w:rPr>
            </w:pPr>
            <w:r w:rsidRPr="009A3AF0">
              <w:rPr>
                <w:rFonts w:ascii="Aptos" w:hAnsi="Aptos"/>
                <w:b/>
                <w:i/>
                <w:iCs/>
                <w:color w:val="76543C"/>
                <w:sz w:val="16"/>
                <w:szCs w:val="28"/>
                <w:lang w:val="es-MX"/>
              </w:rPr>
              <w:t>Director Disciplinario</w:t>
            </w:r>
          </w:p>
        </w:tc>
        <w:tc>
          <w:tcPr>
            <w:tcW w:w="4949" w:type="dxa"/>
            <w:gridSpan w:val="2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BF7F3"/>
            <w:tcMar>
              <w:top w:w="2" w:type="dxa"/>
              <w:left w:w="3" w:type="dxa"/>
              <w:bottom w:w="2" w:type="dxa"/>
              <w:right w:w="3" w:type="dxa"/>
            </w:tcMar>
            <w:vAlign w:val="center"/>
          </w:tcPr>
          <w:p w14:paraId="0838272A" w14:textId="77777777" w:rsidR="00F06EFB" w:rsidRPr="004300B3" w:rsidRDefault="00C8502B" w:rsidP="004300B3">
            <w:pPr>
              <w:spacing w:after="0" w:line="240" w:lineRule="auto"/>
              <w:rPr>
                <w:sz w:val="44"/>
                <w:szCs w:val="44"/>
              </w:rPr>
            </w:pPr>
            <w:r w:rsidRPr="004300B3">
              <w:rPr>
                <w:rFonts w:ascii="Aptos" w:hAnsi="Aptos"/>
                <w:color w:val="746B64"/>
                <w:sz w:val="16"/>
                <w:szCs w:val="44"/>
              </w:rPr>
              <w:t>____________________________________________</w:t>
            </w:r>
          </w:p>
        </w:tc>
        <w:tc>
          <w:tcPr>
            <w:tcW w:w="2392" w:type="dxa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BF7F3"/>
            <w:tcMar>
              <w:top w:w="2" w:type="dxa"/>
              <w:left w:w="3" w:type="dxa"/>
              <w:bottom w:w="2" w:type="dxa"/>
              <w:right w:w="3" w:type="dxa"/>
            </w:tcMar>
            <w:vAlign w:val="center"/>
          </w:tcPr>
          <w:p w14:paraId="6D432802" w14:textId="77777777" w:rsidR="00F06EFB" w:rsidRPr="004300B3" w:rsidRDefault="00C8502B" w:rsidP="004300B3">
            <w:pPr>
              <w:spacing w:after="0" w:line="240" w:lineRule="auto"/>
              <w:rPr>
                <w:sz w:val="44"/>
                <w:szCs w:val="44"/>
              </w:rPr>
            </w:pPr>
            <w:r w:rsidRPr="004300B3">
              <w:rPr>
                <w:rFonts w:ascii="Aptos" w:hAnsi="Aptos"/>
                <w:color w:val="746B64"/>
                <w:sz w:val="16"/>
                <w:szCs w:val="44"/>
              </w:rPr>
              <w:t>____________</w:t>
            </w:r>
          </w:p>
        </w:tc>
      </w:tr>
      <w:tr w:rsidR="00F06EFB" w:rsidRPr="004300B3" w14:paraId="7313F567" w14:textId="77777777" w:rsidTr="0051625F">
        <w:trPr>
          <w:gridAfter w:val="1"/>
          <w:wAfter w:w="307" w:type="dxa"/>
          <w:trHeight w:val="273"/>
          <w:jc w:val="center"/>
        </w:trPr>
        <w:tc>
          <w:tcPr>
            <w:tcW w:w="3714" w:type="dxa"/>
            <w:gridSpan w:val="2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3E8DF"/>
            <w:tcMar>
              <w:top w:w="2" w:type="dxa"/>
              <w:left w:w="3" w:type="dxa"/>
              <w:bottom w:w="2" w:type="dxa"/>
              <w:right w:w="3" w:type="dxa"/>
            </w:tcMar>
            <w:vAlign w:val="center"/>
          </w:tcPr>
          <w:p w14:paraId="1C509A13" w14:textId="77777777" w:rsidR="00F06EFB" w:rsidRPr="009A3AF0" w:rsidRDefault="00C8502B" w:rsidP="004300B3">
            <w:pPr>
              <w:spacing w:after="0" w:line="240" w:lineRule="auto"/>
              <w:rPr>
                <w:rFonts w:ascii="Aptos" w:hAnsi="Aptos"/>
                <w:b/>
                <w:i/>
                <w:iCs/>
                <w:color w:val="76543C"/>
                <w:sz w:val="16"/>
                <w:szCs w:val="28"/>
                <w:lang w:val="es-MX"/>
              </w:rPr>
            </w:pPr>
            <w:r w:rsidRPr="009A3AF0">
              <w:rPr>
                <w:rFonts w:ascii="Aptos" w:hAnsi="Aptos"/>
                <w:b/>
                <w:i/>
                <w:iCs/>
                <w:color w:val="76543C"/>
                <w:sz w:val="16"/>
                <w:szCs w:val="28"/>
                <w:lang w:val="es-MX"/>
              </w:rPr>
              <w:t>Director Metodológico</w:t>
            </w:r>
          </w:p>
        </w:tc>
        <w:tc>
          <w:tcPr>
            <w:tcW w:w="4949" w:type="dxa"/>
            <w:gridSpan w:val="2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3E8DF"/>
            <w:tcMar>
              <w:top w:w="2" w:type="dxa"/>
              <w:left w:w="3" w:type="dxa"/>
              <w:bottom w:w="2" w:type="dxa"/>
              <w:right w:w="3" w:type="dxa"/>
            </w:tcMar>
            <w:vAlign w:val="center"/>
          </w:tcPr>
          <w:p w14:paraId="5B33977A" w14:textId="77777777" w:rsidR="00F06EFB" w:rsidRPr="004300B3" w:rsidRDefault="00C8502B" w:rsidP="004300B3">
            <w:pPr>
              <w:spacing w:after="0" w:line="240" w:lineRule="auto"/>
              <w:rPr>
                <w:sz w:val="44"/>
                <w:szCs w:val="44"/>
              </w:rPr>
            </w:pPr>
            <w:r w:rsidRPr="004300B3">
              <w:rPr>
                <w:rFonts w:ascii="Aptos" w:hAnsi="Aptos"/>
                <w:color w:val="746B64"/>
                <w:sz w:val="16"/>
                <w:szCs w:val="44"/>
              </w:rPr>
              <w:t>____________________________________________</w:t>
            </w:r>
          </w:p>
        </w:tc>
        <w:tc>
          <w:tcPr>
            <w:tcW w:w="2392" w:type="dxa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3E8DF"/>
            <w:tcMar>
              <w:top w:w="2" w:type="dxa"/>
              <w:left w:w="3" w:type="dxa"/>
              <w:bottom w:w="2" w:type="dxa"/>
              <w:right w:w="3" w:type="dxa"/>
            </w:tcMar>
            <w:vAlign w:val="center"/>
          </w:tcPr>
          <w:p w14:paraId="65471596" w14:textId="77777777" w:rsidR="00F06EFB" w:rsidRPr="004300B3" w:rsidRDefault="00C8502B" w:rsidP="004300B3">
            <w:pPr>
              <w:spacing w:after="0" w:line="240" w:lineRule="auto"/>
              <w:rPr>
                <w:sz w:val="44"/>
                <w:szCs w:val="44"/>
              </w:rPr>
            </w:pPr>
            <w:r w:rsidRPr="004300B3">
              <w:rPr>
                <w:rFonts w:ascii="Aptos" w:hAnsi="Aptos"/>
                <w:color w:val="746B64"/>
                <w:sz w:val="16"/>
                <w:szCs w:val="44"/>
              </w:rPr>
              <w:t>____________</w:t>
            </w:r>
          </w:p>
        </w:tc>
      </w:tr>
      <w:tr w:rsidR="00F06EFB" w:rsidRPr="004300B3" w14:paraId="5D5C0D5A" w14:textId="77777777" w:rsidTr="0051625F">
        <w:trPr>
          <w:gridAfter w:val="1"/>
          <w:wAfter w:w="307" w:type="dxa"/>
          <w:trHeight w:val="263"/>
          <w:jc w:val="center"/>
        </w:trPr>
        <w:tc>
          <w:tcPr>
            <w:tcW w:w="3714" w:type="dxa"/>
            <w:gridSpan w:val="2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BF7F3"/>
            <w:tcMar>
              <w:top w:w="2" w:type="dxa"/>
              <w:left w:w="3" w:type="dxa"/>
              <w:bottom w:w="2" w:type="dxa"/>
              <w:right w:w="3" w:type="dxa"/>
            </w:tcMar>
            <w:vAlign w:val="center"/>
          </w:tcPr>
          <w:p w14:paraId="5FBA6F6B" w14:textId="77777777" w:rsidR="00F06EFB" w:rsidRPr="009A3AF0" w:rsidRDefault="00C8502B" w:rsidP="004300B3">
            <w:pPr>
              <w:spacing w:after="0" w:line="240" w:lineRule="auto"/>
              <w:rPr>
                <w:rFonts w:ascii="Aptos" w:hAnsi="Aptos"/>
                <w:b/>
                <w:i/>
                <w:iCs/>
                <w:color w:val="76543C"/>
                <w:sz w:val="16"/>
                <w:szCs w:val="28"/>
                <w:lang w:val="es-MX"/>
              </w:rPr>
            </w:pPr>
            <w:r w:rsidRPr="009A3AF0">
              <w:rPr>
                <w:rFonts w:ascii="Aptos" w:hAnsi="Aptos"/>
                <w:b/>
                <w:i/>
                <w:iCs/>
                <w:color w:val="76543C"/>
                <w:sz w:val="16"/>
                <w:szCs w:val="28"/>
                <w:lang w:val="es-MX"/>
              </w:rPr>
              <w:t>Asesor Externo</w:t>
            </w:r>
          </w:p>
        </w:tc>
        <w:tc>
          <w:tcPr>
            <w:tcW w:w="4949" w:type="dxa"/>
            <w:gridSpan w:val="2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BF7F3"/>
            <w:tcMar>
              <w:top w:w="2" w:type="dxa"/>
              <w:left w:w="3" w:type="dxa"/>
              <w:bottom w:w="2" w:type="dxa"/>
              <w:right w:w="3" w:type="dxa"/>
            </w:tcMar>
            <w:vAlign w:val="center"/>
          </w:tcPr>
          <w:p w14:paraId="0E515795" w14:textId="77777777" w:rsidR="00F06EFB" w:rsidRPr="004300B3" w:rsidRDefault="00C8502B" w:rsidP="004300B3">
            <w:pPr>
              <w:spacing w:after="0" w:line="240" w:lineRule="auto"/>
              <w:rPr>
                <w:sz w:val="44"/>
                <w:szCs w:val="44"/>
              </w:rPr>
            </w:pPr>
            <w:r w:rsidRPr="004300B3">
              <w:rPr>
                <w:rFonts w:ascii="Aptos" w:hAnsi="Aptos"/>
                <w:color w:val="746B64"/>
                <w:sz w:val="16"/>
                <w:szCs w:val="44"/>
              </w:rPr>
              <w:t>____________________________________________</w:t>
            </w:r>
          </w:p>
        </w:tc>
        <w:tc>
          <w:tcPr>
            <w:tcW w:w="2392" w:type="dxa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BF7F3"/>
            <w:tcMar>
              <w:top w:w="2" w:type="dxa"/>
              <w:left w:w="3" w:type="dxa"/>
              <w:bottom w:w="2" w:type="dxa"/>
              <w:right w:w="3" w:type="dxa"/>
            </w:tcMar>
            <w:vAlign w:val="center"/>
          </w:tcPr>
          <w:p w14:paraId="61999E55" w14:textId="77777777" w:rsidR="00F06EFB" w:rsidRPr="004300B3" w:rsidRDefault="00C8502B" w:rsidP="004300B3">
            <w:pPr>
              <w:spacing w:after="0" w:line="240" w:lineRule="auto"/>
              <w:rPr>
                <w:sz w:val="44"/>
                <w:szCs w:val="44"/>
              </w:rPr>
            </w:pPr>
            <w:r w:rsidRPr="004300B3">
              <w:rPr>
                <w:rFonts w:ascii="Aptos" w:hAnsi="Aptos"/>
                <w:color w:val="746B64"/>
                <w:sz w:val="16"/>
                <w:szCs w:val="44"/>
              </w:rPr>
              <w:t>____________</w:t>
            </w:r>
          </w:p>
        </w:tc>
      </w:tr>
      <w:tr w:rsidR="00F06EFB" w:rsidRPr="004300B3" w14:paraId="52F9A512" w14:textId="77777777" w:rsidTr="0051625F">
        <w:tblPrEx>
          <w:jc w:val="left"/>
          <w:tblInd w:w="-158" w:type="dxa"/>
        </w:tblPrEx>
        <w:trPr>
          <w:gridBefore w:val="1"/>
          <w:wBefore w:w="158" w:type="dxa"/>
          <w:trHeight w:val="266"/>
        </w:trPr>
        <w:tc>
          <w:tcPr>
            <w:tcW w:w="11204" w:type="dxa"/>
            <w:gridSpan w:val="5"/>
            <w:tcBorders>
              <w:top w:val="single" w:sz="4" w:space="0" w:color="7B563B"/>
              <w:left w:val="single" w:sz="4" w:space="0" w:color="7B563B"/>
              <w:bottom w:val="single" w:sz="4" w:space="0" w:color="7B563B"/>
              <w:right w:val="single" w:sz="4" w:space="0" w:color="7B563B"/>
            </w:tcBorders>
            <w:shd w:val="clear" w:color="auto" w:fill="B78A69"/>
            <w:tcMar>
              <w:top w:w="3" w:type="dxa"/>
              <w:left w:w="7" w:type="dxa"/>
              <w:bottom w:w="3" w:type="dxa"/>
              <w:right w:w="7" w:type="dxa"/>
            </w:tcMar>
          </w:tcPr>
          <w:p w14:paraId="2F7913CE" w14:textId="77777777" w:rsidR="00F06EFB" w:rsidRPr="004300B3" w:rsidRDefault="00C8502B" w:rsidP="004300B3">
            <w:pPr>
              <w:spacing w:after="0" w:line="240" w:lineRule="auto"/>
              <w:rPr>
                <w:sz w:val="44"/>
                <w:szCs w:val="44"/>
              </w:rPr>
            </w:pPr>
            <w:r w:rsidRPr="004300B3">
              <w:rPr>
                <w:rFonts w:ascii="Aptos" w:hAnsi="Aptos"/>
                <w:b/>
                <w:color w:val="FFFFFF"/>
                <w:sz w:val="20"/>
                <w:szCs w:val="44"/>
              </w:rPr>
              <w:t xml:space="preserve">◑  </w:t>
            </w:r>
            <w:r w:rsidRPr="009A73B7">
              <w:rPr>
                <w:b/>
                <w:i/>
                <w:iCs/>
                <w:color w:val="FFFFFF" w:themeColor="background1"/>
                <w:sz w:val="20"/>
                <w:szCs w:val="18"/>
                <w:lang w:val="es-MX"/>
              </w:rPr>
              <w:t>II. INFORME ANALÍTICO DESCRIPTIVO</w:t>
            </w:r>
          </w:p>
        </w:tc>
      </w:tr>
      <w:tr w:rsidR="00F06EFB" w:rsidRPr="004300B3" w14:paraId="1EDA1095" w14:textId="77777777" w:rsidTr="0051625F">
        <w:tblPrEx>
          <w:jc w:val="left"/>
          <w:tblInd w:w="-158" w:type="dxa"/>
        </w:tblPrEx>
        <w:trPr>
          <w:gridBefore w:val="1"/>
          <w:wBefore w:w="158" w:type="dxa"/>
          <w:trHeight w:val="1093"/>
        </w:trPr>
        <w:tc>
          <w:tcPr>
            <w:tcW w:w="4961" w:type="dxa"/>
            <w:gridSpan w:val="2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3E8DF"/>
            <w:tcMar>
              <w:top w:w="2" w:type="dxa"/>
              <w:left w:w="4" w:type="dxa"/>
              <w:bottom w:w="2" w:type="dxa"/>
              <w:right w:w="4" w:type="dxa"/>
            </w:tcMar>
            <w:vAlign w:val="center"/>
          </w:tcPr>
          <w:p w14:paraId="4E3E7835" w14:textId="77777777" w:rsidR="00F06EFB" w:rsidRPr="004300B3" w:rsidRDefault="00C8502B" w:rsidP="004300B3">
            <w:pPr>
              <w:spacing w:after="0" w:line="240" w:lineRule="auto"/>
              <w:rPr>
                <w:sz w:val="44"/>
                <w:szCs w:val="44"/>
              </w:rPr>
            </w:pPr>
            <w:proofErr w:type="gramStart"/>
            <w:r w:rsidRPr="004543A7">
              <w:rPr>
                <w:rFonts w:ascii="Aptos" w:hAnsi="Aptos"/>
                <w:b/>
                <w:color w:val="7B563B"/>
                <w:sz w:val="24"/>
                <w:szCs w:val="72"/>
              </w:rPr>
              <w:t>◑</w:t>
            </w:r>
            <w:r w:rsidRPr="004300B3">
              <w:rPr>
                <w:rFonts w:ascii="Aptos" w:hAnsi="Aptos"/>
                <w:b/>
                <w:color w:val="7B563B"/>
                <w:sz w:val="16"/>
                <w:szCs w:val="44"/>
              </w:rPr>
              <w:t xml:space="preserve">  </w:t>
            </w:r>
            <w:r w:rsidRPr="00CC0CAD">
              <w:rPr>
                <w:rFonts w:ascii="Aptos" w:hAnsi="Aptos"/>
                <w:b/>
                <w:i/>
                <w:iCs/>
                <w:color w:val="76543C"/>
                <w:sz w:val="16"/>
                <w:szCs w:val="28"/>
                <w:lang w:val="es-MX"/>
              </w:rPr>
              <w:t>CRONOGRAMA</w:t>
            </w:r>
            <w:proofErr w:type="gramEnd"/>
            <w:r w:rsidRPr="00CC0CAD">
              <w:rPr>
                <w:rFonts w:ascii="Aptos" w:hAnsi="Aptos"/>
                <w:b/>
                <w:i/>
                <w:iCs/>
                <w:color w:val="76543C"/>
                <w:sz w:val="16"/>
                <w:szCs w:val="28"/>
                <w:lang w:val="es-MX"/>
              </w:rPr>
              <w:t xml:space="preserve"> ORIGINAL</w:t>
            </w:r>
          </w:p>
        </w:tc>
        <w:tc>
          <w:tcPr>
            <w:tcW w:w="6243" w:type="dxa"/>
            <w:gridSpan w:val="3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3E8DF"/>
            <w:tcMar>
              <w:top w:w="2" w:type="dxa"/>
              <w:left w:w="4" w:type="dxa"/>
              <w:bottom w:w="2" w:type="dxa"/>
              <w:right w:w="4" w:type="dxa"/>
            </w:tcMar>
            <w:vAlign w:val="center"/>
          </w:tcPr>
          <w:p w14:paraId="4D966CD5" w14:textId="77777777" w:rsidR="00F06EFB" w:rsidRPr="00A54DFA" w:rsidRDefault="00C8502B" w:rsidP="003F38B8">
            <w:pPr>
              <w:spacing w:after="0" w:line="240" w:lineRule="auto"/>
              <w:rPr>
                <w:i/>
                <w:iCs/>
                <w:sz w:val="44"/>
                <w:szCs w:val="44"/>
              </w:rPr>
            </w:pPr>
            <w:r w:rsidRPr="00A54DFA">
              <w:rPr>
                <w:rFonts w:ascii="Aptos" w:hAnsi="Aptos"/>
                <w:i/>
                <w:iCs/>
                <w:color w:val="342D28"/>
                <w:sz w:val="16"/>
                <w:szCs w:val="44"/>
                <w:lang w:val="es-MX"/>
              </w:rPr>
              <w:t>Presentación del cronograma original y concordancia con el mismo o justificación de los ajustes. -(ANEXO 1).</w:t>
            </w:r>
            <w:r w:rsidRPr="00A54DFA">
              <w:rPr>
                <w:rFonts w:ascii="Aptos" w:hAnsi="Aptos"/>
                <w:i/>
                <w:iCs/>
                <w:color w:val="342D28"/>
                <w:sz w:val="16"/>
                <w:szCs w:val="44"/>
                <w:lang w:val="es-MX"/>
              </w:rPr>
              <w:br/>
              <w:t>• Describir si cuentan con el permiso vigente para continuar con el proyecto de investigación.</w:t>
            </w:r>
            <w:r w:rsidRPr="00A54DFA">
              <w:rPr>
                <w:rFonts w:ascii="Aptos" w:hAnsi="Aptos"/>
                <w:i/>
                <w:iCs/>
                <w:color w:val="342D28"/>
                <w:sz w:val="16"/>
                <w:szCs w:val="44"/>
                <w:lang w:val="es-MX"/>
              </w:rPr>
              <w:br/>
            </w:r>
            <w:r w:rsidRPr="00A54DFA">
              <w:rPr>
                <w:rFonts w:ascii="Aptos" w:hAnsi="Aptos"/>
                <w:i/>
                <w:iCs/>
                <w:color w:val="342D28"/>
                <w:sz w:val="16"/>
                <w:szCs w:val="44"/>
              </w:rPr>
              <w:t xml:space="preserve">• </w:t>
            </w:r>
            <w:proofErr w:type="spellStart"/>
            <w:r w:rsidRPr="00A54DFA">
              <w:rPr>
                <w:rFonts w:ascii="Aptos" w:hAnsi="Aptos"/>
                <w:i/>
                <w:iCs/>
                <w:color w:val="342D28"/>
                <w:sz w:val="16"/>
                <w:szCs w:val="44"/>
              </w:rPr>
              <w:t>Detallar</w:t>
            </w:r>
            <w:proofErr w:type="spellEnd"/>
            <w:r w:rsidRPr="00A54DFA">
              <w:rPr>
                <w:rFonts w:ascii="Aptos" w:hAnsi="Aptos"/>
                <w:i/>
                <w:iCs/>
                <w:color w:val="342D28"/>
                <w:sz w:val="16"/>
                <w:szCs w:val="44"/>
              </w:rPr>
              <w:t xml:space="preserve"> </w:t>
            </w:r>
            <w:proofErr w:type="spellStart"/>
            <w:r w:rsidRPr="00A54DFA">
              <w:rPr>
                <w:rFonts w:ascii="Aptos" w:hAnsi="Aptos"/>
                <w:i/>
                <w:iCs/>
                <w:color w:val="342D28"/>
                <w:sz w:val="16"/>
                <w:szCs w:val="44"/>
              </w:rPr>
              <w:t>si</w:t>
            </w:r>
            <w:proofErr w:type="spellEnd"/>
            <w:r w:rsidRPr="00A54DFA">
              <w:rPr>
                <w:rFonts w:ascii="Aptos" w:hAnsi="Aptos"/>
                <w:i/>
                <w:iCs/>
                <w:color w:val="342D28"/>
                <w:sz w:val="16"/>
                <w:szCs w:val="44"/>
              </w:rPr>
              <w:t xml:space="preserve"> </w:t>
            </w:r>
            <w:proofErr w:type="spellStart"/>
            <w:r w:rsidRPr="00A54DFA">
              <w:rPr>
                <w:rFonts w:ascii="Aptos" w:hAnsi="Aptos"/>
                <w:i/>
                <w:iCs/>
                <w:color w:val="342D28"/>
                <w:sz w:val="16"/>
                <w:szCs w:val="44"/>
              </w:rPr>
              <w:t>hubo</w:t>
            </w:r>
            <w:proofErr w:type="spellEnd"/>
            <w:r w:rsidRPr="00A54DFA">
              <w:rPr>
                <w:rFonts w:ascii="Aptos" w:hAnsi="Aptos"/>
                <w:i/>
                <w:iCs/>
                <w:color w:val="342D28"/>
                <w:sz w:val="16"/>
                <w:szCs w:val="44"/>
              </w:rPr>
              <w:t xml:space="preserve"> </w:t>
            </w:r>
            <w:proofErr w:type="spellStart"/>
            <w:r w:rsidRPr="00A54DFA">
              <w:rPr>
                <w:rFonts w:ascii="Aptos" w:hAnsi="Aptos"/>
                <w:i/>
                <w:iCs/>
                <w:color w:val="342D28"/>
                <w:sz w:val="16"/>
                <w:szCs w:val="44"/>
              </w:rPr>
              <w:t>publicaciones</w:t>
            </w:r>
            <w:proofErr w:type="spellEnd"/>
            <w:r w:rsidRPr="00A54DFA">
              <w:rPr>
                <w:rFonts w:ascii="Aptos" w:hAnsi="Aptos"/>
                <w:i/>
                <w:iCs/>
                <w:color w:val="342D28"/>
                <w:sz w:val="16"/>
                <w:szCs w:val="44"/>
              </w:rPr>
              <w:t xml:space="preserve"> </w:t>
            </w:r>
            <w:proofErr w:type="spellStart"/>
            <w:r w:rsidRPr="00A54DFA">
              <w:rPr>
                <w:rFonts w:ascii="Aptos" w:hAnsi="Aptos"/>
                <w:i/>
                <w:iCs/>
                <w:color w:val="342D28"/>
                <w:sz w:val="16"/>
                <w:szCs w:val="44"/>
              </w:rPr>
              <w:t>emanadas</w:t>
            </w:r>
            <w:proofErr w:type="spellEnd"/>
            <w:r w:rsidRPr="00A54DFA">
              <w:rPr>
                <w:rFonts w:ascii="Aptos" w:hAnsi="Aptos"/>
                <w:i/>
                <w:iCs/>
                <w:color w:val="342D28"/>
                <w:sz w:val="16"/>
                <w:szCs w:val="44"/>
              </w:rPr>
              <w:t xml:space="preserve"> del </w:t>
            </w:r>
            <w:proofErr w:type="spellStart"/>
            <w:r w:rsidRPr="00A54DFA">
              <w:rPr>
                <w:rFonts w:ascii="Aptos" w:hAnsi="Aptos"/>
                <w:i/>
                <w:iCs/>
                <w:color w:val="342D28"/>
                <w:sz w:val="16"/>
                <w:szCs w:val="44"/>
              </w:rPr>
              <w:t>proyecto</w:t>
            </w:r>
            <w:proofErr w:type="spellEnd"/>
            <w:r w:rsidRPr="00A54DFA">
              <w:rPr>
                <w:rFonts w:ascii="Aptos" w:hAnsi="Aptos"/>
                <w:i/>
                <w:iCs/>
                <w:color w:val="342D28"/>
                <w:sz w:val="16"/>
                <w:szCs w:val="44"/>
              </w:rPr>
              <w:t>.</w:t>
            </w:r>
          </w:p>
        </w:tc>
      </w:tr>
      <w:tr w:rsidR="00F06EFB" w:rsidRPr="008803B1" w14:paraId="06A73B44" w14:textId="77777777" w:rsidTr="0051625F">
        <w:tblPrEx>
          <w:jc w:val="left"/>
          <w:tblInd w:w="-158" w:type="dxa"/>
        </w:tblPrEx>
        <w:trPr>
          <w:gridBefore w:val="1"/>
          <w:wBefore w:w="158" w:type="dxa"/>
          <w:trHeight w:val="1973"/>
        </w:trPr>
        <w:tc>
          <w:tcPr>
            <w:tcW w:w="4961" w:type="dxa"/>
            <w:gridSpan w:val="2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BF7F3"/>
            <w:tcMar>
              <w:top w:w="2" w:type="dxa"/>
              <w:left w:w="4" w:type="dxa"/>
              <w:bottom w:w="2" w:type="dxa"/>
              <w:right w:w="4" w:type="dxa"/>
            </w:tcMar>
            <w:vAlign w:val="center"/>
          </w:tcPr>
          <w:p w14:paraId="2EBAD881" w14:textId="77777777" w:rsidR="00F06EFB" w:rsidRPr="004300B3" w:rsidRDefault="00C8502B" w:rsidP="004300B3">
            <w:pPr>
              <w:spacing w:after="0" w:line="240" w:lineRule="auto"/>
              <w:rPr>
                <w:sz w:val="44"/>
                <w:szCs w:val="44"/>
                <w:lang w:val="es-MX"/>
              </w:rPr>
            </w:pPr>
            <w:proofErr w:type="gramStart"/>
            <w:r w:rsidRPr="004543A7">
              <w:rPr>
                <w:rFonts w:ascii="Aptos" w:hAnsi="Aptos"/>
                <w:b/>
                <w:color w:val="7B563B"/>
                <w:sz w:val="24"/>
                <w:szCs w:val="72"/>
                <w:lang w:val="es-MX"/>
              </w:rPr>
              <w:t>◑</w:t>
            </w:r>
            <w:r w:rsidRPr="004300B3">
              <w:rPr>
                <w:rFonts w:ascii="Aptos" w:hAnsi="Aptos"/>
                <w:b/>
                <w:color w:val="7B563B"/>
                <w:sz w:val="16"/>
                <w:szCs w:val="44"/>
                <w:lang w:val="es-MX"/>
              </w:rPr>
              <w:t xml:space="preserve">  </w:t>
            </w:r>
            <w:r w:rsidRPr="00CC0CAD">
              <w:rPr>
                <w:rFonts w:ascii="Aptos" w:hAnsi="Aptos"/>
                <w:b/>
                <w:i/>
                <w:iCs/>
                <w:color w:val="76543C"/>
                <w:sz w:val="16"/>
                <w:szCs w:val="28"/>
                <w:lang w:val="es-MX"/>
              </w:rPr>
              <w:t>SUJETOS</w:t>
            </w:r>
            <w:proofErr w:type="gramEnd"/>
            <w:r w:rsidRPr="00CC0CAD">
              <w:rPr>
                <w:rFonts w:ascii="Aptos" w:hAnsi="Aptos"/>
                <w:b/>
                <w:i/>
                <w:iCs/>
                <w:color w:val="76543C"/>
                <w:sz w:val="16"/>
                <w:szCs w:val="28"/>
                <w:lang w:val="es-MX"/>
              </w:rPr>
              <w:t xml:space="preserve"> HUMANOS E INVESTIGACIONES EDUCATIVAS</w:t>
            </w:r>
          </w:p>
        </w:tc>
        <w:tc>
          <w:tcPr>
            <w:tcW w:w="6243" w:type="dxa"/>
            <w:gridSpan w:val="3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BF7F3"/>
            <w:tcMar>
              <w:top w:w="2" w:type="dxa"/>
              <w:left w:w="4" w:type="dxa"/>
              <w:bottom w:w="2" w:type="dxa"/>
              <w:right w:w="4" w:type="dxa"/>
            </w:tcMar>
            <w:vAlign w:val="center"/>
          </w:tcPr>
          <w:p w14:paraId="5110A56E" w14:textId="77777777" w:rsidR="00F06EFB" w:rsidRPr="00A54DFA" w:rsidRDefault="00C8502B" w:rsidP="003F38B8">
            <w:pPr>
              <w:spacing w:after="0" w:line="240" w:lineRule="auto"/>
              <w:rPr>
                <w:i/>
                <w:iCs/>
                <w:sz w:val="44"/>
                <w:szCs w:val="44"/>
                <w:lang w:val="es-MX"/>
              </w:rPr>
            </w:pPr>
            <w:r w:rsidRPr="00A54DFA">
              <w:rPr>
                <w:rFonts w:ascii="Aptos" w:hAnsi="Aptos"/>
                <w:i/>
                <w:iCs/>
                <w:color w:val="342D28"/>
                <w:sz w:val="16"/>
                <w:szCs w:val="44"/>
                <w:lang w:val="es-MX"/>
              </w:rPr>
              <w:t>En el caso de que el proyecto de investigación sea en sujetos humanos e investigaciones educativas, anexar la siguiente información:</w:t>
            </w:r>
            <w:r w:rsidRPr="00A54DFA">
              <w:rPr>
                <w:rFonts w:ascii="Aptos" w:hAnsi="Aptos"/>
                <w:i/>
                <w:iCs/>
                <w:color w:val="342D28"/>
                <w:sz w:val="16"/>
                <w:szCs w:val="44"/>
                <w:lang w:val="es-MX"/>
              </w:rPr>
              <w:br/>
              <w:t>• Mencionar detalladamente el número de folios de consentimientos informados y/o asentimientos informados.</w:t>
            </w:r>
            <w:r w:rsidRPr="00A54DFA">
              <w:rPr>
                <w:rFonts w:ascii="Aptos" w:hAnsi="Aptos"/>
                <w:i/>
                <w:iCs/>
                <w:color w:val="342D28"/>
                <w:sz w:val="16"/>
                <w:szCs w:val="44"/>
                <w:lang w:val="es-MX"/>
              </w:rPr>
              <w:br/>
              <w:t>• Mencionar detalladamente aquellos sujetos que decidieron ya no continuar en el proyecto de investigación.</w:t>
            </w:r>
            <w:r w:rsidRPr="00A54DFA">
              <w:rPr>
                <w:rFonts w:ascii="Aptos" w:hAnsi="Aptos"/>
                <w:i/>
                <w:iCs/>
                <w:color w:val="342D28"/>
                <w:sz w:val="16"/>
                <w:szCs w:val="44"/>
                <w:lang w:val="es-MX"/>
              </w:rPr>
              <w:br/>
              <w:t>• Mencionar detalladamente si hubo algún caso (s) de resultado (s) adverso (s).</w:t>
            </w:r>
            <w:r w:rsidRPr="00A54DFA">
              <w:rPr>
                <w:rFonts w:ascii="Aptos" w:hAnsi="Aptos"/>
                <w:i/>
                <w:iCs/>
                <w:color w:val="342D28"/>
                <w:sz w:val="16"/>
                <w:szCs w:val="44"/>
                <w:lang w:val="es-MX"/>
              </w:rPr>
              <w:br/>
              <w:t>*(En el caso específico de obtención de datos de manera virtual se hará una supervisión, solicitando la documentación probatoria en PDF de los consentimientos y/o asentimientos).</w:t>
            </w:r>
          </w:p>
        </w:tc>
      </w:tr>
      <w:tr w:rsidR="00F06EFB" w:rsidRPr="008803B1" w14:paraId="21D08661" w14:textId="77777777" w:rsidTr="0051625F">
        <w:tblPrEx>
          <w:jc w:val="left"/>
          <w:tblInd w:w="-158" w:type="dxa"/>
        </w:tblPrEx>
        <w:trPr>
          <w:gridBefore w:val="1"/>
          <w:wBefore w:w="158" w:type="dxa"/>
          <w:trHeight w:val="1407"/>
        </w:trPr>
        <w:tc>
          <w:tcPr>
            <w:tcW w:w="4961" w:type="dxa"/>
            <w:gridSpan w:val="2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3E8DF"/>
            <w:tcMar>
              <w:top w:w="2" w:type="dxa"/>
              <w:left w:w="4" w:type="dxa"/>
              <w:bottom w:w="2" w:type="dxa"/>
              <w:right w:w="4" w:type="dxa"/>
            </w:tcMar>
            <w:vAlign w:val="center"/>
          </w:tcPr>
          <w:p w14:paraId="58994C0F" w14:textId="77777777" w:rsidR="00F06EFB" w:rsidRPr="004300B3" w:rsidRDefault="00C8502B" w:rsidP="004300B3">
            <w:pPr>
              <w:spacing w:after="0" w:line="240" w:lineRule="auto"/>
              <w:rPr>
                <w:sz w:val="44"/>
                <w:szCs w:val="44"/>
                <w:lang w:val="es-MX"/>
              </w:rPr>
            </w:pPr>
            <w:proofErr w:type="gramStart"/>
            <w:r w:rsidRPr="004543A7">
              <w:rPr>
                <w:rFonts w:ascii="Aptos" w:hAnsi="Aptos"/>
                <w:b/>
                <w:color w:val="7B563B"/>
                <w:sz w:val="24"/>
                <w:szCs w:val="72"/>
                <w:lang w:val="es-MX"/>
              </w:rPr>
              <w:t>◑</w:t>
            </w:r>
            <w:r w:rsidRPr="004300B3">
              <w:rPr>
                <w:rFonts w:ascii="Aptos" w:hAnsi="Aptos"/>
                <w:b/>
                <w:color w:val="7B563B"/>
                <w:sz w:val="16"/>
                <w:szCs w:val="44"/>
                <w:lang w:val="es-MX"/>
              </w:rPr>
              <w:t xml:space="preserve">  </w:t>
            </w:r>
            <w:r w:rsidRPr="00CC0CAD">
              <w:rPr>
                <w:rFonts w:ascii="Aptos" w:hAnsi="Aptos"/>
                <w:b/>
                <w:i/>
                <w:iCs/>
                <w:color w:val="76543C"/>
                <w:sz w:val="16"/>
                <w:szCs w:val="28"/>
                <w:lang w:val="es-MX"/>
              </w:rPr>
              <w:t>ÓRGANOS</w:t>
            </w:r>
            <w:proofErr w:type="gramEnd"/>
            <w:r w:rsidRPr="00CC0CAD">
              <w:rPr>
                <w:rFonts w:ascii="Aptos" w:hAnsi="Aptos"/>
                <w:b/>
                <w:i/>
                <w:iCs/>
                <w:color w:val="76543C"/>
                <w:sz w:val="16"/>
                <w:szCs w:val="28"/>
                <w:lang w:val="es-MX"/>
              </w:rPr>
              <w:t>, TEJIDOS, MICROORGANISMOS O MATERIAL BIOLÓGICO</w:t>
            </w:r>
          </w:p>
        </w:tc>
        <w:tc>
          <w:tcPr>
            <w:tcW w:w="6243" w:type="dxa"/>
            <w:gridSpan w:val="3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3E8DF"/>
            <w:tcMar>
              <w:top w:w="2" w:type="dxa"/>
              <w:left w:w="4" w:type="dxa"/>
              <w:bottom w:w="2" w:type="dxa"/>
              <w:right w:w="4" w:type="dxa"/>
            </w:tcMar>
            <w:vAlign w:val="center"/>
          </w:tcPr>
          <w:p w14:paraId="0C07C9AC" w14:textId="77777777" w:rsidR="00F06EFB" w:rsidRPr="00A54DFA" w:rsidRDefault="00C8502B" w:rsidP="003F38B8">
            <w:pPr>
              <w:spacing w:after="0" w:line="240" w:lineRule="auto"/>
              <w:rPr>
                <w:i/>
                <w:iCs/>
                <w:sz w:val="44"/>
                <w:szCs w:val="44"/>
                <w:lang w:val="es-MX"/>
              </w:rPr>
            </w:pPr>
            <w:r w:rsidRPr="00A54DFA">
              <w:rPr>
                <w:rFonts w:ascii="Aptos" w:hAnsi="Aptos"/>
                <w:i/>
                <w:iCs/>
                <w:color w:val="342D28"/>
                <w:sz w:val="16"/>
                <w:szCs w:val="44"/>
                <w:lang w:val="es-MX"/>
              </w:rPr>
              <w:t>En el caso de que el proyecto de investigación sea con órganos, tejidos y sus derivados en seres humanos, o se empleen microorganismos patógenos o material biológico, anexar la siguiente información:</w:t>
            </w:r>
            <w:r w:rsidRPr="00A54DFA">
              <w:rPr>
                <w:rFonts w:ascii="Aptos" w:hAnsi="Aptos"/>
                <w:i/>
                <w:iCs/>
                <w:color w:val="342D28"/>
                <w:sz w:val="16"/>
                <w:szCs w:val="44"/>
                <w:lang w:val="es-MX"/>
              </w:rPr>
              <w:br/>
              <w:t>• Mencionar los medios de conservación.</w:t>
            </w:r>
            <w:r w:rsidRPr="00A54DFA">
              <w:rPr>
                <w:rFonts w:ascii="Aptos" w:hAnsi="Aptos"/>
                <w:i/>
                <w:iCs/>
                <w:color w:val="342D28"/>
                <w:sz w:val="16"/>
                <w:szCs w:val="44"/>
                <w:lang w:val="es-MX"/>
              </w:rPr>
              <w:br/>
              <w:t>• Mencionar los medios para su desecho.</w:t>
            </w:r>
            <w:r w:rsidRPr="00A54DFA">
              <w:rPr>
                <w:rFonts w:ascii="Aptos" w:hAnsi="Aptos"/>
                <w:i/>
                <w:iCs/>
                <w:color w:val="342D28"/>
                <w:sz w:val="16"/>
                <w:szCs w:val="44"/>
                <w:lang w:val="es-MX"/>
              </w:rPr>
              <w:br/>
              <w:t>• Mencionar detalladamente la etapa o fase en la que se encuentra el proyecto de investigación.</w:t>
            </w:r>
          </w:p>
        </w:tc>
      </w:tr>
    </w:tbl>
    <w:p w14:paraId="57C0083C" w14:textId="77777777" w:rsidR="00F06EFB" w:rsidRPr="004300B3" w:rsidRDefault="00C8502B" w:rsidP="004300B3">
      <w:pPr>
        <w:spacing w:before="20" w:after="0" w:line="240" w:lineRule="auto"/>
        <w:rPr>
          <w:sz w:val="44"/>
          <w:szCs w:val="44"/>
        </w:rPr>
      </w:pPr>
      <w:proofErr w:type="gramStart"/>
      <w:r w:rsidRPr="004543A7">
        <w:rPr>
          <w:rFonts w:ascii="Aptos" w:hAnsi="Aptos"/>
          <w:b/>
          <w:color w:val="7B563B"/>
          <w:sz w:val="24"/>
          <w:szCs w:val="56"/>
        </w:rPr>
        <w:t>◑</w:t>
      </w:r>
      <w:r w:rsidRPr="004300B3">
        <w:rPr>
          <w:rFonts w:ascii="Aptos" w:hAnsi="Aptos"/>
          <w:b/>
          <w:color w:val="7B563B"/>
          <w:sz w:val="18"/>
          <w:szCs w:val="44"/>
        </w:rPr>
        <w:t xml:space="preserve">  ANEXO</w:t>
      </w:r>
      <w:proofErr w:type="gramEnd"/>
      <w:r w:rsidRPr="004300B3">
        <w:rPr>
          <w:rFonts w:ascii="Aptos" w:hAnsi="Aptos"/>
          <w:b/>
          <w:color w:val="7B563B"/>
          <w:sz w:val="18"/>
          <w:szCs w:val="44"/>
        </w:rPr>
        <w:t xml:space="preserve"> 1. CRONOGRAMA DE ACTIVIDADES</w:t>
      </w:r>
    </w:p>
    <w:tbl>
      <w:tblPr>
        <w:tblW w:w="0" w:type="auto"/>
        <w:tblInd w:w="289" w:type="dxa"/>
        <w:tblLayout w:type="fixed"/>
        <w:tblLook w:val="04A0" w:firstRow="1" w:lastRow="0" w:firstColumn="1" w:lastColumn="0" w:noHBand="0" w:noVBand="1"/>
      </w:tblPr>
      <w:tblGrid>
        <w:gridCol w:w="1134"/>
        <w:gridCol w:w="567"/>
        <w:gridCol w:w="850"/>
        <w:gridCol w:w="704"/>
        <w:gridCol w:w="886"/>
        <w:gridCol w:w="886"/>
        <w:gridCol w:w="886"/>
        <w:gridCol w:w="886"/>
        <w:gridCol w:w="886"/>
        <w:gridCol w:w="886"/>
        <w:gridCol w:w="886"/>
        <w:gridCol w:w="886"/>
        <w:gridCol w:w="572"/>
      </w:tblGrid>
      <w:tr w:rsidR="00F06EFB" w:rsidRPr="004300B3" w14:paraId="55B4EA7A" w14:textId="77777777" w:rsidTr="00787F12">
        <w:trPr>
          <w:trHeight w:val="256"/>
        </w:trPr>
        <w:tc>
          <w:tcPr>
            <w:tcW w:w="10915" w:type="dxa"/>
            <w:gridSpan w:val="13"/>
            <w:tcBorders>
              <w:top w:val="single" w:sz="4" w:space="0" w:color="7B563B"/>
              <w:left w:val="single" w:sz="4" w:space="0" w:color="7B563B"/>
              <w:bottom w:val="single" w:sz="4" w:space="0" w:color="7B563B"/>
              <w:right w:val="single" w:sz="4" w:space="0" w:color="7B563B"/>
            </w:tcBorders>
            <w:shd w:val="clear" w:color="auto" w:fill="B78A69"/>
            <w:tcMar>
              <w:top w:w="1" w:type="dxa"/>
              <w:left w:w="2" w:type="dxa"/>
              <w:bottom w:w="1" w:type="dxa"/>
              <w:right w:w="2" w:type="dxa"/>
            </w:tcMar>
          </w:tcPr>
          <w:p w14:paraId="7D08CD32" w14:textId="77777777" w:rsidR="00F06EFB" w:rsidRPr="004300B3" w:rsidRDefault="00C8502B" w:rsidP="004300B3">
            <w:pPr>
              <w:spacing w:after="0" w:line="240" w:lineRule="auto"/>
              <w:jc w:val="center"/>
              <w:rPr>
                <w:sz w:val="44"/>
                <w:szCs w:val="44"/>
              </w:rPr>
            </w:pPr>
            <w:r w:rsidRPr="004300B3">
              <w:rPr>
                <w:rFonts w:ascii="Aptos" w:hAnsi="Aptos"/>
                <w:b/>
                <w:color w:val="FFFFFF"/>
                <w:sz w:val="16"/>
                <w:szCs w:val="44"/>
              </w:rPr>
              <w:t>AÑO: ____________</w:t>
            </w:r>
          </w:p>
        </w:tc>
      </w:tr>
      <w:tr w:rsidR="00F06EFB" w:rsidRPr="004300B3" w14:paraId="1D5255D9" w14:textId="77777777" w:rsidTr="00787F12">
        <w:trPr>
          <w:trHeight w:val="273"/>
        </w:trPr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6D4E35"/>
            <w:tcMar>
              <w:top w:w="1" w:type="dxa"/>
              <w:left w:w="1" w:type="dxa"/>
              <w:bottom w:w="1" w:type="dxa"/>
              <w:right w:w="1" w:type="dxa"/>
            </w:tcMar>
          </w:tcPr>
          <w:p w14:paraId="18943924" w14:textId="77777777" w:rsidR="00F06EFB" w:rsidRPr="00130F09" w:rsidRDefault="00C8502B" w:rsidP="004300B3">
            <w:pPr>
              <w:spacing w:after="0" w:line="240" w:lineRule="auto"/>
              <w:jc w:val="center"/>
              <w:rPr>
                <w:i/>
                <w:iCs/>
                <w:sz w:val="44"/>
                <w:szCs w:val="44"/>
              </w:rPr>
            </w:pPr>
            <w:proofErr w:type="spellStart"/>
            <w:r w:rsidRPr="00130F09">
              <w:rPr>
                <w:rFonts w:ascii="Aptos" w:hAnsi="Aptos"/>
                <w:b/>
                <w:i/>
                <w:iCs/>
                <w:color w:val="FFFFFF"/>
                <w:sz w:val="16"/>
                <w:szCs w:val="44"/>
              </w:rPr>
              <w:t>Actividades</w:t>
            </w:r>
            <w:proofErr w:type="spellEnd"/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6D4E35"/>
            <w:tcMar>
              <w:top w:w="1" w:type="dxa"/>
              <w:left w:w="1" w:type="dxa"/>
              <w:bottom w:w="1" w:type="dxa"/>
              <w:right w:w="1" w:type="dxa"/>
            </w:tcMar>
          </w:tcPr>
          <w:p w14:paraId="0960E65C" w14:textId="77777777" w:rsidR="00F06EFB" w:rsidRPr="00130F09" w:rsidRDefault="00C8502B" w:rsidP="004300B3">
            <w:pPr>
              <w:spacing w:after="0" w:line="240" w:lineRule="auto"/>
              <w:jc w:val="center"/>
              <w:rPr>
                <w:i/>
                <w:iCs/>
                <w:sz w:val="44"/>
                <w:szCs w:val="44"/>
              </w:rPr>
            </w:pPr>
            <w:proofErr w:type="spellStart"/>
            <w:r w:rsidRPr="00130F09">
              <w:rPr>
                <w:rFonts w:ascii="Aptos" w:hAnsi="Aptos"/>
                <w:b/>
                <w:i/>
                <w:iCs/>
                <w:color w:val="FFFFFF"/>
                <w:sz w:val="16"/>
                <w:szCs w:val="44"/>
              </w:rPr>
              <w:t>Ene</w:t>
            </w:r>
            <w:proofErr w:type="spellEnd"/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6D4E35"/>
            <w:tcMar>
              <w:top w:w="1" w:type="dxa"/>
              <w:left w:w="1" w:type="dxa"/>
              <w:bottom w:w="1" w:type="dxa"/>
              <w:right w:w="1" w:type="dxa"/>
            </w:tcMar>
          </w:tcPr>
          <w:p w14:paraId="65720773" w14:textId="77777777" w:rsidR="00F06EFB" w:rsidRPr="00130F09" w:rsidRDefault="00C8502B" w:rsidP="004300B3">
            <w:pPr>
              <w:spacing w:after="0" w:line="240" w:lineRule="auto"/>
              <w:jc w:val="center"/>
              <w:rPr>
                <w:i/>
                <w:iCs/>
                <w:sz w:val="44"/>
                <w:szCs w:val="44"/>
              </w:rPr>
            </w:pPr>
            <w:r w:rsidRPr="00130F09">
              <w:rPr>
                <w:rFonts w:ascii="Aptos" w:hAnsi="Aptos"/>
                <w:b/>
                <w:i/>
                <w:iCs/>
                <w:color w:val="FFFFFF"/>
                <w:sz w:val="16"/>
                <w:szCs w:val="44"/>
              </w:rPr>
              <w:t>Feb</w:t>
            </w:r>
          </w:p>
        </w:tc>
        <w:tc>
          <w:tcPr>
            <w:tcW w:w="7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6D4E35"/>
            <w:tcMar>
              <w:top w:w="1" w:type="dxa"/>
              <w:left w:w="1" w:type="dxa"/>
              <w:bottom w:w="1" w:type="dxa"/>
              <w:right w:w="1" w:type="dxa"/>
            </w:tcMar>
          </w:tcPr>
          <w:p w14:paraId="6294B12C" w14:textId="77777777" w:rsidR="00F06EFB" w:rsidRPr="00130F09" w:rsidRDefault="00C8502B" w:rsidP="004300B3">
            <w:pPr>
              <w:spacing w:after="0" w:line="240" w:lineRule="auto"/>
              <w:jc w:val="center"/>
              <w:rPr>
                <w:i/>
                <w:iCs/>
                <w:sz w:val="44"/>
                <w:szCs w:val="44"/>
              </w:rPr>
            </w:pPr>
            <w:r w:rsidRPr="00130F09">
              <w:rPr>
                <w:rFonts w:ascii="Aptos" w:hAnsi="Aptos"/>
                <w:b/>
                <w:i/>
                <w:iCs/>
                <w:color w:val="FFFFFF"/>
                <w:sz w:val="16"/>
                <w:szCs w:val="44"/>
              </w:rPr>
              <w:t>Mar</w:t>
            </w:r>
          </w:p>
        </w:tc>
        <w:tc>
          <w:tcPr>
            <w:tcW w:w="8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6D4E35"/>
            <w:tcMar>
              <w:top w:w="1" w:type="dxa"/>
              <w:left w:w="1" w:type="dxa"/>
              <w:bottom w:w="1" w:type="dxa"/>
              <w:right w:w="1" w:type="dxa"/>
            </w:tcMar>
          </w:tcPr>
          <w:p w14:paraId="7D5DE27C" w14:textId="77777777" w:rsidR="00F06EFB" w:rsidRPr="00130F09" w:rsidRDefault="00C8502B" w:rsidP="004300B3">
            <w:pPr>
              <w:spacing w:after="0" w:line="240" w:lineRule="auto"/>
              <w:jc w:val="center"/>
              <w:rPr>
                <w:i/>
                <w:iCs/>
                <w:sz w:val="44"/>
                <w:szCs w:val="44"/>
              </w:rPr>
            </w:pPr>
            <w:proofErr w:type="spellStart"/>
            <w:r w:rsidRPr="00130F09">
              <w:rPr>
                <w:rFonts w:ascii="Aptos" w:hAnsi="Aptos"/>
                <w:b/>
                <w:i/>
                <w:iCs/>
                <w:color w:val="FFFFFF"/>
                <w:sz w:val="16"/>
                <w:szCs w:val="44"/>
              </w:rPr>
              <w:t>Abr</w:t>
            </w:r>
            <w:proofErr w:type="spellEnd"/>
          </w:p>
        </w:tc>
        <w:tc>
          <w:tcPr>
            <w:tcW w:w="8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6D4E35"/>
            <w:tcMar>
              <w:top w:w="1" w:type="dxa"/>
              <w:left w:w="1" w:type="dxa"/>
              <w:bottom w:w="1" w:type="dxa"/>
              <w:right w:w="1" w:type="dxa"/>
            </w:tcMar>
          </w:tcPr>
          <w:p w14:paraId="15C6B8C5" w14:textId="77777777" w:rsidR="00F06EFB" w:rsidRPr="00130F09" w:rsidRDefault="00C8502B" w:rsidP="004300B3">
            <w:pPr>
              <w:spacing w:after="0" w:line="240" w:lineRule="auto"/>
              <w:jc w:val="center"/>
              <w:rPr>
                <w:i/>
                <w:iCs/>
                <w:sz w:val="44"/>
                <w:szCs w:val="44"/>
              </w:rPr>
            </w:pPr>
            <w:r w:rsidRPr="00130F09">
              <w:rPr>
                <w:rFonts w:ascii="Aptos" w:hAnsi="Aptos"/>
                <w:b/>
                <w:i/>
                <w:iCs/>
                <w:color w:val="FFFFFF"/>
                <w:sz w:val="16"/>
                <w:szCs w:val="44"/>
              </w:rPr>
              <w:t>May</w:t>
            </w:r>
          </w:p>
        </w:tc>
        <w:tc>
          <w:tcPr>
            <w:tcW w:w="8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6D4E35"/>
            <w:tcMar>
              <w:top w:w="1" w:type="dxa"/>
              <w:left w:w="1" w:type="dxa"/>
              <w:bottom w:w="1" w:type="dxa"/>
              <w:right w:w="1" w:type="dxa"/>
            </w:tcMar>
          </w:tcPr>
          <w:p w14:paraId="03AB0BA7" w14:textId="77777777" w:rsidR="00F06EFB" w:rsidRPr="00130F09" w:rsidRDefault="00C8502B" w:rsidP="004300B3">
            <w:pPr>
              <w:spacing w:after="0" w:line="240" w:lineRule="auto"/>
              <w:jc w:val="center"/>
              <w:rPr>
                <w:i/>
                <w:iCs/>
                <w:sz w:val="44"/>
                <w:szCs w:val="44"/>
              </w:rPr>
            </w:pPr>
            <w:r w:rsidRPr="00130F09">
              <w:rPr>
                <w:rFonts w:ascii="Aptos" w:hAnsi="Aptos"/>
                <w:b/>
                <w:i/>
                <w:iCs/>
                <w:color w:val="FFFFFF"/>
                <w:sz w:val="16"/>
                <w:szCs w:val="44"/>
              </w:rPr>
              <w:t>Jun</w:t>
            </w:r>
          </w:p>
        </w:tc>
        <w:tc>
          <w:tcPr>
            <w:tcW w:w="8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6D4E35"/>
            <w:tcMar>
              <w:top w:w="1" w:type="dxa"/>
              <w:left w:w="1" w:type="dxa"/>
              <w:bottom w:w="1" w:type="dxa"/>
              <w:right w:w="1" w:type="dxa"/>
            </w:tcMar>
          </w:tcPr>
          <w:p w14:paraId="53EAADFA" w14:textId="77777777" w:rsidR="00F06EFB" w:rsidRPr="00130F09" w:rsidRDefault="00C8502B" w:rsidP="004300B3">
            <w:pPr>
              <w:spacing w:after="0" w:line="240" w:lineRule="auto"/>
              <w:jc w:val="center"/>
              <w:rPr>
                <w:i/>
                <w:iCs/>
                <w:sz w:val="44"/>
                <w:szCs w:val="44"/>
              </w:rPr>
            </w:pPr>
            <w:r w:rsidRPr="00130F09">
              <w:rPr>
                <w:rFonts w:ascii="Aptos" w:hAnsi="Aptos"/>
                <w:b/>
                <w:i/>
                <w:iCs/>
                <w:color w:val="FFFFFF"/>
                <w:sz w:val="16"/>
                <w:szCs w:val="44"/>
              </w:rPr>
              <w:t>Jul</w:t>
            </w:r>
          </w:p>
        </w:tc>
        <w:tc>
          <w:tcPr>
            <w:tcW w:w="8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6D4E35"/>
            <w:tcMar>
              <w:top w:w="1" w:type="dxa"/>
              <w:left w:w="1" w:type="dxa"/>
              <w:bottom w:w="1" w:type="dxa"/>
              <w:right w:w="1" w:type="dxa"/>
            </w:tcMar>
          </w:tcPr>
          <w:p w14:paraId="6D214561" w14:textId="77777777" w:rsidR="00F06EFB" w:rsidRPr="00130F09" w:rsidRDefault="00C8502B" w:rsidP="004300B3">
            <w:pPr>
              <w:spacing w:after="0" w:line="240" w:lineRule="auto"/>
              <w:jc w:val="center"/>
              <w:rPr>
                <w:i/>
                <w:iCs/>
                <w:sz w:val="44"/>
                <w:szCs w:val="44"/>
              </w:rPr>
            </w:pPr>
            <w:r w:rsidRPr="00130F09">
              <w:rPr>
                <w:rFonts w:ascii="Aptos" w:hAnsi="Aptos"/>
                <w:b/>
                <w:i/>
                <w:iCs/>
                <w:color w:val="FFFFFF"/>
                <w:sz w:val="16"/>
                <w:szCs w:val="44"/>
              </w:rPr>
              <w:t>Ago</w:t>
            </w:r>
          </w:p>
        </w:tc>
        <w:tc>
          <w:tcPr>
            <w:tcW w:w="8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6D4E35"/>
            <w:tcMar>
              <w:top w:w="1" w:type="dxa"/>
              <w:left w:w="1" w:type="dxa"/>
              <w:bottom w:w="1" w:type="dxa"/>
              <w:right w:w="1" w:type="dxa"/>
            </w:tcMar>
          </w:tcPr>
          <w:p w14:paraId="306F9A38" w14:textId="77777777" w:rsidR="00F06EFB" w:rsidRPr="00130F09" w:rsidRDefault="00C8502B" w:rsidP="004300B3">
            <w:pPr>
              <w:spacing w:after="0" w:line="240" w:lineRule="auto"/>
              <w:jc w:val="center"/>
              <w:rPr>
                <w:i/>
                <w:iCs/>
                <w:sz w:val="44"/>
                <w:szCs w:val="44"/>
              </w:rPr>
            </w:pPr>
            <w:r w:rsidRPr="00130F09">
              <w:rPr>
                <w:rFonts w:ascii="Aptos" w:hAnsi="Aptos"/>
                <w:b/>
                <w:i/>
                <w:iCs/>
                <w:color w:val="FFFFFF"/>
                <w:sz w:val="16"/>
                <w:szCs w:val="44"/>
              </w:rPr>
              <w:t>Sep</w:t>
            </w:r>
          </w:p>
        </w:tc>
        <w:tc>
          <w:tcPr>
            <w:tcW w:w="8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6D4E35"/>
            <w:tcMar>
              <w:top w:w="1" w:type="dxa"/>
              <w:left w:w="1" w:type="dxa"/>
              <w:bottom w:w="1" w:type="dxa"/>
              <w:right w:w="1" w:type="dxa"/>
            </w:tcMar>
          </w:tcPr>
          <w:p w14:paraId="447C131C" w14:textId="77777777" w:rsidR="00F06EFB" w:rsidRPr="00130F09" w:rsidRDefault="00C8502B" w:rsidP="004300B3">
            <w:pPr>
              <w:spacing w:after="0" w:line="240" w:lineRule="auto"/>
              <w:jc w:val="center"/>
              <w:rPr>
                <w:i/>
                <w:iCs/>
                <w:sz w:val="44"/>
                <w:szCs w:val="44"/>
              </w:rPr>
            </w:pPr>
            <w:r w:rsidRPr="00130F09">
              <w:rPr>
                <w:rFonts w:ascii="Aptos" w:hAnsi="Aptos"/>
                <w:b/>
                <w:i/>
                <w:iCs/>
                <w:color w:val="FFFFFF"/>
                <w:sz w:val="16"/>
                <w:szCs w:val="44"/>
              </w:rPr>
              <w:t>Oct</w:t>
            </w:r>
          </w:p>
        </w:tc>
        <w:tc>
          <w:tcPr>
            <w:tcW w:w="8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6D4E35"/>
            <w:tcMar>
              <w:top w:w="1" w:type="dxa"/>
              <w:left w:w="1" w:type="dxa"/>
              <w:bottom w:w="1" w:type="dxa"/>
              <w:right w:w="1" w:type="dxa"/>
            </w:tcMar>
          </w:tcPr>
          <w:p w14:paraId="66F5FEEC" w14:textId="77777777" w:rsidR="00F06EFB" w:rsidRPr="00130F09" w:rsidRDefault="00C8502B" w:rsidP="004300B3">
            <w:pPr>
              <w:spacing w:after="0" w:line="240" w:lineRule="auto"/>
              <w:jc w:val="center"/>
              <w:rPr>
                <w:i/>
                <w:iCs/>
                <w:sz w:val="44"/>
                <w:szCs w:val="44"/>
              </w:rPr>
            </w:pPr>
            <w:r w:rsidRPr="00130F09">
              <w:rPr>
                <w:rFonts w:ascii="Aptos" w:hAnsi="Aptos"/>
                <w:b/>
                <w:i/>
                <w:iCs/>
                <w:color w:val="FFFFFF"/>
                <w:sz w:val="16"/>
                <w:szCs w:val="44"/>
              </w:rPr>
              <w:t>Nov</w:t>
            </w:r>
          </w:p>
        </w:tc>
        <w:tc>
          <w:tcPr>
            <w:tcW w:w="5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6D4E35"/>
            <w:tcMar>
              <w:top w:w="1" w:type="dxa"/>
              <w:left w:w="1" w:type="dxa"/>
              <w:bottom w:w="1" w:type="dxa"/>
              <w:right w:w="1" w:type="dxa"/>
            </w:tcMar>
          </w:tcPr>
          <w:p w14:paraId="06419734" w14:textId="77777777" w:rsidR="00F06EFB" w:rsidRPr="00130F09" w:rsidRDefault="00C8502B" w:rsidP="004300B3">
            <w:pPr>
              <w:spacing w:after="0" w:line="240" w:lineRule="auto"/>
              <w:jc w:val="center"/>
              <w:rPr>
                <w:i/>
                <w:iCs/>
                <w:sz w:val="44"/>
                <w:szCs w:val="44"/>
              </w:rPr>
            </w:pPr>
            <w:proofErr w:type="spellStart"/>
            <w:r w:rsidRPr="00130F09">
              <w:rPr>
                <w:rFonts w:ascii="Aptos" w:hAnsi="Aptos"/>
                <w:b/>
                <w:i/>
                <w:iCs/>
                <w:color w:val="FFFFFF"/>
                <w:sz w:val="16"/>
                <w:szCs w:val="44"/>
              </w:rPr>
              <w:t>Dic</w:t>
            </w:r>
            <w:proofErr w:type="spellEnd"/>
          </w:p>
        </w:tc>
      </w:tr>
      <w:tr w:rsidR="00F06EFB" w:rsidRPr="004300B3" w14:paraId="290EC9C4" w14:textId="77777777" w:rsidTr="00983C24">
        <w:tc>
          <w:tcPr>
            <w:tcW w:w="1134" w:type="dxa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BF7F3"/>
            <w:tcMar>
              <w:top w:w="1" w:type="dxa"/>
              <w:left w:w="1" w:type="dxa"/>
              <w:bottom w:w="1" w:type="dxa"/>
              <w:right w:w="1" w:type="dxa"/>
            </w:tcMar>
          </w:tcPr>
          <w:p w14:paraId="7AB422E5" w14:textId="184B315D" w:rsidR="00F06EFB" w:rsidRPr="004300B3" w:rsidRDefault="00C8502B" w:rsidP="004300B3">
            <w:pPr>
              <w:spacing w:after="0" w:line="240" w:lineRule="auto"/>
              <w:rPr>
                <w:sz w:val="44"/>
                <w:szCs w:val="44"/>
              </w:rPr>
            </w:pPr>
            <w:r w:rsidRPr="004300B3">
              <w:rPr>
                <w:rFonts w:ascii="Aptos" w:hAnsi="Aptos"/>
                <w:color w:val="746B64"/>
                <w:sz w:val="16"/>
                <w:szCs w:val="44"/>
              </w:rPr>
              <w:t>___________</w:t>
            </w:r>
          </w:p>
        </w:tc>
        <w:tc>
          <w:tcPr>
            <w:tcW w:w="567" w:type="dxa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BF7F3"/>
            <w:tcMar>
              <w:top w:w="1" w:type="dxa"/>
              <w:left w:w="1" w:type="dxa"/>
              <w:bottom w:w="1" w:type="dxa"/>
              <w:right w:w="1" w:type="dxa"/>
            </w:tcMar>
          </w:tcPr>
          <w:p w14:paraId="6BABACD1" w14:textId="77777777" w:rsidR="00F06EFB" w:rsidRPr="004300B3" w:rsidRDefault="00F06EFB" w:rsidP="004300B3">
            <w:pPr>
              <w:spacing w:after="0" w:line="240" w:lineRule="auto"/>
              <w:rPr>
                <w:sz w:val="44"/>
                <w:szCs w:val="44"/>
              </w:rPr>
            </w:pPr>
          </w:p>
        </w:tc>
        <w:tc>
          <w:tcPr>
            <w:tcW w:w="850" w:type="dxa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BF7F3"/>
            <w:tcMar>
              <w:top w:w="1" w:type="dxa"/>
              <w:left w:w="1" w:type="dxa"/>
              <w:bottom w:w="1" w:type="dxa"/>
              <w:right w:w="1" w:type="dxa"/>
            </w:tcMar>
          </w:tcPr>
          <w:p w14:paraId="3411B10F" w14:textId="77777777" w:rsidR="00F06EFB" w:rsidRPr="004300B3" w:rsidRDefault="00F06EFB" w:rsidP="004300B3">
            <w:pPr>
              <w:spacing w:after="0" w:line="240" w:lineRule="auto"/>
              <w:rPr>
                <w:sz w:val="44"/>
                <w:szCs w:val="44"/>
              </w:rPr>
            </w:pPr>
          </w:p>
        </w:tc>
        <w:tc>
          <w:tcPr>
            <w:tcW w:w="704" w:type="dxa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BF7F3"/>
            <w:tcMar>
              <w:top w:w="1" w:type="dxa"/>
              <w:left w:w="1" w:type="dxa"/>
              <w:bottom w:w="1" w:type="dxa"/>
              <w:right w:w="1" w:type="dxa"/>
            </w:tcMar>
          </w:tcPr>
          <w:p w14:paraId="25C24BEA" w14:textId="77777777" w:rsidR="00F06EFB" w:rsidRPr="004300B3" w:rsidRDefault="00F06EFB" w:rsidP="004300B3">
            <w:pPr>
              <w:spacing w:after="0" w:line="240" w:lineRule="auto"/>
              <w:rPr>
                <w:sz w:val="44"/>
                <w:szCs w:val="44"/>
              </w:rPr>
            </w:pPr>
          </w:p>
        </w:tc>
        <w:tc>
          <w:tcPr>
            <w:tcW w:w="886" w:type="dxa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BF7F3"/>
            <w:tcMar>
              <w:top w:w="1" w:type="dxa"/>
              <w:left w:w="1" w:type="dxa"/>
              <w:bottom w:w="1" w:type="dxa"/>
              <w:right w:w="1" w:type="dxa"/>
            </w:tcMar>
          </w:tcPr>
          <w:p w14:paraId="29E72414" w14:textId="77777777" w:rsidR="00F06EFB" w:rsidRPr="004300B3" w:rsidRDefault="00F06EFB" w:rsidP="004300B3">
            <w:pPr>
              <w:spacing w:after="0" w:line="240" w:lineRule="auto"/>
              <w:rPr>
                <w:sz w:val="44"/>
                <w:szCs w:val="44"/>
              </w:rPr>
            </w:pPr>
          </w:p>
        </w:tc>
        <w:tc>
          <w:tcPr>
            <w:tcW w:w="886" w:type="dxa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BF7F3"/>
            <w:tcMar>
              <w:top w:w="1" w:type="dxa"/>
              <w:left w:w="1" w:type="dxa"/>
              <w:bottom w:w="1" w:type="dxa"/>
              <w:right w:w="1" w:type="dxa"/>
            </w:tcMar>
          </w:tcPr>
          <w:p w14:paraId="235FE577" w14:textId="77777777" w:rsidR="00F06EFB" w:rsidRPr="004300B3" w:rsidRDefault="00F06EFB" w:rsidP="004300B3">
            <w:pPr>
              <w:spacing w:after="0" w:line="240" w:lineRule="auto"/>
              <w:rPr>
                <w:sz w:val="44"/>
                <w:szCs w:val="44"/>
              </w:rPr>
            </w:pPr>
          </w:p>
        </w:tc>
        <w:tc>
          <w:tcPr>
            <w:tcW w:w="886" w:type="dxa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BF7F3"/>
            <w:tcMar>
              <w:top w:w="1" w:type="dxa"/>
              <w:left w:w="1" w:type="dxa"/>
              <w:bottom w:w="1" w:type="dxa"/>
              <w:right w:w="1" w:type="dxa"/>
            </w:tcMar>
          </w:tcPr>
          <w:p w14:paraId="30F2C3AC" w14:textId="77777777" w:rsidR="00F06EFB" w:rsidRPr="004300B3" w:rsidRDefault="00F06EFB" w:rsidP="004300B3">
            <w:pPr>
              <w:spacing w:after="0" w:line="240" w:lineRule="auto"/>
              <w:rPr>
                <w:sz w:val="44"/>
                <w:szCs w:val="44"/>
              </w:rPr>
            </w:pPr>
          </w:p>
        </w:tc>
        <w:tc>
          <w:tcPr>
            <w:tcW w:w="886" w:type="dxa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BF7F3"/>
            <w:tcMar>
              <w:top w:w="1" w:type="dxa"/>
              <w:left w:w="1" w:type="dxa"/>
              <w:bottom w:w="1" w:type="dxa"/>
              <w:right w:w="1" w:type="dxa"/>
            </w:tcMar>
          </w:tcPr>
          <w:p w14:paraId="6C497539" w14:textId="77777777" w:rsidR="00F06EFB" w:rsidRPr="004300B3" w:rsidRDefault="00F06EFB" w:rsidP="004300B3">
            <w:pPr>
              <w:spacing w:after="0" w:line="240" w:lineRule="auto"/>
              <w:rPr>
                <w:sz w:val="44"/>
                <w:szCs w:val="44"/>
              </w:rPr>
            </w:pPr>
          </w:p>
        </w:tc>
        <w:tc>
          <w:tcPr>
            <w:tcW w:w="886" w:type="dxa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BF7F3"/>
            <w:tcMar>
              <w:top w:w="1" w:type="dxa"/>
              <w:left w:w="1" w:type="dxa"/>
              <w:bottom w:w="1" w:type="dxa"/>
              <w:right w:w="1" w:type="dxa"/>
            </w:tcMar>
          </w:tcPr>
          <w:p w14:paraId="59230072" w14:textId="77777777" w:rsidR="00F06EFB" w:rsidRPr="004300B3" w:rsidRDefault="00F06EFB" w:rsidP="004300B3">
            <w:pPr>
              <w:spacing w:after="0" w:line="240" w:lineRule="auto"/>
              <w:rPr>
                <w:sz w:val="44"/>
                <w:szCs w:val="44"/>
              </w:rPr>
            </w:pPr>
          </w:p>
        </w:tc>
        <w:tc>
          <w:tcPr>
            <w:tcW w:w="886" w:type="dxa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BF7F3"/>
            <w:tcMar>
              <w:top w:w="1" w:type="dxa"/>
              <w:left w:w="1" w:type="dxa"/>
              <w:bottom w:w="1" w:type="dxa"/>
              <w:right w:w="1" w:type="dxa"/>
            </w:tcMar>
          </w:tcPr>
          <w:p w14:paraId="2ED4EF41" w14:textId="77777777" w:rsidR="00F06EFB" w:rsidRPr="004300B3" w:rsidRDefault="00F06EFB" w:rsidP="004300B3">
            <w:pPr>
              <w:spacing w:after="0" w:line="240" w:lineRule="auto"/>
              <w:rPr>
                <w:sz w:val="44"/>
                <w:szCs w:val="44"/>
              </w:rPr>
            </w:pPr>
          </w:p>
        </w:tc>
        <w:tc>
          <w:tcPr>
            <w:tcW w:w="886" w:type="dxa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BF7F3"/>
            <w:tcMar>
              <w:top w:w="1" w:type="dxa"/>
              <w:left w:w="1" w:type="dxa"/>
              <w:bottom w:w="1" w:type="dxa"/>
              <w:right w:w="1" w:type="dxa"/>
            </w:tcMar>
          </w:tcPr>
          <w:p w14:paraId="39EB6249" w14:textId="77777777" w:rsidR="00F06EFB" w:rsidRPr="004300B3" w:rsidRDefault="00F06EFB" w:rsidP="004300B3">
            <w:pPr>
              <w:spacing w:after="0" w:line="240" w:lineRule="auto"/>
              <w:rPr>
                <w:sz w:val="44"/>
                <w:szCs w:val="44"/>
              </w:rPr>
            </w:pPr>
          </w:p>
        </w:tc>
        <w:tc>
          <w:tcPr>
            <w:tcW w:w="886" w:type="dxa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BF7F3"/>
            <w:tcMar>
              <w:top w:w="1" w:type="dxa"/>
              <w:left w:w="1" w:type="dxa"/>
              <w:bottom w:w="1" w:type="dxa"/>
              <w:right w:w="1" w:type="dxa"/>
            </w:tcMar>
          </w:tcPr>
          <w:p w14:paraId="162663E9" w14:textId="77777777" w:rsidR="00F06EFB" w:rsidRPr="004300B3" w:rsidRDefault="00F06EFB" w:rsidP="004300B3">
            <w:pPr>
              <w:spacing w:after="0" w:line="240" w:lineRule="auto"/>
              <w:rPr>
                <w:sz w:val="44"/>
                <w:szCs w:val="44"/>
              </w:rPr>
            </w:pPr>
          </w:p>
        </w:tc>
        <w:tc>
          <w:tcPr>
            <w:tcW w:w="572" w:type="dxa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BF7F3"/>
            <w:tcMar>
              <w:top w:w="1" w:type="dxa"/>
              <w:left w:w="1" w:type="dxa"/>
              <w:bottom w:w="1" w:type="dxa"/>
              <w:right w:w="1" w:type="dxa"/>
            </w:tcMar>
          </w:tcPr>
          <w:p w14:paraId="59D3AFDE" w14:textId="77777777" w:rsidR="00F06EFB" w:rsidRPr="004300B3" w:rsidRDefault="00F06EFB" w:rsidP="004300B3">
            <w:pPr>
              <w:spacing w:after="0" w:line="240" w:lineRule="auto"/>
              <w:rPr>
                <w:sz w:val="44"/>
                <w:szCs w:val="44"/>
              </w:rPr>
            </w:pPr>
          </w:p>
        </w:tc>
      </w:tr>
      <w:tr w:rsidR="00F06EFB" w:rsidRPr="004300B3" w14:paraId="12DCCBE0" w14:textId="77777777" w:rsidTr="00983C24">
        <w:tc>
          <w:tcPr>
            <w:tcW w:w="1134" w:type="dxa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3E8DF"/>
            <w:tcMar>
              <w:top w:w="1" w:type="dxa"/>
              <w:left w:w="1" w:type="dxa"/>
              <w:bottom w:w="1" w:type="dxa"/>
              <w:right w:w="1" w:type="dxa"/>
            </w:tcMar>
          </w:tcPr>
          <w:p w14:paraId="375F302E" w14:textId="17B1859E" w:rsidR="00F06EFB" w:rsidRPr="004300B3" w:rsidRDefault="00C8502B" w:rsidP="004300B3">
            <w:pPr>
              <w:spacing w:after="0" w:line="240" w:lineRule="auto"/>
              <w:rPr>
                <w:sz w:val="44"/>
                <w:szCs w:val="44"/>
              </w:rPr>
            </w:pPr>
            <w:r w:rsidRPr="004300B3">
              <w:rPr>
                <w:rFonts w:ascii="Aptos" w:hAnsi="Aptos"/>
                <w:color w:val="746B64"/>
                <w:sz w:val="16"/>
                <w:szCs w:val="44"/>
              </w:rPr>
              <w:t>___________</w:t>
            </w:r>
          </w:p>
        </w:tc>
        <w:tc>
          <w:tcPr>
            <w:tcW w:w="567" w:type="dxa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3E8DF"/>
            <w:tcMar>
              <w:top w:w="1" w:type="dxa"/>
              <w:left w:w="1" w:type="dxa"/>
              <w:bottom w:w="1" w:type="dxa"/>
              <w:right w:w="1" w:type="dxa"/>
            </w:tcMar>
          </w:tcPr>
          <w:p w14:paraId="59C83598" w14:textId="77777777" w:rsidR="00F06EFB" w:rsidRPr="004300B3" w:rsidRDefault="00F06EFB" w:rsidP="004300B3">
            <w:pPr>
              <w:spacing w:after="0" w:line="240" w:lineRule="auto"/>
              <w:rPr>
                <w:sz w:val="44"/>
                <w:szCs w:val="44"/>
              </w:rPr>
            </w:pPr>
          </w:p>
        </w:tc>
        <w:tc>
          <w:tcPr>
            <w:tcW w:w="850" w:type="dxa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3E8DF"/>
            <w:tcMar>
              <w:top w:w="1" w:type="dxa"/>
              <w:left w:w="1" w:type="dxa"/>
              <w:bottom w:w="1" w:type="dxa"/>
              <w:right w:w="1" w:type="dxa"/>
            </w:tcMar>
          </w:tcPr>
          <w:p w14:paraId="70BCDCBC" w14:textId="77777777" w:rsidR="00F06EFB" w:rsidRPr="004300B3" w:rsidRDefault="00F06EFB" w:rsidP="004300B3">
            <w:pPr>
              <w:spacing w:after="0" w:line="240" w:lineRule="auto"/>
              <w:rPr>
                <w:sz w:val="44"/>
                <w:szCs w:val="44"/>
              </w:rPr>
            </w:pPr>
          </w:p>
        </w:tc>
        <w:tc>
          <w:tcPr>
            <w:tcW w:w="704" w:type="dxa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3E8DF"/>
            <w:tcMar>
              <w:top w:w="1" w:type="dxa"/>
              <w:left w:w="1" w:type="dxa"/>
              <w:bottom w:w="1" w:type="dxa"/>
              <w:right w:w="1" w:type="dxa"/>
            </w:tcMar>
          </w:tcPr>
          <w:p w14:paraId="186D144E" w14:textId="77777777" w:rsidR="00F06EFB" w:rsidRPr="004300B3" w:rsidRDefault="00F06EFB" w:rsidP="004300B3">
            <w:pPr>
              <w:spacing w:after="0" w:line="240" w:lineRule="auto"/>
              <w:rPr>
                <w:sz w:val="44"/>
                <w:szCs w:val="44"/>
              </w:rPr>
            </w:pPr>
          </w:p>
        </w:tc>
        <w:tc>
          <w:tcPr>
            <w:tcW w:w="886" w:type="dxa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3E8DF"/>
            <w:tcMar>
              <w:top w:w="1" w:type="dxa"/>
              <w:left w:w="1" w:type="dxa"/>
              <w:bottom w:w="1" w:type="dxa"/>
              <w:right w:w="1" w:type="dxa"/>
            </w:tcMar>
          </w:tcPr>
          <w:p w14:paraId="2BB0BF7E" w14:textId="77777777" w:rsidR="00F06EFB" w:rsidRPr="004300B3" w:rsidRDefault="00F06EFB" w:rsidP="004300B3">
            <w:pPr>
              <w:spacing w:after="0" w:line="240" w:lineRule="auto"/>
              <w:rPr>
                <w:sz w:val="44"/>
                <w:szCs w:val="44"/>
              </w:rPr>
            </w:pPr>
          </w:p>
        </w:tc>
        <w:tc>
          <w:tcPr>
            <w:tcW w:w="886" w:type="dxa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3E8DF"/>
            <w:tcMar>
              <w:top w:w="1" w:type="dxa"/>
              <w:left w:w="1" w:type="dxa"/>
              <w:bottom w:w="1" w:type="dxa"/>
              <w:right w:w="1" w:type="dxa"/>
            </w:tcMar>
          </w:tcPr>
          <w:p w14:paraId="36AEFF5E" w14:textId="77777777" w:rsidR="00F06EFB" w:rsidRPr="004300B3" w:rsidRDefault="00F06EFB" w:rsidP="004300B3">
            <w:pPr>
              <w:spacing w:after="0" w:line="240" w:lineRule="auto"/>
              <w:rPr>
                <w:sz w:val="44"/>
                <w:szCs w:val="44"/>
              </w:rPr>
            </w:pPr>
          </w:p>
        </w:tc>
        <w:tc>
          <w:tcPr>
            <w:tcW w:w="886" w:type="dxa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3E8DF"/>
            <w:tcMar>
              <w:top w:w="1" w:type="dxa"/>
              <w:left w:w="1" w:type="dxa"/>
              <w:bottom w:w="1" w:type="dxa"/>
              <w:right w:w="1" w:type="dxa"/>
            </w:tcMar>
          </w:tcPr>
          <w:p w14:paraId="728794A2" w14:textId="77777777" w:rsidR="00F06EFB" w:rsidRPr="004300B3" w:rsidRDefault="00F06EFB" w:rsidP="004300B3">
            <w:pPr>
              <w:spacing w:after="0" w:line="240" w:lineRule="auto"/>
              <w:rPr>
                <w:sz w:val="44"/>
                <w:szCs w:val="44"/>
              </w:rPr>
            </w:pPr>
          </w:p>
        </w:tc>
        <w:tc>
          <w:tcPr>
            <w:tcW w:w="886" w:type="dxa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3E8DF"/>
            <w:tcMar>
              <w:top w:w="1" w:type="dxa"/>
              <w:left w:w="1" w:type="dxa"/>
              <w:bottom w:w="1" w:type="dxa"/>
              <w:right w:w="1" w:type="dxa"/>
            </w:tcMar>
          </w:tcPr>
          <w:p w14:paraId="565E02BC" w14:textId="77777777" w:rsidR="00F06EFB" w:rsidRPr="004300B3" w:rsidRDefault="00F06EFB" w:rsidP="004300B3">
            <w:pPr>
              <w:spacing w:after="0" w:line="240" w:lineRule="auto"/>
              <w:rPr>
                <w:sz w:val="44"/>
                <w:szCs w:val="44"/>
              </w:rPr>
            </w:pPr>
          </w:p>
        </w:tc>
        <w:tc>
          <w:tcPr>
            <w:tcW w:w="886" w:type="dxa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3E8DF"/>
            <w:tcMar>
              <w:top w:w="1" w:type="dxa"/>
              <w:left w:w="1" w:type="dxa"/>
              <w:bottom w:w="1" w:type="dxa"/>
              <w:right w:w="1" w:type="dxa"/>
            </w:tcMar>
          </w:tcPr>
          <w:p w14:paraId="6F9BD81C" w14:textId="77777777" w:rsidR="00F06EFB" w:rsidRPr="004300B3" w:rsidRDefault="00F06EFB" w:rsidP="004300B3">
            <w:pPr>
              <w:spacing w:after="0" w:line="240" w:lineRule="auto"/>
              <w:rPr>
                <w:sz w:val="44"/>
                <w:szCs w:val="44"/>
              </w:rPr>
            </w:pPr>
          </w:p>
        </w:tc>
        <w:tc>
          <w:tcPr>
            <w:tcW w:w="886" w:type="dxa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3E8DF"/>
            <w:tcMar>
              <w:top w:w="1" w:type="dxa"/>
              <w:left w:w="1" w:type="dxa"/>
              <w:bottom w:w="1" w:type="dxa"/>
              <w:right w:w="1" w:type="dxa"/>
            </w:tcMar>
          </w:tcPr>
          <w:p w14:paraId="48BEA701" w14:textId="77777777" w:rsidR="00F06EFB" w:rsidRPr="004300B3" w:rsidRDefault="00F06EFB" w:rsidP="004300B3">
            <w:pPr>
              <w:spacing w:after="0" w:line="240" w:lineRule="auto"/>
              <w:rPr>
                <w:sz w:val="44"/>
                <w:szCs w:val="44"/>
              </w:rPr>
            </w:pPr>
          </w:p>
        </w:tc>
        <w:tc>
          <w:tcPr>
            <w:tcW w:w="886" w:type="dxa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3E8DF"/>
            <w:tcMar>
              <w:top w:w="1" w:type="dxa"/>
              <w:left w:w="1" w:type="dxa"/>
              <w:bottom w:w="1" w:type="dxa"/>
              <w:right w:w="1" w:type="dxa"/>
            </w:tcMar>
          </w:tcPr>
          <w:p w14:paraId="55199C84" w14:textId="77777777" w:rsidR="00F06EFB" w:rsidRPr="004300B3" w:rsidRDefault="00F06EFB" w:rsidP="004300B3">
            <w:pPr>
              <w:spacing w:after="0" w:line="240" w:lineRule="auto"/>
              <w:rPr>
                <w:sz w:val="44"/>
                <w:szCs w:val="44"/>
              </w:rPr>
            </w:pPr>
          </w:p>
        </w:tc>
        <w:tc>
          <w:tcPr>
            <w:tcW w:w="886" w:type="dxa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3E8DF"/>
            <w:tcMar>
              <w:top w:w="1" w:type="dxa"/>
              <w:left w:w="1" w:type="dxa"/>
              <w:bottom w:w="1" w:type="dxa"/>
              <w:right w:w="1" w:type="dxa"/>
            </w:tcMar>
          </w:tcPr>
          <w:p w14:paraId="529654E9" w14:textId="77777777" w:rsidR="00F06EFB" w:rsidRPr="004300B3" w:rsidRDefault="00F06EFB" w:rsidP="004300B3">
            <w:pPr>
              <w:spacing w:after="0" w:line="240" w:lineRule="auto"/>
              <w:rPr>
                <w:sz w:val="44"/>
                <w:szCs w:val="44"/>
              </w:rPr>
            </w:pPr>
          </w:p>
        </w:tc>
        <w:tc>
          <w:tcPr>
            <w:tcW w:w="572" w:type="dxa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3E8DF"/>
            <w:tcMar>
              <w:top w:w="1" w:type="dxa"/>
              <w:left w:w="1" w:type="dxa"/>
              <w:bottom w:w="1" w:type="dxa"/>
              <w:right w:w="1" w:type="dxa"/>
            </w:tcMar>
          </w:tcPr>
          <w:p w14:paraId="6C444A21" w14:textId="77777777" w:rsidR="00F06EFB" w:rsidRPr="004300B3" w:rsidRDefault="00F06EFB" w:rsidP="004300B3">
            <w:pPr>
              <w:spacing w:after="0" w:line="240" w:lineRule="auto"/>
              <w:rPr>
                <w:sz w:val="44"/>
                <w:szCs w:val="44"/>
              </w:rPr>
            </w:pPr>
          </w:p>
        </w:tc>
      </w:tr>
      <w:tr w:rsidR="00F06EFB" w:rsidRPr="004300B3" w14:paraId="4C92E857" w14:textId="77777777" w:rsidTr="00983C24">
        <w:tc>
          <w:tcPr>
            <w:tcW w:w="1134" w:type="dxa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BF7F3"/>
            <w:tcMar>
              <w:top w:w="1" w:type="dxa"/>
              <w:left w:w="1" w:type="dxa"/>
              <w:bottom w:w="1" w:type="dxa"/>
              <w:right w:w="1" w:type="dxa"/>
            </w:tcMar>
          </w:tcPr>
          <w:p w14:paraId="3B861BD4" w14:textId="105FC728" w:rsidR="00F06EFB" w:rsidRPr="004300B3" w:rsidRDefault="00C8502B" w:rsidP="004300B3">
            <w:pPr>
              <w:spacing w:after="0" w:line="240" w:lineRule="auto"/>
              <w:rPr>
                <w:sz w:val="44"/>
                <w:szCs w:val="44"/>
              </w:rPr>
            </w:pPr>
            <w:r w:rsidRPr="004300B3">
              <w:rPr>
                <w:rFonts w:ascii="Aptos" w:hAnsi="Aptos"/>
                <w:color w:val="746B64"/>
                <w:sz w:val="16"/>
                <w:szCs w:val="44"/>
              </w:rPr>
              <w:t>___________</w:t>
            </w:r>
          </w:p>
        </w:tc>
        <w:tc>
          <w:tcPr>
            <w:tcW w:w="567" w:type="dxa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BF7F3"/>
            <w:tcMar>
              <w:top w:w="1" w:type="dxa"/>
              <w:left w:w="1" w:type="dxa"/>
              <w:bottom w:w="1" w:type="dxa"/>
              <w:right w:w="1" w:type="dxa"/>
            </w:tcMar>
          </w:tcPr>
          <w:p w14:paraId="22E66A7C" w14:textId="77777777" w:rsidR="00F06EFB" w:rsidRPr="004300B3" w:rsidRDefault="00F06EFB" w:rsidP="004300B3">
            <w:pPr>
              <w:spacing w:after="0" w:line="240" w:lineRule="auto"/>
              <w:rPr>
                <w:sz w:val="44"/>
                <w:szCs w:val="44"/>
              </w:rPr>
            </w:pPr>
          </w:p>
        </w:tc>
        <w:tc>
          <w:tcPr>
            <w:tcW w:w="850" w:type="dxa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BF7F3"/>
            <w:tcMar>
              <w:top w:w="1" w:type="dxa"/>
              <w:left w:w="1" w:type="dxa"/>
              <w:bottom w:w="1" w:type="dxa"/>
              <w:right w:w="1" w:type="dxa"/>
            </w:tcMar>
          </w:tcPr>
          <w:p w14:paraId="7C8FE20C" w14:textId="77777777" w:rsidR="00F06EFB" w:rsidRPr="004300B3" w:rsidRDefault="00F06EFB" w:rsidP="004300B3">
            <w:pPr>
              <w:spacing w:after="0" w:line="240" w:lineRule="auto"/>
              <w:rPr>
                <w:sz w:val="44"/>
                <w:szCs w:val="44"/>
              </w:rPr>
            </w:pPr>
          </w:p>
        </w:tc>
        <w:tc>
          <w:tcPr>
            <w:tcW w:w="704" w:type="dxa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BF7F3"/>
            <w:tcMar>
              <w:top w:w="1" w:type="dxa"/>
              <w:left w:w="1" w:type="dxa"/>
              <w:bottom w:w="1" w:type="dxa"/>
              <w:right w:w="1" w:type="dxa"/>
            </w:tcMar>
          </w:tcPr>
          <w:p w14:paraId="36DFDFBE" w14:textId="77777777" w:rsidR="00F06EFB" w:rsidRPr="004300B3" w:rsidRDefault="00F06EFB" w:rsidP="004300B3">
            <w:pPr>
              <w:spacing w:after="0" w:line="240" w:lineRule="auto"/>
              <w:rPr>
                <w:sz w:val="44"/>
                <w:szCs w:val="44"/>
              </w:rPr>
            </w:pPr>
          </w:p>
        </w:tc>
        <w:tc>
          <w:tcPr>
            <w:tcW w:w="886" w:type="dxa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BF7F3"/>
            <w:tcMar>
              <w:top w:w="1" w:type="dxa"/>
              <w:left w:w="1" w:type="dxa"/>
              <w:bottom w:w="1" w:type="dxa"/>
              <w:right w:w="1" w:type="dxa"/>
            </w:tcMar>
          </w:tcPr>
          <w:p w14:paraId="45975FC1" w14:textId="77777777" w:rsidR="00F06EFB" w:rsidRPr="004300B3" w:rsidRDefault="00F06EFB" w:rsidP="004300B3">
            <w:pPr>
              <w:spacing w:after="0" w:line="240" w:lineRule="auto"/>
              <w:rPr>
                <w:sz w:val="44"/>
                <w:szCs w:val="44"/>
              </w:rPr>
            </w:pPr>
          </w:p>
        </w:tc>
        <w:tc>
          <w:tcPr>
            <w:tcW w:w="886" w:type="dxa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BF7F3"/>
            <w:tcMar>
              <w:top w:w="1" w:type="dxa"/>
              <w:left w:w="1" w:type="dxa"/>
              <w:bottom w:w="1" w:type="dxa"/>
              <w:right w:w="1" w:type="dxa"/>
            </w:tcMar>
          </w:tcPr>
          <w:p w14:paraId="5B413FE2" w14:textId="77777777" w:rsidR="00F06EFB" w:rsidRPr="004300B3" w:rsidRDefault="00F06EFB" w:rsidP="004300B3">
            <w:pPr>
              <w:spacing w:after="0" w:line="240" w:lineRule="auto"/>
              <w:rPr>
                <w:sz w:val="44"/>
                <w:szCs w:val="44"/>
              </w:rPr>
            </w:pPr>
          </w:p>
        </w:tc>
        <w:tc>
          <w:tcPr>
            <w:tcW w:w="886" w:type="dxa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BF7F3"/>
            <w:tcMar>
              <w:top w:w="1" w:type="dxa"/>
              <w:left w:w="1" w:type="dxa"/>
              <w:bottom w:w="1" w:type="dxa"/>
              <w:right w:w="1" w:type="dxa"/>
            </w:tcMar>
          </w:tcPr>
          <w:p w14:paraId="713CB9F5" w14:textId="77777777" w:rsidR="00F06EFB" w:rsidRPr="004300B3" w:rsidRDefault="00F06EFB" w:rsidP="004300B3">
            <w:pPr>
              <w:spacing w:after="0" w:line="240" w:lineRule="auto"/>
              <w:rPr>
                <w:sz w:val="44"/>
                <w:szCs w:val="44"/>
              </w:rPr>
            </w:pPr>
          </w:p>
        </w:tc>
        <w:tc>
          <w:tcPr>
            <w:tcW w:w="886" w:type="dxa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BF7F3"/>
            <w:tcMar>
              <w:top w:w="1" w:type="dxa"/>
              <w:left w:w="1" w:type="dxa"/>
              <w:bottom w:w="1" w:type="dxa"/>
              <w:right w:w="1" w:type="dxa"/>
            </w:tcMar>
          </w:tcPr>
          <w:p w14:paraId="41B6EBAF" w14:textId="77777777" w:rsidR="00F06EFB" w:rsidRPr="004300B3" w:rsidRDefault="00F06EFB" w:rsidP="004300B3">
            <w:pPr>
              <w:spacing w:after="0" w:line="240" w:lineRule="auto"/>
              <w:rPr>
                <w:sz w:val="44"/>
                <w:szCs w:val="44"/>
              </w:rPr>
            </w:pPr>
          </w:p>
        </w:tc>
        <w:tc>
          <w:tcPr>
            <w:tcW w:w="886" w:type="dxa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BF7F3"/>
            <w:tcMar>
              <w:top w:w="1" w:type="dxa"/>
              <w:left w:w="1" w:type="dxa"/>
              <w:bottom w:w="1" w:type="dxa"/>
              <w:right w:w="1" w:type="dxa"/>
            </w:tcMar>
          </w:tcPr>
          <w:p w14:paraId="217C5FD5" w14:textId="77777777" w:rsidR="00F06EFB" w:rsidRPr="004300B3" w:rsidRDefault="00F06EFB" w:rsidP="004300B3">
            <w:pPr>
              <w:spacing w:after="0" w:line="240" w:lineRule="auto"/>
              <w:rPr>
                <w:sz w:val="44"/>
                <w:szCs w:val="44"/>
              </w:rPr>
            </w:pPr>
          </w:p>
        </w:tc>
        <w:tc>
          <w:tcPr>
            <w:tcW w:w="886" w:type="dxa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BF7F3"/>
            <w:tcMar>
              <w:top w:w="1" w:type="dxa"/>
              <w:left w:w="1" w:type="dxa"/>
              <w:bottom w:w="1" w:type="dxa"/>
              <w:right w:w="1" w:type="dxa"/>
            </w:tcMar>
          </w:tcPr>
          <w:p w14:paraId="3B753E41" w14:textId="77777777" w:rsidR="00F06EFB" w:rsidRPr="004300B3" w:rsidRDefault="00F06EFB" w:rsidP="004300B3">
            <w:pPr>
              <w:spacing w:after="0" w:line="240" w:lineRule="auto"/>
              <w:rPr>
                <w:sz w:val="44"/>
                <w:szCs w:val="44"/>
              </w:rPr>
            </w:pPr>
          </w:p>
        </w:tc>
        <w:tc>
          <w:tcPr>
            <w:tcW w:w="886" w:type="dxa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BF7F3"/>
            <w:tcMar>
              <w:top w:w="1" w:type="dxa"/>
              <w:left w:w="1" w:type="dxa"/>
              <w:bottom w:w="1" w:type="dxa"/>
              <w:right w:w="1" w:type="dxa"/>
            </w:tcMar>
          </w:tcPr>
          <w:p w14:paraId="1BE20F38" w14:textId="77777777" w:rsidR="00F06EFB" w:rsidRPr="004300B3" w:rsidRDefault="00F06EFB" w:rsidP="004300B3">
            <w:pPr>
              <w:spacing w:after="0" w:line="240" w:lineRule="auto"/>
              <w:rPr>
                <w:sz w:val="44"/>
                <w:szCs w:val="44"/>
              </w:rPr>
            </w:pPr>
          </w:p>
        </w:tc>
        <w:tc>
          <w:tcPr>
            <w:tcW w:w="886" w:type="dxa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BF7F3"/>
            <w:tcMar>
              <w:top w:w="1" w:type="dxa"/>
              <w:left w:w="1" w:type="dxa"/>
              <w:bottom w:w="1" w:type="dxa"/>
              <w:right w:w="1" w:type="dxa"/>
            </w:tcMar>
          </w:tcPr>
          <w:p w14:paraId="4A6E9562" w14:textId="77777777" w:rsidR="00F06EFB" w:rsidRPr="004300B3" w:rsidRDefault="00F06EFB" w:rsidP="004300B3">
            <w:pPr>
              <w:spacing w:after="0" w:line="240" w:lineRule="auto"/>
              <w:rPr>
                <w:sz w:val="44"/>
                <w:szCs w:val="44"/>
              </w:rPr>
            </w:pPr>
          </w:p>
        </w:tc>
        <w:tc>
          <w:tcPr>
            <w:tcW w:w="572" w:type="dxa"/>
            <w:tcBorders>
              <w:top w:val="single" w:sz="4" w:space="0" w:color="D7C3B3"/>
              <w:left w:val="single" w:sz="4" w:space="0" w:color="D7C3B3"/>
              <w:bottom w:val="single" w:sz="4" w:space="0" w:color="D7C3B3"/>
              <w:right w:val="single" w:sz="4" w:space="0" w:color="D7C3B3"/>
            </w:tcBorders>
            <w:shd w:val="clear" w:color="auto" w:fill="FBF7F3"/>
            <w:tcMar>
              <w:top w:w="1" w:type="dxa"/>
              <w:left w:w="1" w:type="dxa"/>
              <w:bottom w:w="1" w:type="dxa"/>
              <w:right w:w="1" w:type="dxa"/>
            </w:tcMar>
          </w:tcPr>
          <w:p w14:paraId="0F65B9BB" w14:textId="77777777" w:rsidR="00F06EFB" w:rsidRPr="004300B3" w:rsidRDefault="00F06EFB" w:rsidP="004300B3">
            <w:pPr>
              <w:spacing w:after="0" w:line="240" w:lineRule="auto"/>
              <w:rPr>
                <w:sz w:val="44"/>
                <w:szCs w:val="44"/>
              </w:rPr>
            </w:pPr>
          </w:p>
        </w:tc>
      </w:tr>
    </w:tbl>
    <w:p w14:paraId="605B2FBF" w14:textId="77777777" w:rsidR="003A7435" w:rsidRPr="00042C9E" w:rsidRDefault="003A7435" w:rsidP="003A7435">
      <w:pPr>
        <w:spacing w:after="0" w:line="240" w:lineRule="auto"/>
        <w:jc w:val="center"/>
        <w:rPr>
          <w:i/>
          <w:iCs/>
          <w:color w:val="17365D"/>
          <w:sz w:val="16"/>
          <w:szCs w:val="24"/>
          <w:lang w:val="es-MX"/>
        </w:rPr>
      </w:pPr>
      <w:r w:rsidRPr="00042C9E">
        <w:rPr>
          <w:i/>
          <w:iCs/>
          <w:color w:val="17365D"/>
          <w:sz w:val="16"/>
          <w:szCs w:val="24"/>
          <w:lang w:val="es-MX"/>
        </w:rPr>
        <w:t>A t e n t a m e n t e</w:t>
      </w:r>
    </w:p>
    <w:p w14:paraId="2543A10F" w14:textId="77777777" w:rsidR="003A7435" w:rsidRPr="00042C9E" w:rsidRDefault="003A7435" w:rsidP="003A7435">
      <w:pPr>
        <w:spacing w:after="0" w:line="240" w:lineRule="auto"/>
        <w:jc w:val="center"/>
        <w:rPr>
          <w:i/>
          <w:iCs/>
          <w:color w:val="17365D"/>
          <w:sz w:val="16"/>
          <w:szCs w:val="24"/>
          <w:lang w:val="es-MX"/>
        </w:rPr>
      </w:pPr>
      <w:r w:rsidRPr="00042C9E">
        <w:rPr>
          <w:i/>
          <w:iCs/>
          <w:color w:val="17365D"/>
          <w:sz w:val="16"/>
          <w:szCs w:val="24"/>
          <w:lang w:val="es-MX"/>
        </w:rPr>
        <w:t>“Pensar bien, para vivir mejor”</w:t>
      </w:r>
    </w:p>
    <w:p w14:paraId="2E867ACA" w14:textId="77777777" w:rsidR="003A7435" w:rsidRPr="00042C9E" w:rsidRDefault="003A7435" w:rsidP="003A7435">
      <w:pPr>
        <w:spacing w:after="0" w:line="240" w:lineRule="auto"/>
        <w:jc w:val="center"/>
        <w:rPr>
          <w:i/>
          <w:iCs/>
          <w:color w:val="17365D"/>
          <w:sz w:val="16"/>
          <w:szCs w:val="24"/>
          <w:lang w:val="es-MX"/>
        </w:rPr>
      </w:pPr>
      <w:r w:rsidRPr="00042C9E">
        <w:rPr>
          <w:i/>
          <w:iCs/>
          <w:color w:val="17365D"/>
          <w:sz w:val="16"/>
          <w:szCs w:val="24"/>
          <w:lang w:val="es-MX"/>
        </w:rPr>
        <w:t>H. Puebla de Z., a (fecha vigente) del 202_</w:t>
      </w:r>
    </w:p>
    <w:p w14:paraId="225100DB" w14:textId="77777777" w:rsidR="00B27CA6" w:rsidRDefault="00B27CA6" w:rsidP="003A7435">
      <w:pPr>
        <w:spacing w:after="0" w:line="240" w:lineRule="auto"/>
        <w:jc w:val="center"/>
        <w:rPr>
          <w:i/>
          <w:iCs/>
          <w:color w:val="17365D"/>
          <w:sz w:val="16"/>
          <w:szCs w:val="24"/>
          <w:lang w:val="es-MX"/>
        </w:rPr>
      </w:pPr>
    </w:p>
    <w:p w14:paraId="00CF00C9" w14:textId="474AF976" w:rsidR="003A7435" w:rsidRPr="00042C9E" w:rsidRDefault="003A7435" w:rsidP="003A7435">
      <w:pPr>
        <w:spacing w:after="0" w:line="240" w:lineRule="auto"/>
        <w:jc w:val="center"/>
        <w:rPr>
          <w:i/>
          <w:iCs/>
          <w:color w:val="17365D"/>
          <w:sz w:val="16"/>
          <w:szCs w:val="24"/>
          <w:lang w:val="es-MX"/>
        </w:rPr>
      </w:pPr>
      <w:r w:rsidRPr="00042C9E">
        <w:rPr>
          <w:i/>
          <w:iCs/>
          <w:color w:val="17365D"/>
          <w:sz w:val="16"/>
          <w:szCs w:val="24"/>
          <w:lang w:val="es-MX"/>
        </w:rPr>
        <w:t xml:space="preserve">  ______________________________                                                                              _______________________________ </w:t>
      </w:r>
    </w:p>
    <w:p w14:paraId="205DC66F" w14:textId="6747B8C9" w:rsidR="003A7435" w:rsidRDefault="003A7435" w:rsidP="003A7435">
      <w:pPr>
        <w:spacing w:after="0" w:line="240" w:lineRule="auto"/>
        <w:jc w:val="center"/>
        <w:rPr>
          <w:i/>
          <w:iCs/>
          <w:color w:val="17365D"/>
          <w:sz w:val="16"/>
          <w:szCs w:val="24"/>
          <w:lang w:val="es-MX"/>
        </w:rPr>
      </w:pPr>
      <w:r w:rsidRPr="00042C9E">
        <w:rPr>
          <w:i/>
          <w:iCs/>
          <w:color w:val="17365D"/>
          <w:sz w:val="16"/>
          <w:szCs w:val="24"/>
          <w:lang w:val="es-MX"/>
        </w:rPr>
        <w:t xml:space="preserve">  </w:t>
      </w:r>
      <w:r>
        <w:rPr>
          <w:i/>
          <w:iCs/>
          <w:color w:val="17365D"/>
          <w:sz w:val="16"/>
          <w:szCs w:val="24"/>
          <w:lang w:val="es-MX"/>
        </w:rPr>
        <w:t xml:space="preserve"> </w:t>
      </w:r>
      <w:r w:rsidRPr="00042C9E">
        <w:rPr>
          <w:i/>
          <w:iCs/>
          <w:color w:val="17365D"/>
          <w:sz w:val="16"/>
          <w:szCs w:val="24"/>
          <w:lang w:val="es-MX"/>
        </w:rPr>
        <w:t xml:space="preserve"> Nombre y firma del Investigador responsable                       </w:t>
      </w:r>
      <w:r>
        <w:rPr>
          <w:i/>
          <w:iCs/>
          <w:color w:val="17365D"/>
          <w:sz w:val="16"/>
          <w:szCs w:val="24"/>
          <w:lang w:val="es-MX"/>
        </w:rPr>
        <w:t xml:space="preserve">               </w:t>
      </w:r>
      <w:r w:rsidRPr="00042C9E">
        <w:rPr>
          <w:i/>
          <w:iCs/>
          <w:color w:val="17365D"/>
          <w:sz w:val="16"/>
          <w:szCs w:val="24"/>
          <w:lang w:val="es-MX"/>
        </w:rPr>
        <w:t xml:space="preserve">  Sello de recepción del Comité de </w:t>
      </w:r>
      <w:r w:rsidR="00277911">
        <w:rPr>
          <w:i/>
          <w:iCs/>
          <w:color w:val="17365D"/>
          <w:sz w:val="16"/>
          <w:szCs w:val="24"/>
          <w:lang w:val="es-MX"/>
        </w:rPr>
        <w:t xml:space="preserve">Ética e </w:t>
      </w:r>
      <w:r w:rsidRPr="00042C9E">
        <w:rPr>
          <w:i/>
          <w:iCs/>
          <w:color w:val="17365D"/>
          <w:sz w:val="16"/>
          <w:szCs w:val="24"/>
          <w:lang w:val="es-MX"/>
        </w:rPr>
        <w:t>Investigación (C.</w:t>
      </w:r>
      <w:r w:rsidR="00277911">
        <w:rPr>
          <w:i/>
          <w:iCs/>
          <w:color w:val="17365D"/>
          <w:sz w:val="16"/>
          <w:szCs w:val="24"/>
          <w:lang w:val="es-MX"/>
        </w:rPr>
        <w:t>E.</w:t>
      </w:r>
      <w:r w:rsidRPr="00042C9E">
        <w:rPr>
          <w:i/>
          <w:iCs/>
          <w:color w:val="17365D"/>
          <w:sz w:val="16"/>
          <w:szCs w:val="24"/>
          <w:lang w:val="es-MX"/>
        </w:rPr>
        <w:t>I.F.E)</w:t>
      </w:r>
    </w:p>
    <w:p w14:paraId="489258A2" w14:textId="77777777" w:rsidR="003A7435" w:rsidRPr="00042C9E" w:rsidRDefault="003A7435" w:rsidP="003A7435">
      <w:pPr>
        <w:spacing w:after="0" w:line="240" w:lineRule="auto"/>
        <w:jc w:val="center"/>
        <w:rPr>
          <w:i/>
          <w:iCs/>
          <w:color w:val="17365D"/>
          <w:sz w:val="16"/>
          <w:szCs w:val="24"/>
          <w:lang w:val="es-MX"/>
        </w:rPr>
      </w:pPr>
      <w:r>
        <w:rPr>
          <w:i/>
          <w:iCs/>
          <w:color w:val="17365D"/>
          <w:sz w:val="16"/>
          <w:szCs w:val="24"/>
          <w:lang w:val="es-MX"/>
        </w:rPr>
        <w:t xml:space="preserve">                                                                                                                                      Secretaria de Investigación y Estudios de Posgrado – Facultad   de Estomatología – B.U.A.P. </w:t>
      </w:r>
    </w:p>
    <w:sectPr w:rsidR="003A7435" w:rsidRPr="00042C9E" w:rsidSect="00020D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-567" w:right="360" w:bottom="288" w:left="360" w:header="426" w:footer="29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E94960" w14:textId="77777777" w:rsidR="002F432F" w:rsidRDefault="002F432F" w:rsidP="00BD62B6">
      <w:pPr>
        <w:spacing w:after="0" w:line="240" w:lineRule="auto"/>
      </w:pPr>
      <w:r>
        <w:separator/>
      </w:r>
    </w:p>
  </w:endnote>
  <w:endnote w:type="continuationSeparator" w:id="0">
    <w:p w14:paraId="5E302740" w14:textId="77777777" w:rsidR="002F432F" w:rsidRDefault="002F432F" w:rsidP="00BD62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893EC" w14:textId="77777777" w:rsidR="009611C5" w:rsidRDefault="009611C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5A65D" w14:textId="77777777" w:rsidR="00BD62B6" w:rsidRPr="003A7E7B" w:rsidRDefault="00BD62B6" w:rsidP="00BD62B6">
    <w:pPr>
      <w:pStyle w:val="Piedepgina"/>
      <w:jc w:val="center"/>
      <w:rPr>
        <w:color w:val="002060"/>
        <w:sz w:val="10"/>
        <w:szCs w:val="24"/>
        <w:lang w:val="es-MX"/>
      </w:rPr>
    </w:pPr>
    <w:r w:rsidRPr="003A7E7B">
      <w:rPr>
        <w:color w:val="002060"/>
        <w:sz w:val="10"/>
        <w:szCs w:val="24"/>
        <w:lang w:val="es-MX"/>
      </w:rPr>
      <w:t xml:space="preserve">Revisado y autorizado. </w:t>
    </w:r>
  </w:p>
  <w:p w14:paraId="22AC160E" w14:textId="77777777" w:rsidR="00BD62B6" w:rsidRPr="003A7E7B" w:rsidRDefault="00BD62B6" w:rsidP="00BD62B6">
    <w:pPr>
      <w:pStyle w:val="Piedepgina"/>
      <w:jc w:val="center"/>
      <w:rPr>
        <w:color w:val="002060"/>
        <w:sz w:val="10"/>
        <w:szCs w:val="24"/>
        <w:lang w:val="es-MX"/>
      </w:rPr>
    </w:pPr>
    <w:r w:rsidRPr="003A7E7B">
      <w:rPr>
        <w:color w:val="002060"/>
        <w:sz w:val="10"/>
        <w:szCs w:val="24"/>
        <w:lang w:val="es-MX"/>
      </w:rPr>
      <w:t xml:space="preserve">Comité de Ética e Investigación de la Facultad de Estomatología, </w:t>
    </w:r>
  </w:p>
  <w:p w14:paraId="3ED6C983" w14:textId="77777777" w:rsidR="00BD62B6" w:rsidRPr="003A7E7B" w:rsidRDefault="00BD62B6" w:rsidP="00BD62B6">
    <w:pPr>
      <w:pStyle w:val="Piedepgina"/>
      <w:jc w:val="center"/>
      <w:rPr>
        <w:color w:val="002060"/>
        <w:sz w:val="10"/>
        <w:szCs w:val="24"/>
        <w:lang w:val="es-MX"/>
      </w:rPr>
    </w:pPr>
    <w:r w:rsidRPr="003A7E7B">
      <w:rPr>
        <w:color w:val="002060"/>
        <w:sz w:val="10"/>
        <w:szCs w:val="24"/>
        <w:lang w:val="es-MX"/>
      </w:rPr>
      <w:t xml:space="preserve">Secretaría de Investigación y Estudios de Posgrado </w:t>
    </w:r>
  </w:p>
  <w:p w14:paraId="50FD89CB" w14:textId="77777777" w:rsidR="00BD62B6" w:rsidRPr="003A7E7B" w:rsidRDefault="00BD62B6" w:rsidP="00BD62B6">
    <w:pPr>
      <w:pStyle w:val="Piedepgina"/>
      <w:jc w:val="center"/>
      <w:rPr>
        <w:color w:val="002060"/>
        <w:sz w:val="10"/>
        <w:szCs w:val="24"/>
        <w:lang w:val="es-MX"/>
      </w:rPr>
    </w:pPr>
    <w:r w:rsidRPr="003A7E7B">
      <w:rPr>
        <w:color w:val="002060"/>
        <w:sz w:val="10"/>
        <w:szCs w:val="24"/>
        <w:lang w:val="es-MX"/>
      </w:rPr>
      <w:t>Facultad de Estomatología</w:t>
    </w:r>
  </w:p>
  <w:p w14:paraId="299C1D78" w14:textId="77777777" w:rsidR="00BD62B6" w:rsidRPr="003A7E7B" w:rsidRDefault="00BD62B6" w:rsidP="00BD62B6">
    <w:pPr>
      <w:pStyle w:val="Piedepgina"/>
      <w:jc w:val="center"/>
      <w:rPr>
        <w:color w:val="002060"/>
        <w:sz w:val="10"/>
        <w:szCs w:val="24"/>
        <w:lang w:val="es-MX"/>
      </w:rPr>
    </w:pPr>
    <w:r w:rsidRPr="003A7E7B">
      <w:rPr>
        <w:color w:val="002060"/>
        <w:sz w:val="10"/>
        <w:szCs w:val="24"/>
        <w:lang w:val="es-MX"/>
      </w:rPr>
      <w:t>Benemérita Universidad Autónoma de Puebla</w:t>
    </w:r>
  </w:p>
  <w:p w14:paraId="38258C47" w14:textId="4452B39C" w:rsidR="00BD62B6" w:rsidRDefault="00BD62B6" w:rsidP="00BD62B6">
    <w:pPr>
      <w:pStyle w:val="Piedepgina"/>
      <w:ind w:right="321"/>
      <w:jc w:val="right"/>
    </w:pPr>
    <w:r w:rsidRPr="007D38CF">
      <w:rPr>
        <w:rFonts w:ascii="Source Sans Pro" w:hAnsi="Source Sans Pro"/>
        <w:i/>
        <w:sz w:val="10"/>
        <w:szCs w:val="14"/>
        <w:lang w:val="es-MX"/>
      </w:rPr>
      <w:t xml:space="preserve"> </w:t>
    </w:r>
    <w:r>
      <w:rPr>
        <w:rFonts w:ascii="Times New Roman" w:eastAsia="Times New Roman" w:hAnsi="Times New Roman" w:cs="Times New Roman"/>
        <w:sz w:val="20"/>
      </w:rPr>
      <w:tab/>
      <w:t xml:space="preserve">          </w:t>
    </w:r>
    <w:proofErr w:type="spellStart"/>
    <w:r w:rsidRPr="00BE522A">
      <w:rPr>
        <w:rFonts w:ascii="Bookman Old Style" w:hAnsi="Bookman Old Style"/>
        <w:i/>
        <w:sz w:val="18"/>
        <w:szCs w:val="20"/>
      </w:rPr>
      <w:t>Página</w:t>
    </w:r>
    <w:proofErr w:type="spellEnd"/>
    <w:r w:rsidRPr="00BE522A">
      <w:rPr>
        <w:rFonts w:ascii="Bookman Old Style" w:hAnsi="Bookman Old Style"/>
        <w:i/>
        <w:sz w:val="18"/>
        <w:szCs w:val="20"/>
      </w:rPr>
      <w:t xml:space="preserve"> </w:t>
    </w:r>
    <w:r w:rsidRPr="00BE522A">
      <w:rPr>
        <w:rFonts w:ascii="Bookman Old Style" w:hAnsi="Bookman Old Style"/>
        <w:b/>
        <w:bCs/>
        <w:i/>
        <w:sz w:val="18"/>
        <w:szCs w:val="20"/>
      </w:rPr>
      <w:fldChar w:fldCharType="begin"/>
    </w:r>
    <w:r w:rsidRPr="00BE522A">
      <w:rPr>
        <w:rFonts w:ascii="Bookman Old Style" w:hAnsi="Bookman Old Style"/>
        <w:b/>
        <w:bCs/>
        <w:i/>
        <w:sz w:val="18"/>
        <w:szCs w:val="20"/>
      </w:rPr>
      <w:instrText>PAGE</w:instrText>
    </w:r>
    <w:r w:rsidRPr="00BE522A">
      <w:rPr>
        <w:rFonts w:ascii="Bookman Old Style" w:hAnsi="Bookman Old Style"/>
        <w:b/>
        <w:bCs/>
        <w:i/>
        <w:sz w:val="18"/>
        <w:szCs w:val="20"/>
      </w:rPr>
      <w:fldChar w:fldCharType="separate"/>
    </w:r>
    <w:r>
      <w:rPr>
        <w:rFonts w:ascii="Bookman Old Style" w:hAnsi="Bookman Old Style"/>
        <w:b/>
        <w:bCs/>
        <w:i/>
        <w:sz w:val="18"/>
        <w:szCs w:val="20"/>
      </w:rPr>
      <w:t>1</w:t>
    </w:r>
    <w:r w:rsidRPr="00BE522A">
      <w:rPr>
        <w:rFonts w:ascii="Bookman Old Style" w:hAnsi="Bookman Old Style"/>
        <w:b/>
        <w:bCs/>
        <w:i/>
        <w:sz w:val="18"/>
        <w:szCs w:val="20"/>
      </w:rPr>
      <w:fldChar w:fldCharType="end"/>
    </w:r>
    <w:r w:rsidRPr="00BE522A">
      <w:rPr>
        <w:rFonts w:ascii="Bookman Old Style" w:hAnsi="Bookman Old Style"/>
        <w:i/>
        <w:sz w:val="18"/>
        <w:szCs w:val="20"/>
      </w:rPr>
      <w:t xml:space="preserve"> de </w:t>
    </w:r>
    <w:r w:rsidRPr="00BE522A">
      <w:rPr>
        <w:rFonts w:ascii="Bookman Old Style" w:hAnsi="Bookman Old Style"/>
        <w:b/>
        <w:bCs/>
        <w:i/>
        <w:sz w:val="18"/>
        <w:szCs w:val="20"/>
      </w:rPr>
      <w:fldChar w:fldCharType="begin"/>
    </w:r>
    <w:r w:rsidRPr="00BE522A">
      <w:rPr>
        <w:rFonts w:ascii="Bookman Old Style" w:hAnsi="Bookman Old Style"/>
        <w:b/>
        <w:bCs/>
        <w:i/>
        <w:sz w:val="18"/>
        <w:szCs w:val="20"/>
      </w:rPr>
      <w:instrText>NUMPAGES</w:instrText>
    </w:r>
    <w:r w:rsidRPr="00BE522A">
      <w:rPr>
        <w:rFonts w:ascii="Bookman Old Style" w:hAnsi="Bookman Old Style"/>
        <w:b/>
        <w:bCs/>
        <w:i/>
        <w:sz w:val="18"/>
        <w:szCs w:val="20"/>
      </w:rPr>
      <w:fldChar w:fldCharType="separate"/>
    </w:r>
    <w:r>
      <w:rPr>
        <w:rFonts w:ascii="Bookman Old Style" w:hAnsi="Bookman Old Style"/>
        <w:b/>
        <w:bCs/>
        <w:i/>
        <w:sz w:val="18"/>
        <w:szCs w:val="20"/>
      </w:rPr>
      <w:t>1</w:t>
    </w:r>
    <w:r w:rsidRPr="00BE522A">
      <w:rPr>
        <w:rFonts w:ascii="Bookman Old Style" w:hAnsi="Bookman Old Style"/>
        <w:b/>
        <w:bCs/>
        <w:i/>
        <w:sz w:val="18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E8E48" w14:textId="77777777" w:rsidR="009611C5" w:rsidRDefault="009611C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B0739B" w14:textId="77777777" w:rsidR="002F432F" w:rsidRDefault="002F432F" w:rsidP="00BD62B6">
      <w:pPr>
        <w:spacing w:after="0" w:line="240" w:lineRule="auto"/>
      </w:pPr>
      <w:r>
        <w:separator/>
      </w:r>
    </w:p>
  </w:footnote>
  <w:footnote w:type="continuationSeparator" w:id="0">
    <w:p w14:paraId="7AEA6EB9" w14:textId="77777777" w:rsidR="002F432F" w:rsidRDefault="002F432F" w:rsidP="00BD62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5849E" w14:textId="77777777" w:rsidR="009611C5" w:rsidRDefault="009611C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3B571" w14:textId="77777777" w:rsidR="009611C5" w:rsidRDefault="009611C5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9D236" w14:textId="77777777" w:rsidR="009611C5" w:rsidRDefault="009611C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37130583">
    <w:abstractNumId w:val="8"/>
  </w:num>
  <w:num w:numId="2" w16cid:durableId="1134635511">
    <w:abstractNumId w:val="6"/>
  </w:num>
  <w:num w:numId="3" w16cid:durableId="1178276715">
    <w:abstractNumId w:val="5"/>
  </w:num>
  <w:num w:numId="4" w16cid:durableId="612829615">
    <w:abstractNumId w:val="4"/>
  </w:num>
  <w:num w:numId="5" w16cid:durableId="1917745170">
    <w:abstractNumId w:val="7"/>
  </w:num>
  <w:num w:numId="6" w16cid:durableId="110560871">
    <w:abstractNumId w:val="3"/>
  </w:num>
  <w:num w:numId="7" w16cid:durableId="569970579">
    <w:abstractNumId w:val="2"/>
  </w:num>
  <w:num w:numId="8" w16cid:durableId="1694645404">
    <w:abstractNumId w:val="1"/>
  </w:num>
  <w:num w:numId="9" w16cid:durableId="1530069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7969"/>
    <w:rsid w:val="00020D16"/>
    <w:rsid w:val="00034616"/>
    <w:rsid w:val="00041F59"/>
    <w:rsid w:val="0006063C"/>
    <w:rsid w:val="000B2518"/>
    <w:rsid w:val="000B3EAA"/>
    <w:rsid w:val="000B7871"/>
    <w:rsid w:val="00130F09"/>
    <w:rsid w:val="00142A8E"/>
    <w:rsid w:val="0015074B"/>
    <w:rsid w:val="00171D55"/>
    <w:rsid w:val="002045D4"/>
    <w:rsid w:val="00256321"/>
    <w:rsid w:val="00277911"/>
    <w:rsid w:val="0029639D"/>
    <w:rsid w:val="002F432F"/>
    <w:rsid w:val="00326F90"/>
    <w:rsid w:val="0038493F"/>
    <w:rsid w:val="003A7435"/>
    <w:rsid w:val="003E2249"/>
    <w:rsid w:val="003F38B8"/>
    <w:rsid w:val="0041569E"/>
    <w:rsid w:val="004300B3"/>
    <w:rsid w:val="004543A7"/>
    <w:rsid w:val="004A6602"/>
    <w:rsid w:val="004B424E"/>
    <w:rsid w:val="004C2377"/>
    <w:rsid w:val="0051625F"/>
    <w:rsid w:val="00560DD9"/>
    <w:rsid w:val="005A26A5"/>
    <w:rsid w:val="005B6FF9"/>
    <w:rsid w:val="005E5766"/>
    <w:rsid w:val="006228AC"/>
    <w:rsid w:val="00656724"/>
    <w:rsid w:val="006834D9"/>
    <w:rsid w:val="0076738F"/>
    <w:rsid w:val="00787F12"/>
    <w:rsid w:val="00795118"/>
    <w:rsid w:val="007A1209"/>
    <w:rsid w:val="00830F21"/>
    <w:rsid w:val="008803B1"/>
    <w:rsid w:val="0089291A"/>
    <w:rsid w:val="008C220C"/>
    <w:rsid w:val="009155E2"/>
    <w:rsid w:val="00931E27"/>
    <w:rsid w:val="00946164"/>
    <w:rsid w:val="00960157"/>
    <w:rsid w:val="009611C5"/>
    <w:rsid w:val="00983C24"/>
    <w:rsid w:val="0098457A"/>
    <w:rsid w:val="00996BBF"/>
    <w:rsid w:val="0099749D"/>
    <w:rsid w:val="009A3AF0"/>
    <w:rsid w:val="009A73B7"/>
    <w:rsid w:val="009B610B"/>
    <w:rsid w:val="00A343F8"/>
    <w:rsid w:val="00A41B21"/>
    <w:rsid w:val="00A54DFA"/>
    <w:rsid w:val="00A86333"/>
    <w:rsid w:val="00AA1D8D"/>
    <w:rsid w:val="00B27CA6"/>
    <w:rsid w:val="00B47730"/>
    <w:rsid w:val="00B7094C"/>
    <w:rsid w:val="00B72051"/>
    <w:rsid w:val="00BD62B6"/>
    <w:rsid w:val="00C8502B"/>
    <w:rsid w:val="00CB0664"/>
    <w:rsid w:val="00CC0CAD"/>
    <w:rsid w:val="00D45F96"/>
    <w:rsid w:val="00DD2343"/>
    <w:rsid w:val="00DE4A03"/>
    <w:rsid w:val="00E44787"/>
    <w:rsid w:val="00EF6EA0"/>
    <w:rsid w:val="00F06EFB"/>
    <w:rsid w:val="00F26CAE"/>
    <w:rsid w:val="00F510C1"/>
    <w:rsid w:val="00F653EA"/>
    <w:rsid w:val="00FA2E78"/>
    <w:rsid w:val="00FC693F"/>
    <w:rsid w:val="00FE7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24062061"/>
  <w14:defaultImageDpi w14:val="300"/>
  <w15:docId w15:val="{B6B65C96-220F-4032-A5E2-A4EEA70A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548</Words>
  <Characters>3016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3557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Yaneth</cp:lastModifiedBy>
  <cp:revision>106</cp:revision>
  <dcterms:created xsi:type="dcterms:W3CDTF">2013-12-23T23:15:00Z</dcterms:created>
  <dcterms:modified xsi:type="dcterms:W3CDTF">2026-10-12T20:15:00Z</dcterms:modified>
  <cp:category/>
</cp:coreProperties>
</file>