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1766B" w14:textId="77777777" w:rsidR="00CE7AF1" w:rsidRDefault="00CD34D2" w:rsidP="005B1724">
      <w:pPr>
        <w:spacing w:after="0" w:line="240" w:lineRule="auto"/>
        <w:jc w:val="center"/>
      </w:pPr>
      <w:r w:rsidRPr="00D872FE">
        <w:rPr>
          <w:rFonts w:ascii="Aptos" w:hAnsi="Aptos"/>
          <w:b/>
          <w:color w:val="4F6228" w:themeColor="accent3" w:themeShade="80"/>
          <w:sz w:val="44"/>
          <w:szCs w:val="44"/>
        </w:rPr>
        <w:t>⬔</w:t>
      </w:r>
      <w:r>
        <w:rPr>
          <w:rFonts w:ascii="Aptos" w:hAnsi="Aptos"/>
          <w:b/>
          <w:color w:val="5B4A2A"/>
          <w:sz w:val="23"/>
        </w:rPr>
        <w:t xml:space="preserve">  </w:t>
      </w:r>
      <w:r w:rsidRPr="005B7877">
        <w:rPr>
          <w:rFonts w:ascii="Aptos" w:hAnsi="Aptos"/>
          <w:b/>
          <w:color w:val="00B0F0"/>
          <w:sz w:val="44"/>
          <w:szCs w:val="32"/>
          <w:lang w:val="es-MX"/>
        </w:rPr>
        <w:t>ANEXO 05 · C.E.I.F.E.</w:t>
      </w:r>
    </w:p>
    <w:p w14:paraId="4C28BEE9" w14:textId="77777777" w:rsidR="00CE7AF1" w:rsidRPr="001605B0" w:rsidRDefault="00CD34D2" w:rsidP="005B1724">
      <w:pPr>
        <w:spacing w:after="0" w:line="240" w:lineRule="auto"/>
        <w:jc w:val="center"/>
        <w:rPr>
          <w:b/>
          <w:sz w:val="28"/>
          <w:lang w:val="es-MX"/>
        </w:rPr>
      </w:pPr>
      <w:r w:rsidRPr="001605B0">
        <w:rPr>
          <w:b/>
          <w:sz w:val="28"/>
          <w:lang w:val="es-MX"/>
        </w:rPr>
        <w:t>INFORME FINAL DEL PROYECTO DE INVESTIGACIÓN</w:t>
      </w:r>
    </w:p>
    <w:p w14:paraId="6A091FB8" w14:textId="5F85B0EF" w:rsidR="00DF2A9B" w:rsidRDefault="00DF2A9B" w:rsidP="00DF2A9B">
      <w:pPr>
        <w:spacing w:after="0" w:line="240" w:lineRule="auto"/>
        <w:jc w:val="center"/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C</w:t>
      </w:r>
      <w:r w:rsidRPr="00A30540">
        <w:rPr>
          <w:i/>
          <w:sz w:val="20"/>
          <w:szCs w:val="20"/>
          <w:lang w:val="es-MX"/>
        </w:rPr>
        <w:t xml:space="preserve">omité de </w:t>
      </w:r>
      <w:r>
        <w:rPr>
          <w:i/>
          <w:sz w:val="20"/>
          <w:szCs w:val="20"/>
          <w:lang w:val="es-MX"/>
        </w:rPr>
        <w:t>É</w:t>
      </w:r>
      <w:r w:rsidRPr="00A30540">
        <w:rPr>
          <w:i/>
          <w:sz w:val="20"/>
          <w:szCs w:val="20"/>
          <w:lang w:val="es-MX"/>
        </w:rPr>
        <w:t xml:space="preserve">tica e </w:t>
      </w:r>
      <w:r>
        <w:rPr>
          <w:i/>
          <w:sz w:val="20"/>
          <w:szCs w:val="20"/>
          <w:lang w:val="es-MX"/>
        </w:rPr>
        <w:t>I</w:t>
      </w:r>
      <w:r w:rsidRPr="00A30540">
        <w:rPr>
          <w:i/>
          <w:sz w:val="20"/>
          <w:szCs w:val="20"/>
          <w:lang w:val="es-MX"/>
        </w:rPr>
        <w:t xml:space="preserve">nvestigación </w:t>
      </w:r>
      <w:r w:rsidR="0078189A" w:rsidRPr="000B1623">
        <w:rPr>
          <w:i/>
          <w:sz w:val="20"/>
          <w:szCs w:val="20"/>
          <w:lang w:val="es-MX"/>
        </w:rPr>
        <w:t>·</w:t>
      </w:r>
      <w:r w:rsidR="0078189A">
        <w:rPr>
          <w:i/>
          <w:sz w:val="20"/>
          <w:szCs w:val="20"/>
          <w:lang w:val="es-MX"/>
        </w:rPr>
        <w:t xml:space="preserve"> </w:t>
      </w:r>
      <w:r w:rsidRPr="000B1623">
        <w:rPr>
          <w:i/>
          <w:sz w:val="20"/>
          <w:szCs w:val="20"/>
          <w:lang w:val="es-MX"/>
        </w:rPr>
        <w:t>Secretaría de Investigación y Estudios de Posgrado · Facultad de Estomatología · BUAP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15"/>
        <w:gridCol w:w="2288"/>
        <w:gridCol w:w="3342"/>
        <w:gridCol w:w="2815"/>
      </w:tblGrid>
      <w:tr w:rsidR="00CE7AF1" w:rsidRPr="005B1724" w14:paraId="3861AA4A" w14:textId="77777777" w:rsidTr="00B32473">
        <w:trPr>
          <w:trHeight w:val="290"/>
          <w:jc w:val="center"/>
        </w:trPr>
        <w:tc>
          <w:tcPr>
            <w:tcW w:w="11260" w:type="dxa"/>
            <w:gridSpan w:val="4"/>
            <w:tcBorders>
              <w:top w:val="single" w:sz="4" w:space="0" w:color="5B4A2A"/>
              <w:left w:val="single" w:sz="4" w:space="0" w:color="5B4A2A"/>
              <w:bottom w:val="single" w:sz="4" w:space="0" w:color="5B4A2A"/>
              <w:right w:val="single" w:sz="4" w:space="0" w:color="5B4A2A"/>
            </w:tcBorders>
            <w:shd w:val="clear" w:color="auto" w:fill="5B4A2A"/>
            <w:tcMar>
              <w:top w:w="4" w:type="dxa"/>
              <w:left w:w="8" w:type="dxa"/>
              <w:bottom w:w="4" w:type="dxa"/>
              <w:right w:w="8" w:type="dxa"/>
            </w:tcMar>
            <w:vAlign w:val="center"/>
          </w:tcPr>
          <w:p w14:paraId="374A4C66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  <w:r w:rsidRPr="00643282">
              <w:rPr>
                <w:rFonts w:ascii="Aptos" w:hAnsi="Aptos"/>
                <w:b/>
                <w:color w:val="FFFFFF"/>
                <w:sz w:val="20"/>
                <w:szCs w:val="44"/>
              </w:rPr>
              <w:t>⬔</w:t>
            </w:r>
            <w:r w:rsidRPr="005B1724">
              <w:rPr>
                <w:rFonts w:ascii="Aptos" w:hAnsi="Aptos"/>
                <w:b/>
                <w:color w:val="FFFFFF"/>
                <w:sz w:val="18"/>
                <w:szCs w:val="40"/>
                <w:lang w:val="es-MX"/>
              </w:rPr>
              <w:t xml:space="preserve">  </w:t>
            </w:r>
            <w:r w:rsidRPr="00B32473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>I. DATOS GENERALES DEL PROYECTO</w:t>
            </w:r>
          </w:p>
        </w:tc>
      </w:tr>
      <w:tr w:rsidR="00CE7AF1" w:rsidRPr="005B1724" w14:paraId="34B9BFBE" w14:textId="77777777" w:rsidTr="001E57FF">
        <w:trPr>
          <w:trHeight w:val="308"/>
          <w:jc w:val="center"/>
        </w:trPr>
        <w:tc>
          <w:tcPr>
            <w:tcW w:w="11260" w:type="dxa"/>
            <w:gridSpan w:val="4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5" w:type="dxa"/>
              <w:left w:w="7" w:type="dxa"/>
              <w:bottom w:w="5" w:type="dxa"/>
              <w:right w:w="7" w:type="dxa"/>
            </w:tcMar>
            <w:vAlign w:val="center"/>
          </w:tcPr>
          <w:p w14:paraId="15CEAC6E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  <w:r w:rsidRPr="00657E2D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  <w:t>Título del proyecto de investigación:</w:t>
            </w:r>
            <w:r w:rsidRPr="005B1724">
              <w:rPr>
                <w:rFonts w:ascii="Aptos" w:hAnsi="Aptos"/>
                <w:b/>
                <w:color w:val="5B4A2A"/>
                <w:sz w:val="16"/>
                <w:szCs w:val="40"/>
                <w:lang w:val="es-MX"/>
              </w:rPr>
              <w:t xml:space="preserve">  </w:t>
            </w:r>
            <w:r w:rsidRPr="005B1724">
              <w:rPr>
                <w:rFonts w:ascii="Aptos" w:hAnsi="Aptos"/>
                <w:color w:val="706C5F"/>
                <w:sz w:val="16"/>
                <w:szCs w:val="40"/>
                <w:lang w:val="es-MX"/>
              </w:rPr>
              <w:t>________________________________________________________________________________</w:t>
            </w:r>
          </w:p>
        </w:tc>
      </w:tr>
      <w:tr w:rsidR="00CE7AF1" w:rsidRPr="005B1724" w14:paraId="2186BF7D" w14:textId="77777777" w:rsidTr="001E57FF">
        <w:trPr>
          <w:trHeight w:val="257"/>
          <w:jc w:val="center"/>
        </w:trPr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4FDB650" w14:textId="77777777" w:rsidR="00CE7AF1" w:rsidRPr="00B72EE1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</w:pPr>
            <w:proofErr w:type="spellStart"/>
            <w:r w:rsidRPr="00B72EE1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  <w:t>Número</w:t>
            </w:r>
            <w:proofErr w:type="spellEnd"/>
            <w:r w:rsidRPr="00B72EE1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  <w:t xml:space="preserve"> de </w:t>
            </w:r>
            <w:proofErr w:type="spellStart"/>
            <w:r w:rsidRPr="00B72EE1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  <w:t>registro</w:t>
            </w:r>
            <w:proofErr w:type="spellEnd"/>
            <w:r w:rsidRPr="00B72EE1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  <w:t>:</w:t>
            </w:r>
          </w:p>
        </w:tc>
        <w:tc>
          <w:tcPr>
            <w:tcW w:w="2288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447F02F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</w:t>
            </w:r>
          </w:p>
        </w:tc>
        <w:tc>
          <w:tcPr>
            <w:tcW w:w="3342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6D5FBBC" w14:textId="72E6352B" w:rsidR="00CE7AF1" w:rsidRPr="00262319" w:rsidRDefault="00AD7E5B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</w:pPr>
            <w:r w:rsidRPr="00AD7E5B"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  <w:t>Nombre completo de la dirección y responsabilidad de Proyecto de Investigación:</w:t>
            </w:r>
          </w:p>
        </w:tc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A275223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</w:t>
            </w:r>
          </w:p>
        </w:tc>
      </w:tr>
      <w:tr w:rsidR="00CE7AF1" w:rsidRPr="005B1724" w14:paraId="252DAA41" w14:textId="77777777" w:rsidTr="001E57FF">
        <w:trPr>
          <w:trHeight w:val="276"/>
          <w:jc w:val="center"/>
        </w:trPr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96CEFC8" w14:textId="1C67D02A" w:rsidR="00CE7AF1" w:rsidRPr="00B72EE1" w:rsidRDefault="00F86C3F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</w:pPr>
            <w:r w:rsidRPr="00F86C3F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</w:rPr>
              <w:t>Teléfono celular de la dirección y responsabilidad de Proyecto de Investigación:</w:t>
            </w:r>
          </w:p>
        </w:tc>
        <w:tc>
          <w:tcPr>
            <w:tcW w:w="2288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337AF88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</w:t>
            </w:r>
          </w:p>
        </w:tc>
        <w:tc>
          <w:tcPr>
            <w:tcW w:w="3342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A55F97B" w14:textId="10F920D7" w:rsidR="00CE7AF1" w:rsidRPr="00262319" w:rsidRDefault="00000538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</w:pPr>
            <w:r w:rsidRPr="001F14CA"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  <w:t>Correo electrónico institucional de la dirección y responsabilidad de Proyecto de Investigación:</w:t>
            </w:r>
          </w:p>
        </w:tc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F50ADF1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</w:t>
            </w:r>
          </w:p>
        </w:tc>
      </w:tr>
      <w:tr w:rsidR="00657E2D" w:rsidRPr="005B1724" w14:paraId="02744A35" w14:textId="77777777" w:rsidTr="001E57FF">
        <w:trPr>
          <w:trHeight w:val="535"/>
          <w:jc w:val="center"/>
        </w:trPr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3E93FD3" w14:textId="4B73EBD9" w:rsidR="00657E2D" w:rsidRPr="00657E2D" w:rsidRDefault="00657E2D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</w:pPr>
            <w:r w:rsidRPr="00657E2D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  <w:t xml:space="preserve">Fecha de aceptación por el </w:t>
            </w:r>
            <w:r w:rsidR="001A497E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  <w:t>C.I.F.E. y C.E.I.F.E.</w:t>
            </w:r>
            <w:r w:rsidRPr="00657E2D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  <w:t>:</w:t>
            </w:r>
          </w:p>
        </w:tc>
        <w:tc>
          <w:tcPr>
            <w:tcW w:w="2288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642750C" w14:textId="77777777" w:rsidR="00657E2D" w:rsidRPr="005B1724" w:rsidRDefault="00657E2D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</w:t>
            </w:r>
          </w:p>
        </w:tc>
        <w:tc>
          <w:tcPr>
            <w:tcW w:w="3342" w:type="dxa"/>
            <w:vMerge w:val="restart"/>
            <w:tcBorders>
              <w:top w:val="single" w:sz="4" w:space="0" w:color="C9C4A6"/>
              <w:left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E90F658" w14:textId="77777777" w:rsidR="00657E2D" w:rsidRPr="00262319" w:rsidRDefault="00657E2D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</w:pPr>
            <w:r w:rsidRPr="00262319">
              <w:rPr>
                <w:rFonts w:ascii="Aptos" w:hAnsi="Aptos"/>
                <w:b/>
                <w:i/>
                <w:iCs/>
                <w:color w:val="5A4032"/>
                <w:sz w:val="16"/>
                <w:szCs w:val="32"/>
              </w:rPr>
              <w:t>Fecha de entrega de informe parcial:</w:t>
            </w:r>
          </w:p>
        </w:tc>
        <w:tc>
          <w:tcPr>
            <w:tcW w:w="2815" w:type="dxa"/>
            <w:vMerge w:val="restart"/>
            <w:tcBorders>
              <w:top w:val="single" w:sz="4" w:space="0" w:color="C9C4A6"/>
              <w:left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A477585" w14:textId="77777777" w:rsidR="00657E2D" w:rsidRPr="005B1724" w:rsidRDefault="00657E2D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</w:t>
            </w:r>
          </w:p>
        </w:tc>
      </w:tr>
      <w:tr w:rsidR="00657E2D" w:rsidRPr="005B1724" w14:paraId="1DF5CB2A" w14:textId="77777777" w:rsidTr="001E57FF">
        <w:trPr>
          <w:trHeight w:val="429"/>
          <w:jc w:val="center"/>
        </w:trPr>
        <w:tc>
          <w:tcPr>
            <w:tcW w:w="2815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24F9365" w14:textId="77777777" w:rsidR="00657E2D" w:rsidRPr="00657E2D" w:rsidRDefault="00657E2D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</w:pPr>
            <w:r w:rsidRPr="00657E2D">
              <w:rPr>
                <w:rFonts w:ascii="Aptos" w:hAnsi="Aptos"/>
                <w:b/>
                <w:i/>
                <w:iCs/>
                <w:color w:val="5A4032"/>
                <w:sz w:val="16"/>
                <w:szCs w:val="28"/>
                <w:lang w:val="es-MX"/>
              </w:rPr>
              <w:t>Fecha de finalización del proyecto de investigación:</w:t>
            </w:r>
          </w:p>
        </w:tc>
        <w:tc>
          <w:tcPr>
            <w:tcW w:w="2288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1D64FC1" w14:textId="77777777" w:rsidR="00657E2D" w:rsidRPr="005B1724" w:rsidRDefault="00657E2D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</w:t>
            </w:r>
          </w:p>
        </w:tc>
        <w:tc>
          <w:tcPr>
            <w:tcW w:w="3342" w:type="dxa"/>
            <w:vMerge/>
            <w:tcBorders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5BE633A" w14:textId="77777777" w:rsidR="00657E2D" w:rsidRPr="005B1724" w:rsidRDefault="00657E2D" w:rsidP="005B1724">
            <w:pPr>
              <w:spacing w:after="0" w:line="240" w:lineRule="auto"/>
              <w:rPr>
                <w:sz w:val="40"/>
                <w:szCs w:val="40"/>
              </w:rPr>
            </w:pPr>
          </w:p>
        </w:tc>
        <w:tc>
          <w:tcPr>
            <w:tcW w:w="2815" w:type="dxa"/>
            <w:vMerge/>
            <w:tcBorders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3F15FD2" w14:textId="77777777" w:rsidR="00657E2D" w:rsidRPr="005B1724" w:rsidRDefault="00657E2D" w:rsidP="005B1724">
            <w:pPr>
              <w:spacing w:after="0" w:line="240" w:lineRule="auto"/>
              <w:rPr>
                <w:sz w:val="40"/>
                <w:szCs w:val="40"/>
              </w:rPr>
            </w:pPr>
          </w:p>
        </w:tc>
      </w:tr>
      <w:tr w:rsidR="00CE7AF1" w:rsidRPr="005B1724" w14:paraId="59D7B190" w14:textId="77777777" w:rsidTr="00B32473">
        <w:trPr>
          <w:trHeight w:val="397"/>
          <w:jc w:val="center"/>
        </w:trPr>
        <w:tc>
          <w:tcPr>
            <w:tcW w:w="11260" w:type="dxa"/>
            <w:gridSpan w:val="4"/>
            <w:tcBorders>
              <w:top w:val="single" w:sz="4" w:space="0" w:color="5B4A2A"/>
              <w:left w:val="single" w:sz="4" w:space="0" w:color="5B4A2A"/>
              <w:bottom w:val="single" w:sz="4" w:space="0" w:color="5B4A2A"/>
              <w:right w:val="single" w:sz="4" w:space="0" w:color="5B4A2A"/>
            </w:tcBorders>
            <w:shd w:val="clear" w:color="auto" w:fill="5B4A2A"/>
            <w:tcMar>
              <w:top w:w="4" w:type="dxa"/>
              <w:left w:w="8" w:type="dxa"/>
              <w:bottom w:w="4" w:type="dxa"/>
              <w:right w:w="8" w:type="dxa"/>
            </w:tcMar>
            <w:vAlign w:val="center"/>
          </w:tcPr>
          <w:p w14:paraId="7A098246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  <w:r w:rsidRPr="00643282">
              <w:rPr>
                <w:rFonts w:ascii="Aptos" w:hAnsi="Aptos"/>
                <w:b/>
                <w:color w:val="FFFFFF"/>
                <w:sz w:val="20"/>
                <w:szCs w:val="44"/>
              </w:rPr>
              <w:t>⬔</w:t>
            </w:r>
            <w:r w:rsidRPr="005B1724">
              <w:rPr>
                <w:rFonts w:ascii="Aptos" w:hAnsi="Aptos"/>
                <w:b/>
                <w:color w:val="FFFFFF"/>
                <w:sz w:val="18"/>
                <w:szCs w:val="40"/>
                <w:lang w:val="es-MX"/>
              </w:rPr>
              <w:t xml:space="preserve">  </w:t>
            </w:r>
            <w:r w:rsidRPr="00B32473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>II. INTEGRANTES DEL PROYECTO DE INVESTIGACIÓN</w:t>
            </w:r>
          </w:p>
        </w:tc>
      </w:tr>
    </w:tbl>
    <w:p w14:paraId="42C3BE26" w14:textId="77777777" w:rsidR="00CE7AF1" w:rsidRPr="005B1724" w:rsidRDefault="00CD34D2" w:rsidP="005B1724">
      <w:pPr>
        <w:spacing w:after="0" w:line="240" w:lineRule="auto"/>
        <w:rPr>
          <w:sz w:val="40"/>
          <w:szCs w:val="40"/>
          <w:lang w:val="es-MX"/>
        </w:rPr>
      </w:pPr>
      <w:r w:rsidRPr="005B1724">
        <w:rPr>
          <w:rFonts w:ascii="Aptos" w:hAnsi="Aptos"/>
          <w:i/>
          <w:color w:val="706C5F"/>
          <w:sz w:val="16"/>
          <w:szCs w:val="40"/>
          <w:lang w:val="es-MX"/>
        </w:rPr>
        <w:t>Registre a los integrantes correspondientes del Proyecto de Investigación.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53"/>
        <w:gridCol w:w="4894"/>
        <w:gridCol w:w="2613"/>
      </w:tblGrid>
      <w:tr w:rsidR="00CE7AF1" w:rsidRPr="005B1724" w14:paraId="0BEE714D" w14:textId="77777777" w:rsidTr="00DC417D">
        <w:trPr>
          <w:jc w:val="center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9C9560"/>
            <w:tcMar>
              <w:top w:w="3" w:type="dxa"/>
              <w:left w:w="4" w:type="dxa"/>
              <w:bottom w:w="3" w:type="dxa"/>
              <w:right w:w="4" w:type="dxa"/>
            </w:tcMar>
          </w:tcPr>
          <w:p w14:paraId="6A6293AA" w14:textId="77777777" w:rsidR="00CE7AF1" w:rsidRPr="005B1724" w:rsidRDefault="00CD34D2" w:rsidP="005B172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b/>
                <w:color w:val="FFFFFF"/>
                <w:sz w:val="16"/>
                <w:szCs w:val="40"/>
              </w:rPr>
              <w:t>PARTICIPANTE / FUNCIÓN</w:t>
            </w:r>
          </w:p>
        </w:tc>
        <w:tc>
          <w:tcPr>
            <w:tcW w:w="4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9C9560"/>
            <w:tcMar>
              <w:top w:w="3" w:type="dxa"/>
              <w:left w:w="4" w:type="dxa"/>
              <w:bottom w:w="3" w:type="dxa"/>
              <w:right w:w="4" w:type="dxa"/>
            </w:tcMar>
          </w:tcPr>
          <w:p w14:paraId="62C7D51F" w14:textId="77777777" w:rsidR="00CE7AF1" w:rsidRPr="005B1724" w:rsidRDefault="00CD34D2" w:rsidP="005B172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b/>
                <w:color w:val="FFFFFF"/>
                <w:sz w:val="16"/>
                <w:szCs w:val="40"/>
              </w:rPr>
              <w:t>NOMBRE COMPLETO</w:t>
            </w:r>
          </w:p>
        </w:tc>
        <w:tc>
          <w:tcPr>
            <w:tcW w:w="2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9C9560"/>
            <w:tcMar>
              <w:top w:w="3" w:type="dxa"/>
              <w:left w:w="4" w:type="dxa"/>
              <w:bottom w:w="3" w:type="dxa"/>
              <w:right w:w="4" w:type="dxa"/>
            </w:tcMar>
          </w:tcPr>
          <w:p w14:paraId="2747E379" w14:textId="77777777" w:rsidR="00CE7AF1" w:rsidRPr="005B1724" w:rsidRDefault="00CD34D2" w:rsidP="005B1724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b/>
                <w:color w:val="FFFFFF"/>
                <w:sz w:val="16"/>
                <w:szCs w:val="40"/>
              </w:rPr>
              <w:t>ID / MATRÍCULA</w:t>
            </w:r>
          </w:p>
        </w:tc>
      </w:tr>
      <w:tr w:rsidR="00CE7AF1" w:rsidRPr="005B1724" w14:paraId="291F47DE" w14:textId="77777777" w:rsidTr="00DC417D">
        <w:trPr>
          <w:trHeight w:val="565"/>
          <w:jc w:val="center"/>
        </w:trPr>
        <w:tc>
          <w:tcPr>
            <w:tcW w:w="375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557D505E" w14:textId="77777777" w:rsidR="00CE7AF1" w:rsidRPr="00CE3C75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</w:pPr>
            <w:proofErr w:type="spellStart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Estudiante</w:t>
            </w:r>
            <w:proofErr w:type="spellEnd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(s)</w:t>
            </w:r>
          </w:p>
        </w:tc>
        <w:tc>
          <w:tcPr>
            <w:tcW w:w="4894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4381053C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____________________________________________</w:t>
            </w:r>
            <w:r w:rsidRPr="005B1724">
              <w:rPr>
                <w:rFonts w:ascii="Aptos" w:hAnsi="Aptos"/>
                <w:color w:val="706C5F"/>
                <w:sz w:val="16"/>
                <w:szCs w:val="40"/>
              </w:rPr>
              <w:br/>
              <w:t>____________________________________________</w:t>
            </w:r>
          </w:p>
        </w:tc>
        <w:tc>
          <w:tcPr>
            <w:tcW w:w="261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47B29587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</w:t>
            </w:r>
            <w:r w:rsidRPr="005B1724">
              <w:rPr>
                <w:rFonts w:ascii="Aptos" w:hAnsi="Aptos"/>
                <w:color w:val="706C5F"/>
                <w:sz w:val="16"/>
                <w:szCs w:val="40"/>
              </w:rPr>
              <w:br/>
              <w:t>____________</w:t>
            </w:r>
          </w:p>
        </w:tc>
      </w:tr>
      <w:tr w:rsidR="00CE7AF1" w:rsidRPr="005B1724" w14:paraId="558722C3" w14:textId="77777777" w:rsidTr="00DC417D">
        <w:trPr>
          <w:trHeight w:val="545"/>
          <w:jc w:val="center"/>
        </w:trPr>
        <w:tc>
          <w:tcPr>
            <w:tcW w:w="375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3014D1BD" w14:textId="77777777" w:rsidR="00CE7AF1" w:rsidRPr="001E57FF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  <w:lang w:val="es-MX"/>
              </w:rPr>
            </w:pPr>
            <w:r w:rsidRPr="001E57FF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  <w:lang w:val="es-MX"/>
              </w:rPr>
              <w:t>Director y Responsable del Proyecto de Investigación</w:t>
            </w:r>
          </w:p>
        </w:tc>
        <w:tc>
          <w:tcPr>
            <w:tcW w:w="4894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29BEFB14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____________________________________________</w:t>
            </w:r>
          </w:p>
        </w:tc>
        <w:tc>
          <w:tcPr>
            <w:tcW w:w="261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1EB309AE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</w:t>
            </w:r>
          </w:p>
        </w:tc>
      </w:tr>
      <w:tr w:rsidR="00CE7AF1" w:rsidRPr="005B1724" w14:paraId="10CBC70A" w14:textId="77777777" w:rsidTr="00DC417D">
        <w:trPr>
          <w:trHeight w:val="270"/>
          <w:jc w:val="center"/>
        </w:trPr>
        <w:tc>
          <w:tcPr>
            <w:tcW w:w="375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3C4D88C7" w14:textId="77777777" w:rsidR="00CE7AF1" w:rsidRPr="00CE3C75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</w:pPr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 xml:space="preserve">Director </w:t>
            </w:r>
            <w:proofErr w:type="spellStart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Disciplinario</w:t>
            </w:r>
            <w:proofErr w:type="spellEnd"/>
          </w:p>
        </w:tc>
        <w:tc>
          <w:tcPr>
            <w:tcW w:w="4894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05851064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____________________________________________</w:t>
            </w:r>
          </w:p>
        </w:tc>
        <w:tc>
          <w:tcPr>
            <w:tcW w:w="261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5CD2747D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</w:t>
            </w:r>
          </w:p>
        </w:tc>
      </w:tr>
      <w:tr w:rsidR="00CE7AF1" w:rsidRPr="005B1724" w14:paraId="59CCF7B6" w14:textId="77777777" w:rsidTr="00DC417D">
        <w:trPr>
          <w:trHeight w:val="273"/>
          <w:jc w:val="center"/>
        </w:trPr>
        <w:tc>
          <w:tcPr>
            <w:tcW w:w="375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749F861F" w14:textId="77777777" w:rsidR="00CE7AF1" w:rsidRPr="00CE3C75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</w:pPr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 xml:space="preserve">Director </w:t>
            </w:r>
            <w:proofErr w:type="spellStart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Metodológico</w:t>
            </w:r>
            <w:proofErr w:type="spellEnd"/>
          </w:p>
        </w:tc>
        <w:tc>
          <w:tcPr>
            <w:tcW w:w="4894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26E95C02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____________________________________________</w:t>
            </w:r>
          </w:p>
        </w:tc>
        <w:tc>
          <w:tcPr>
            <w:tcW w:w="261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ECE9D7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617B7F3B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</w:t>
            </w:r>
          </w:p>
        </w:tc>
      </w:tr>
      <w:tr w:rsidR="00CE7AF1" w:rsidRPr="005B1724" w14:paraId="54E3B361" w14:textId="77777777" w:rsidTr="00DC417D">
        <w:trPr>
          <w:trHeight w:val="250"/>
          <w:jc w:val="center"/>
        </w:trPr>
        <w:tc>
          <w:tcPr>
            <w:tcW w:w="375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2747F5EF" w14:textId="77777777" w:rsidR="00CE7AF1" w:rsidRPr="00CE3C75" w:rsidRDefault="00CD34D2" w:rsidP="005B1724">
            <w:pPr>
              <w:spacing w:after="0" w:line="240" w:lineRule="auto"/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</w:pPr>
            <w:proofErr w:type="spellStart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Asesor</w:t>
            </w:r>
            <w:proofErr w:type="spellEnd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 xml:space="preserve"> </w:t>
            </w:r>
            <w:proofErr w:type="spellStart"/>
            <w:r w:rsidRPr="00CE3C75">
              <w:rPr>
                <w:rFonts w:ascii="Aptos" w:hAnsi="Aptos"/>
                <w:b/>
                <w:i/>
                <w:iCs/>
                <w:color w:val="5A4032"/>
                <w:sz w:val="16"/>
                <w:szCs w:val="36"/>
              </w:rPr>
              <w:t>Externo</w:t>
            </w:r>
            <w:proofErr w:type="spellEnd"/>
          </w:p>
        </w:tc>
        <w:tc>
          <w:tcPr>
            <w:tcW w:w="4894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0EB28C1F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____________________________________________</w:t>
            </w:r>
          </w:p>
        </w:tc>
        <w:tc>
          <w:tcPr>
            <w:tcW w:w="2613" w:type="dxa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3" w:type="dxa"/>
              <w:left w:w="4" w:type="dxa"/>
              <w:bottom w:w="3" w:type="dxa"/>
              <w:right w:w="4" w:type="dxa"/>
            </w:tcMar>
            <w:vAlign w:val="center"/>
          </w:tcPr>
          <w:p w14:paraId="72B640E0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</w:rPr>
            </w:pPr>
            <w:r w:rsidRPr="005B1724">
              <w:rPr>
                <w:rFonts w:ascii="Aptos" w:hAnsi="Aptos"/>
                <w:color w:val="706C5F"/>
                <w:sz w:val="16"/>
                <w:szCs w:val="40"/>
              </w:rPr>
              <w:t>____________</w:t>
            </w:r>
          </w:p>
        </w:tc>
      </w:tr>
      <w:tr w:rsidR="00CE7AF1" w:rsidRPr="005B1724" w14:paraId="5701AC23" w14:textId="77777777" w:rsidTr="00B32473">
        <w:trPr>
          <w:trHeight w:val="408"/>
          <w:jc w:val="center"/>
        </w:trPr>
        <w:tc>
          <w:tcPr>
            <w:tcW w:w="11260" w:type="dxa"/>
            <w:gridSpan w:val="3"/>
            <w:tcBorders>
              <w:top w:val="single" w:sz="4" w:space="0" w:color="5B4A2A"/>
              <w:left w:val="single" w:sz="4" w:space="0" w:color="5B4A2A"/>
              <w:bottom w:val="single" w:sz="4" w:space="0" w:color="5B4A2A"/>
              <w:right w:val="single" w:sz="4" w:space="0" w:color="5B4A2A"/>
            </w:tcBorders>
            <w:shd w:val="clear" w:color="auto" w:fill="5B4A2A"/>
            <w:tcMar>
              <w:top w:w="4" w:type="dxa"/>
              <w:left w:w="8" w:type="dxa"/>
              <w:bottom w:w="4" w:type="dxa"/>
              <w:right w:w="8" w:type="dxa"/>
            </w:tcMar>
            <w:vAlign w:val="center"/>
          </w:tcPr>
          <w:p w14:paraId="3E65808E" w14:textId="77777777" w:rsidR="00CE7AF1" w:rsidRPr="005B1724" w:rsidRDefault="00CD34D2" w:rsidP="005B1724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  <w:r w:rsidRPr="00643282">
              <w:rPr>
                <w:rFonts w:ascii="Aptos" w:hAnsi="Aptos"/>
                <w:b/>
                <w:color w:val="FFFFFF"/>
                <w:sz w:val="20"/>
                <w:szCs w:val="44"/>
              </w:rPr>
              <w:t>⬔</w:t>
            </w:r>
            <w:r w:rsidRPr="005B1724">
              <w:rPr>
                <w:rFonts w:ascii="Aptos" w:hAnsi="Aptos"/>
                <w:b/>
                <w:color w:val="FFFFFF"/>
                <w:sz w:val="18"/>
                <w:szCs w:val="40"/>
                <w:lang w:val="es-MX"/>
              </w:rPr>
              <w:t xml:space="preserve">  </w:t>
            </w:r>
            <w:r w:rsidRPr="00B32473">
              <w:rPr>
                <w:b/>
                <w:i/>
                <w:iCs/>
                <w:color w:val="FFFFFF" w:themeColor="background1"/>
                <w:sz w:val="20"/>
                <w:szCs w:val="18"/>
                <w:lang w:val="es-MX"/>
              </w:rPr>
              <w:t>III. PRODUCTOS FINALES EMANADOS DEL PROYECTO DE INVESTIGACIÓN</w:t>
            </w:r>
          </w:p>
        </w:tc>
      </w:tr>
      <w:tr w:rsidR="00CE7AF1" w:rsidRPr="005B1724" w14:paraId="04F1EAD3" w14:textId="77777777" w:rsidTr="00B32473">
        <w:trPr>
          <w:jc w:val="center"/>
        </w:trPr>
        <w:tc>
          <w:tcPr>
            <w:tcW w:w="11260" w:type="dxa"/>
            <w:gridSpan w:val="3"/>
            <w:tcBorders>
              <w:top w:val="single" w:sz="4" w:space="0" w:color="C9C4A6"/>
              <w:left w:val="single" w:sz="4" w:space="0" w:color="C9C4A6"/>
              <w:bottom w:val="single" w:sz="4" w:space="0" w:color="C9C4A6"/>
              <w:right w:val="single" w:sz="4" w:space="0" w:color="C9C4A6"/>
            </w:tcBorders>
            <w:shd w:val="clear" w:color="auto" w:fill="F8F7F0"/>
            <w:tcMar>
              <w:top w:w="5" w:type="dxa"/>
              <w:left w:w="7" w:type="dxa"/>
              <w:bottom w:w="5" w:type="dxa"/>
              <w:right w:w="7" w:type="dxa"/>
            </w:tcMar>
          </w:tcPr>
          <w:p w14:paraId="149DFB15" w14:textId="77777777" w:rsidR="001E0750" w:rsidRPr="00404AE3" w:rsidRDefault="001E0750" w:rsidP="001E0750">
            <w:pPr>
              <w:spacing w:after="0" w:line="211" w:lineRule="auto"/>
              <w:rPr>
                <w:rFonts w:ascii="Aptos" w:hAnsi="Aptos"/>
                <w:i/>
                <w:iCs/>
                <w:color w:val="5B6573"/>
                <w:sz w:val="16"/>
                <w:lang w:val="es-MX"/>
              </w:rPr>
            </w:pPr>
            <w:r w:rsidRPr="00404AE3">
              <w:rPr>
                <w:rFonts w:ascii="Aptos" w:hAnsi="Aptos"/>
                <w:i/>
                <w:iCs/>
                <w:color w:val="5B6573"/>
                <w:sz w:val="16"/>
                <w:lang w:val="es-MX"/>
              </w:rPr>
              <w:t>Por favor, marcar con una "X" las opciones correspondientes y anexar los comprobantes respectivos.</w:t>
            </w:r>
          </w:p>
          <w:p w14:paraId="4130FF41" w14:textId="77777777" w:rsidR="001E0750" w:rsidRPr="00DD54C2" w:rsidRDefault="001E0750" w:rsidP="001E0750">
            <w:pPr>
              <w:spacing w:after="0" w:line="211" w:lineRule="auto"/>
              <w:rPr>
                <w:i/>
                <w:iCs/>
                <w:color w:val="5B6573"/>
                <w:sz w:val="16"/>
                <w:lang w:val="es-MX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67"/>
              <w:gridCol w:w="2543"/>
              <w:gridCol w:w="6379"/>
            </w:tblGrid>
            <w:tr w:rsidR="001E0750" w14:paraId="7A07505D" w14:textId="77777777" w:rsidTr="00556510">
              <w:trPr>
                <w:trHeight w:val="275"/>
                <w:jc w:val="center"/>
              </w:trPr>
              <w:tc>
                <w:tcPr>
                  <w:tcW w:w="86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948A54" w:themeFill="background2" w:themeFillShade="80"/>
                  <w:tcMar>
                    <w:top w:w="10" w:type="dxa"/>
                    <w:left w:w="16" w:type="dxa"/>
                    <w:bottom w:w="10" w:type="dxa"/>
                    <w:right w:w="16" w:type="dxa"/>
                  </w:tcMar>
                  <w:vAlign w:val="center"/>
                </w:tcPr>
                <w:p w14:paraId="0BB603C3" w14:textId="77777777" w:rsidR="001E0750" w:rsidRPr="001A7258" w:rsidRDefault="001E0750" w:rsidP="001E0750">
                  <w:pPr>
                    <w:spacing w:after="0" w:line="197" w:lineRule="auto"/>
                    <w:jc w:val="center"/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</w:pPr>
                  <w:r w:rsidRPr="001A7258"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  <w:t>MARCAR</w:t>
                  </w:r>
                </w:p>
              </w:tc>
              <w:tc>
                <w:tcPr>
                  <w:tcW w:w="2543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948A54" w:themeFill="background2" w:themeFillShade="80"/>
                  <w:tcMar>
                    <w:top w:w="10" w:type="dxa"/>
                    <w:left w:w="16" w:type="dxa"/>
                    <w:bottom w:w="10" w:type="dxa"/>
                    <w:right w:w="16" w:type="dxa"/>
                  </w:tcMar>
                  <w:vAlign w:val="center"/>
                </w:tcPr>
                <w:p w14:paraId="60BB0CFB" w14:textId="77777777" w:rsidR="001E0750" w:rsidRPr="001A7258" w:rsidRDefault="001E0750" w:rsidP="001E0750">
                  <w:pPr>
                    <w:spacing w:after="0" w:line="197" w:lineRule="auto"/>
                    <w:jc w:val="center"/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</w:pPr>
                  <w:r w:rsidRPr="001A7258"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  <w:t>PRODUCTO FINAL</w:t>
                  </w:r>
                </w:p>
              </w:tc>
              <w:tc>
                <w:tcPr>
                  <w:tcW w:w="637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948A54" w:themeFill="background2" w:themeFillShade="80"/>
                  <w:tcMar>
                    <w:top w:w="10" w:type="dxa"/>
                    <w:left w:w="16" w:type="dxa"/>
                    <w:bottom w:w="10" w:type="dxa"/>
                    <w:right w:w="16" w:type="dxa"/>
                  </w:tcMar>
                  <w:vAlign w:val="center"/>
                </w:tcPr>
                <w:p w14:paraId="02EDDB6B" w14:textId="77777777" w:rsidR="001E0750" w:rsidRPr="001A7258" w:rsidRDefault="001E0750" w:rsidP="001E0750">
                  <w:pPr>
                    <w:spacing w:after="0" w:line="197" w:lineRule="auto"/>
                    <w:jc w:val="center"/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</w:pPr>
                  <w:r w:rsidRPr="001A7258"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</w:rPr>
                    <w:t>COMPROBANTE / REFERENCIA</w:t>
                  </w:r>
                </w:p>
              </w:tc>
            </w:tr>
            <w:tr w:rsidR="001E0750" w:rsidRPr="0010667D" w14:paraId="5904386E" w14:textId="77777777" w:rsidTr="00556510">
              <w:trPr>
                <w:trHeight w:val="181"/>
                <w:jc w:val="center"/>
              </w:trPr>
              <w:tc>
                <w:tcPr>
                  <w:tcW w:w="9789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948A54" w:themeFill="background2" w:themeFillShade="80"/>
                  <w:tcMar>
                    <w:top w:w="10" w:type="dxa"/>
                    <w:left w:w="16" w:type="dxa"/>
                    <w:bottom w:w="10" w:type="dxa"/>
                    <w:right w:w="16" w:type="dxa"/>
                  </w:tcMar>
                  <w:vAlign w:val="center"/>
                </w:tcPr>
                <w:p w14:paraId="05A2FE58" w14:textId="77777777" w:rsidR="001E0750" w:rsidRPr="00714FB2" w:rsidRDefault="001E0750" w:rsidP="001E0750">
                  <w:pPr>
                    <w:spacing w:after="0" w:line="197" w:lineRule="auto"/>
                    <w:jc w:val="center"/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  <w:lang w:val="es-MX"/>
                    </w:rPr>
                  </w:pPr>
                  <w:r w:rsidRPr="00714FB2"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  <w:lang w:val="es-MX"/>
                    </w:rPr>
                    <w:t>Instrucción: Marque con una “X” (</w:t>
                  </w:r>
                  <w:r w:rsidRPr="00714FB2">
                    <w:rPr>
                      <w:rFonts w:ascii="Segoe UI Symbol" w:hAnsi="Segoe UI Symbol" w:cs="Segoe UI Symbol"/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  <w:lang w:val="es-MX"/>
                    </w:rPr>
                    <w:t>☒</w:t>
                  </w:r>
                  <w:r w:rsidRPr="00714FB2">
                    <w:rPr>
                      <w:b/>
                      <w:i/>
                      <w:iCs/>
                      <w:color w:val="1D1B11" w:themeColor="background2" w:themeShade="1A"/>
                      <w:sz w:val="20"/>
                      <w:szCs w:val="18"/>
                      <w:lang w:val="es-MX"/>
                    </w:rPr>
                    <w:t>) una sola opción, de acuerdo con la resolución emitida.</w:t>
                  </w:r>
                </w:p>
              </w:tc>
            </w:tr>
            <w:tr w:rsidR="001E0750" w14:paraId="3E4F4491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11F5B239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19C2FB84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Tesis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6837C361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2BD6A3B1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020650D6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4757D345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Tesina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0F50DA62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59831CFB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645278B8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4AEE0642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Artículo publicado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2872DC88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5C7E70A7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15FB9F47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711A3551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Carta de aceptación de artículo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157C4C0E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257757FC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79B4A004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216BA221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Memorias en extenso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39379C63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1B70FBE1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6E77261A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6BFD9F31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Capítulo de libro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7BD0FC6E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506736AC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587B9A36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18D801A8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Libro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31C43D0F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14:paraId="2B2ACCEB" w14:textId="77777777" w:rsidTr="00556510">
              <w:trPr>
                <w:jc w:val="center"/>
              </w:trPr>
              <w:tc>
                <w:tcPr>
                  <w:tcW w:w="867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22A9569A" w14:textId="77777777" w:rsidR="001E0750" w:rsidRPr="00DD54C2" w:rsidRDefault="001E0750" w:rsidP="001E0750">
                  <w:pPr>
                    <w:spacing w:after="0" w:line="197" w:lineRule="auto"/>
                    <w:jc w:val="center"/>
                    <w:rPr>
                      <w:b/>
                      <w:color w:val="5A4032"/>
                      <w:sz w:val="24"/>
                      <w:szCs w:val="52"/>
                    </w:rPr>
                  </w:pPr>
                  <w:r w:rsidRPr="00DD54C2">
                    <w:rPr>
                      <w:b/>
                      <w:color w:val="5A4032"/>
                      <w:sz w:val="24"/>
                      <w:szCs w:val="52"/>
                    </w:rPr>
                    <w:t>☐</w:t>
                  </w:r>
                </w:p>
              </w:tc>
              <w:tc>
                <w:tcPr>
                  <w:tcW w:w="2543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556C1DEC" w14:textId="77777777" w:rsidR="001E0750" w:rsidRPr="00A86CFF" w:rsidRDefault="001E0750" w:rsidP="001E0750">
                  <w:pPr>
                    <w:spacing w:after="0" w:line="197" w:lineRule="auto"/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</w:pPr>
                  <w:r w:rsidRPr="00A86CFF">
                    <w:rPr>
                      <w:rFonts w:eastAsia="Aptos"/>
                      <w:i/>
                      <w:iCs/>
                      <w:color w:val="222222"/>
                      <w:sz w:val="16"/>
                      <w:szCs w:val="28"/>
                      <w:lang w:val="es-MX"/>
                    </w:rPr>
                    <w:t>Participación en Congresos</w:t>
                  </w:r>
                </w:p>
              </w:tc>
              <w:tc>
                <w:tcPr>
                  <w:tcW w:w="6379" w:type="dxa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9" w:type="dxa"/>
                    <w:left w:w="16" w:type="dxa"/>
                    <w:bottom w:w="9" w:type="dxa"/>
                    <w:right w:w="16" w:type="dxa"/>
                  </w:tcMar>
                  <w:vAlign w:val="center"/>
                </w:tcPr>
                <w:p w14:paraId="2FC4C79E" w14:textId="77777777" w:rsidR="001E0750" w:rsidRPr="00DD54C2" w:rsidRDefault="001E0750" w:rsidP="001E0750">
                  <w:pPr>
                    <w:spacing w:after="0" w:line="197" w:lineRule="auto"/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</w:pPr>
                  <w:r w:rsidRPr="00DD54C2">
                    <w:rPr>
                      <w:b/>
                      <w:i/>
                      <w:iCs/>
                      <w:color w:val="5A4032"/>
                      <w:sz w:val="16"/>
                      <w:szCs w:val="36"/>
                    </w:rPr>
                    <w:t>__________________________________</w:t>
                  </w:r>
                </w:p>
              </w:tc>
            </w:tr>
            <w:tr w:rsidR="001E0750" w:rsidRPr="0010667D" w14:paraId="4EA64988" w14:textId="77777777" w:rsidTr="00556510">
              <w:trPr>
                <w:jc w:val="center"/>
              </w:trPr>
              <w:tc>
                <w:tcPr>
                  <w:tcW w:w="9789" w:type="dxa"/>
                  <w:gridSpan w:val="3"/>
                  <w:tcBorders>
                    <w:top w:val="single" w:sz="4" w:space="0" w:color="D4C1B4"/>
                    <w:left w:val="single" w:sz="4" w:space="0" w:color="D4C1B4"/>
                    <w:bottom w:val="single" w:sz="4" w:space="0" w:color="D4C1B4"/>
                    <w:right w:val="single" w:sz="4" w:space="0" w:color="D4C1B4"/>
                  </w:tcBorders>
                  <w:shd w:val="clear" w:color="auto" w:fill="EEECE1" w:themeFill="background2"/>
                  <w:tcMar>
                    <w:top w:w="18" w:type="dxa"/>
                    <w:left w:w="30" w:type="dxa"/>
                    <w:bottom w:w="18" w:type="dxa"/>
                    <w:right w:w="30" w:type="dxa"/>
                  </w:tcMar>
                </w:tcPr>
                <w:p w14:paraId="24042904" w14:textId="77777777" w:rsidR="001E0750" w:rsidRPr="00714FB2" w:rsidRDefault="001E0750" w:rsidP="001E0750">
                  <w:pPr>
                    <w:spacing w:after="0" w:line="211" w:lineRule="auto"/>
                    <w:jc w:val="both"/>
                    <w:rPr>
                      <w:b/>
                      <w:i/>
                      <w:iCs/>
                      <w:color w:val="5A4032"/>
                      <w:sz w:val="16"/>
                      <w:szCs w:val="36"/>
                      <w:lang w:val="es-MX"/>
                    </w:rPr>
                  </w:pPr>
                  <w:r w:rsidRPr="00714FB2">
                    <w:rPr>
                      <w:b/>
                      <w:i/>
                      <w:iCs/>
                      <w:color w:val="5A4032"/>
                      <w:sz w:val="16"/>
                      <w:szCs w:val="36"/>
                      <w:lang w:val="es-MX"/>
                    </w:rPr>
                    <w:t>Nota: Los productos finales seleccionados deberán acompañarse de los comprobantes respectivos, conforme corresponda.</w:t>
                  </w:r>
                </w:p>
              </w:tc>
            </w:tr>
          </w:tbl>
          <w:p w14:paraId="7635B1C6" w14:textId="208E77FD" w:rsidR="00CE7AF1" w:rsidRPr="005B1724" w:rsidRDefault="00CE7AF1" w:rsidP="005B1724">
            <w:pPr>
              <w:spacing w:after="0" w:line="240" w:lineRule="auto"/>
              <w:rPr>
                <w:sz w:val="40"/>
                <w:szCs w:val="40"/>
                <w:lang w:val="es-MX"/>
              </w:rPr>
            </w:pPr>
          </w:p>
        </w:tc>
      </w:tr>
    </w:tbl>
    <w:p w14:paraId="37B886E2" w14:textId="6CAFDC8E" w:rsidR="00DC417D" w:rsidRPr="0052515A" w:rsidRDefault="0052515A" w:rsidP="009A2BF3">
      <w:pPr>
        <w:shd w:val="clear" w:color="auto" w:fill="483018"/>
        <w:tabs>
          <w:tab w:val="right" w:pos="11260"/>
        </w:tabs>
        <w:spacing w:after="0" w:line="360" w:lineRule="auto"/>
        <w:rPr>
          <w:b/>
          <w:i/>
          <w:iCs/>
          <w:color w:val="FFFFFF" w:themeColor="background1"/>
          <w:sz w:val="20"/>
          <w:szCs w:val="18"/>
          <w:lang w:val="es-MX"/>
        </w:rPr>
      </w:pPr>
      <w:r w:rsidRPr="00A92096">
        <w:rPr>
          <w:rFonts w:ascii="Segoe UI Symbol" w:hAnsi="Segoe UI Symbol" w:cs="Segoe UI Symbol"/>
          <w:b/>
          <w:color w:val="FFFFFF"/>
          <w:sz w:val="20"/>
          <w:szCs w:val="44"/>
          <w:shd w:val="clear" w:color="auto" w:fill="483018"/>
        </w:rPr>
        <w:t>⬔</w:t>
      </w:r>
      <w:r w:rsidRPr="00A92096">
        <w:rPr>
          <w:rFonts w:ascii="Aptos" w:hAnsi="Aptos"/>
          <w:b/>
          <w:color w:val="FFFFFF"/>
          <w:sz w:val="18"/>
          <w:szCs w:val="40"/>
          <w:shd w:val="clear" w:color="auto" w:fill="483018"/>
          <w:lang w:val="es-MX"/>
        </w:rPr>
        <w:t xml:space="preserve">  </w:t>
      </w:r>
      <w:r w:rsidRPr="00A92096">
        <w:rPr>
          <w:b/>
          <w:i/>
          <w:iCs/>
          <w:color w:val="FFFFFF" w:themeColor="background1"/>
          <w:sz w:val="20"/>
          <w:szCs w:val="18"/>
          <w:shd w:val="clear" w:color="auto" w:fill="483018"/>
          <w:lang w:val="es-MX"/>
        </w:rPr>
        <w:t>IV.</w:t>
      </w:r>
      <w:r w:rsidR="00A92096" w:rsidRPr="00A92096">
        <w:rPr>
          <w:b/>
          <w:i/>
          <w:iCs/>
          <w:color w:val="FFFFFF" w:themeColor="background1"/>
          <w:sz w:val="20"/>
          <w:szCs w:val="18"/>
          <w:shd w:val="clear" w:color="auto" w:fill="483018"/>
          <w:lang w:val="es-MX"/>
        </w:rPr>
        <w:t>ENTREGA OBLIGATORIA DE DOCUMENTACIÓN — INFORME FINAL C.E.I.F.E.</w:t>
      </w:r>
      <w:r w:rsidR="00A92096">
        <w:rPr>
          <w:b/>
          <w:i/>
          <w:iCs/>
          <w:color w:val="FFFFFF" w:themeColor="background1"/>
          <w:sz w:val="20"/>
          <w:szCs w:val="18"/>
          <w:shd w:val="clear" w:color="auto" w:fill="483018"/>
          <w:lang w:val="es-MX"/>
        </w:rPr>
        <w:tab/>
      </w:r>
    </w:p>
    <w:p w14:paraId="3D1B4B91" w14:textId="77777777" w:rsidR="00DC417D" w:rsidRPr="004524D8" w:rsidRDefault="00DC417D" w:rsidP="00DC417D">
      <w:pPr>
        <w:pStyle w:val="NormalWeb"/>
        <w:spacing w:before="0" w:beforeAutospacing="0" w:after="0" w:afterAutospacing="0"/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</w:pPr>
      <w:r w:rsidRPr="004524D8"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  <w:t>Deberán anexarse obligatoriamente al Informe Final los consentimientos informados y los asentimientos informados correspondientes al proyecto de investigación referido, debidamente requisitados, firmados y escaneados en formato PDF.</w:t>
      </w:r>
    </w:p>
    <w:p w14:paraId="38237EF6" w14:textId="77777777" w:rsidR="0097464E" w:rsidRPr="003527F1" w:rsidRDefault="0097464E" w:rsidP="00DC417D">
      <w:pPr>
        <w:spacing w:after="0" w:line="240" w:lineRule="auto"/>
        <w:rPr>
          <w:i/>
          <w:iCs/>
          <w:color w:val="17365D"/>
          <w:sz w:val="6"/>
          <w:szCs w:val="6"/>
          <w:lang w:val="es-MX"/>
        </w:rPr>
      </w:pPr>
    </w:p>
    <w:p w14:paraId="209970CC" w14:textId="77777777" w:rsidR="003527F1" w:rsidRPr="006F1B5A" w:rsidRDefault="003527F1" w:rsidP="00657BDD">
      <w:pPr>
        <w:pStyle w:val="NormalWeb"/>
        <w:shd w:val="clear" w:color="auto" w:fill="DDD9C3" w:themeFill="background2" w:themeFillShade="E6"/>
        <w:spacing w:before="0" w:beforeAutospacing="0" w:after="0" w:afterAutospacing="0"/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</w:pPr>
      <w:r w:rsidRPr="006F1B5A"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  <w:t>Marque con una «X» para confirmar la entrega de cada documento:</w:t>
      </w:r>
    </w:p>
    <w:p w14:paraId="3988F2F7" w14:textId="2EF7F408" w:rsidR="003527F1" w:rsidRPr="006F1B5A" w:rsidRDefault="003527F1" w:rsidP="00285F2E">
      <w:pPr>
        <w:pStyle w:val="NormalWeb"/>
        <w:spacing w:before="0" w:beforeAutospacing="0" w:after="0" w:afterAutospacing="0"/>
        <w:ind w:left="426"/>
        <w:jc w:val="center"/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</w:pPr>
      <w:r w:rsidRPr="00DD54C2">
        <w:rPr>
          <w:rFonts w:ascii="Segoe UI Symbol" w:hAnsi="Segoe UI Symbol" w:cs="Segoe UI Symbol"/>
          <w:b/>
          <w:color w:val="5A4032"/>
          <w:szCs w:val="52"/>
        </w:rPr>
        <w:t>☐</w:t>
      </w:r>
      <w:r w:rsidRPr="003527F1">
        <w:rPr>
          <w:rFonts w:asciiTheme="minorHAnsi" w:eastAsia="Aptos" w:hAnsiTheme="minorHAnsi" w:cstheme="minorBidi"/>
          <w:b/>
          <w:bCs/>
          <w:i/>
          <w:iCs/>
          <w:color w:val="222222"/>
          <w:sz w:val="16"/>
          <w:szCs w:val="28"/>
          <w:lang w:eastAsia="en-US"/>
        </w:rPr>
        <w:t xml:space="preserve"> </w:t>
      </w:r>
      <w:r w:rsidRPr="006F1B5A"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  <w:t>Consentimientos informados adjuntos.</w:t>
      </w:r>
      <w:r w:rsidRPr="006F1B5A"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  <w:br/>
      </w:r>
      <w:r w:rsidRPr="00DD54C2">
        <w:rPr>
          <w:rFonts w:ascii="Segoe UI Symbol" w:hAnsi="Segoe UI Symbol" w:cs="Segoe UI Symbol"/>
          <w:b/>
          <w:color w:val="5A4032"/>
          <w:szCs w:val="52"/>
        </w:rPr>
        <w:t>☐</w:t>
      </w:r>
      <w:r w:rsidRPr="003527F1">
        <w:rPr>
          <w:rFonts w:asciiTheme="minorHAnsi" w:eastAsia="Aptos" w:hAnsiTheme="minorHAnsi" w:cstheme="minorBidi"/>
          <w:b/>
          <w:bCs/>
          <w:color w:val="222222"/>
          <w:sz w:val="16"/>
          <w:szCs w:val="28"/>
          <w:lang w:eastAsia="en-US"/>
        </w:rPr>
        <w:t xml:space="preserve"> </w:t>
      </w:r>
      <w:r w:rsidRPr="006F1B5A">
        <w:rPr>
          <w:rFonts w:ascii="Aptos" w:eastAsiaTheme="minorEastAsia" w:hAnsi="Aptos" w:cstheme="minorBidi"/>
          <w:b/>
          <w:i/>
          <w:iCs/>
          <w:color w:val="5A4032"/>
          <w:sz w:val="16"/>
          <w:szCs w:val="36"/>
          <w:lang w:eastAsia="en-US"/>
        </w:rPr>
        <w:t>Asentimientos informados adjuntos.</w:t>
      </w:r>
    </w:p>
    <w:p w14:paraId="4E0435DE" w14:textId="426CDED3" w:rsidR="0097464E" w:rsidRPr="00042C9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A t e n t a m e n t e</w:t>
      </w:r>
    </w:p>
    <w:p w14:paraId="12935347" w14:textId="77777777" w:rsidR="0097464E" w:rsidRPr="00042C9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“Pensar bien, para vivir mejor”</w:t>
      </w:r>
    </w:p>
    <w:p w14:paraId="38EE852A" w14:textId="4FA74260" w:rsidR="0097464E" w:rsidRPr="00042C9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>H. Puebla de Z., a (fecha vigente) del 20</w:t>
      </w:r>
      <w:r w:rsidR="00083034">
        <w:rPr>
          <w:i/>
          <w:iCs/>
          <w:color w:val="17365D"/>
          <w:sz w:val="16"/>
          <w:szCs w:val="24"/>
          <w:lang w:val="es-MX"/>
        </w:rPr>
        <w:softHyphen/>
      </w:r>
      <w:r w:rsidR="00083034" w:rsidRPr="00042C9E">
        <w:rPr>
          <w:i/>
          <w:iCs/>
          <w:color w:val="17365D"/>
          <w:sz w:val="16"/>
          <w:szCs w:val="24"/>
          <w:lang w:val="es-MX"/>
        </w:rPr>
        <w:t>_</w:t>
      </w:r>
      <w:r w:rsidRPr="00042C9E">
        <w:rPr>
          <w:i/>
          <w:iCs/>
          <w:color w:val="17365D"/>
          <w:sz w:val="16"/>
          <w:szCs w:val="24"/>
          <w:lang w:val="es-MX"/>
        </w:rPr>
        <w:t>_</w:t>
      </w:r>
    </w:p>
    <w:p w14:paraId="3531F424" w14:textId="77777777" w:rsidR="00CE07C2" w:rsidRDefault="00CE07C2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</w:p>
    <w:p w14:paraId="4C17AFFD" w14:textId="77777777" w:rsidR="0097464E" w:rsidRPr="00042C9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 xml:space="preserve">  ______________________________                                                                              _______________________________ </w:t>
      </w:r>
    </w:p>
    <w:p w14:paraId="43C76D9A" w14:textId="77777777" w:rsidR="0097464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 w:rsidRPr="00042C9E">
        <w:rPr>
          <w:i/>
          <w:iCs/>
          <w:color w:val="17365D"/>
          <w:sz w:val="16"/>
          <w:szCs w:val="24"/>
          <w:lang w:val="es-MX"/>
        </w:rPr>
        <w:t xml:space="preserve">  </w:t>
      </w:r>
      <w:r>
        <w:rPr>
          <w:i/>
          <w:iCs/>
          <w:color w:val="17365D"/>
          <w:sz w:val="16"/>
          <w:szCs w:val="24"/>
          <w:lang w:val="es-MX"/>
        </w:rPr>
        <w:t xml:space="preserve"> </w:t>
      </w:r>
      <w:r w:rsidRPr="00042C9E">
        <w:rPr>
          <w:i/>
          <w:iCs/>
          <w:color w:val="17365D"/>
          <w:sz w:val="16"/>
          <w:szCs w:val="24"/>
          <w:lang w:val="es-MX"/>
        </w:rPr>
        <w:t xml:space="preserve"> Nombre y firma del Investigador responsable                       </w:t>
      </w:r>
      <w:r>
        <w:rPr>
          <w:i/>
          <w:iCs/>
          <w:color w:val="17365D"/>
          <w:sz w:val="16"/>
          <w:szCs w:val="24"/>
          <w:lang w:val="es-MX"/>
        </w:rPr>
        <w:t xml:space="preserve">               </w:t>
      </w:r>
      <w:r w:rsidRPr="00042C9E">
        <w:rPr>
          <w:i/>
          <w:iCs/>
          <w:color w:val="17365D"/>
          <w:sz w:val="16"/>
          <w:szCs w:val="24"/>
          <w:lang w:val="es-MX"/>
        </w:rPr>
        <w:t xml:space="preserve">  Sello de recepción del Comité de </w:t>
      </w:r>
      <w:r>
        <w:rPr>
          <w:i/>
          <w:iCs/>
          <w:color w:val="17365D"/>
          <w:sz w:val="16"/>
          <w:szCs w:val="24"/>
          <w:lang w:val="es-MX"/>
        </w:rPr>
        <w:t xml:space="preserve">Ética e </w:t>
      </w:r>
      <w:r w:rsidRPr="00042C9E">
        <w:rPr>
          <w:i/>
          <w:iCs/>
          <w:color w:val="17365D"/>
          <w:sz w:val="16"/>
          <w:szCs w:val="24"/>
          <w:lang w:val="es-MX"/>
        </w:rPr>
        <w:t>Investigación (C.</w:t>
      </w:r>
      <w:r>
        <w:rPr>
          <w:i/>
          <w:iCs/>
          <w:color w:val="17365D"/>
          <w:sz w:val="16"/>
          <w:szCs w:val="24"/>
          <w:lang w:val="es-MX"/>
        </w:rPr>
        <w:t>E.</w:t>
      </w:r>
      <w:r w:rsidRPr="00042C9E">
        <w:rPr>
          <w:i/>
          <w:iCs/>
          <w:color w:val="17365D"/>
          <w:sz w:val="16"/>
          <w:szCs w:val="24"/>
          <w:lang w:val="es-MX"/>
        </w:rPr>
        <w:t>I.F.E)</w:t>
      </w:r>
    </w:p>
    <w:p w14:paraId="54C48DFA" w14:textId="77777777" w:rsidR="0097464E" w:rsidRPr="00042C9E" w:rsidRDefault="0097464E" w:rsidP="0097464E">
      <w:pPr>
        <w:spacing w:after="0" w:line="240" w:lineRule="auto"/>
        <w:jc w:val="center"/>
        <w:rPr>
          <w:i/>
          <w:iCs/>
          <w:color w:val="17365D"/>
          <w:sz w:val="16"/>
          <w:szCs w:val="24"/>
          <w:lang w:val="es-MX"/>
        </w:rPr>
      </w:pPr>
      <w:r>
        <w:rPr>
          <w:i/>
          <w:iCs/>
          <w:color w:val="17365D"/>
          <w:sz w:val="16"/>
          <w:szCs w:val="24"/>
          <w:lang w:val="es-MX"/>
        </w:rPr>
        <w:t xml:space="preserve">                                                                                                                                      Secretaria de Investigación y Estudios de Posgrado – Facultad   de Estomatología – B.U.A.P. </w:t>
      </w:r>
    </w:p>
    <w:sectPr w:rsidR="0097464E" w:rsidRPr="00042C9E" w:rsidSect="006A46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4" w:right="490" w:bottom="432" w:left="490" w:header="2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C6389" w14:textId="77777777" w:rsidR="005A2347" w:rsidRDefault="005A2347" w:rsidP="00981B95">
      <w:pPr>
        <w:spacing w:after="0" w:line="240" w:lineRule="auto"/>
      </w:pPr>
      <w:r>
        <w:separator/>
      </w:r>
    </w:p>
  </w:endnote>
  <w:endnote w:type="continuationSeparator" w:id="0">
    <w:p w14:paraId="436F2414" w14:textId="77777777" w:rsidR="005A2347" w:rsidRDefault="005A2347" w:rsidP="00981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D3E1D" w14:textId="77777777" w:rsidR="00083034" w:rsidRDefault="0008303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8FCAE" w14:textId="77777777" w:rsidR="00981B95" w:rsidRPr="003A7E7B" w:rsidRDefault="00981B95" w:rsidP="00981B95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5F626544" w14:textId="77777777" w:rsidR="00981B95" w:rsidRPr="003A7E7B" w:rsidRDefault="00981B95" w:rsidP="00981B95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de Ética e Investigación de la Facultad de Estomatología, </w:t>
    </w:r>
  </w:p>
  <w:p w14:paraId="5CD3DB89" w14:textId="77777777" w:rsidR="00981B95" w:rsidRPr="003A7E7B" w:rsidRDefault="00981B95" w:rsidP="00981B95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4699FDF2" w14:textId="77777777" w:rsidR="00981B95" w:rsidRPr="003A7E7B" w:rsidRDefault="00981B95" w:rsidP="00981B95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1CB00B54" w14:textId="77777777" w:rsidR="00981B95" w:rsidRPr="003A7E7B" w:rsidRDefault="00981B95" w:rsidP="00981B95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3E116E21" w14:textId="5A485D45" w:rsidR="00981B95" w:rsidRDefault="00981B95" w:rsidP="00981B95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 xml:space="preserve">          </w:t>
    </w:r>
    <w:r w:rsidRPr="00BE522A">
      <w:rPr>
        <w:rFonts w:ascii="Bookman Old Style" w:hAnsi="Bookman Old Style"/>
        <w:i/>
        <w:sz w:val="18"/>
        <w:szCs w:val="20"/>
      </w:rPr>
      <w:t xml:space="preserve">Página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5BDA" w14:textId="77777777" w:rsidR="00083034" w:rsidRDefault="0008303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E9BBE" w14:textId="77777777" w:rsidR="005A2347" w:rsidRDefault="005A2347" w:rsidP="00981B95">
      <w:pPr>
        <w:spacing w:after="0" w:line="240" w:lineRule="auto"/>
      </w:pPr>
      <w:r>
        <w:separator/>
      </w:r>
    </w:p>
  </w:footnote>
  <w:footnote w:type="continuationSeparator" w:id="0">
    <w:p w14:paraId="4185F18E" w14:textId="77777777" w:rsidR="005A2347" w:rsidRDefault="005A2347" w:rsidP="00981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23309" w14:textId="77777777" w:rsidR="00083034" w:rsidRDefault="0008303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66A47" w14:textId="77777777" w:rsidR="00083034" w:rsidRDefault="0008303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85B6" w14:textId="77777777" w:rsidR="00083034" w:rsidRDefault="000830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0223380">
    <w:abstractNumId w:val="8"/>
  </w:num>
  <w:num w:numId="2" w16cid:durableId="1096632113">
    <w:abstractNumId w:val="6"/>
  </w:num>
  <w:num w:numId="3" w16cid:durableId="265427239">
    <w:abstractNumId w:val="5"/>
  </w:num>
  <w:num w:numId="4" w16cid:durableId="593443995">
    <w:abstractNumId w:val="4"/>
  </w:num>
  <w:num w:numId="5" w16cid:durableId="1443649437">
    <w:abstractNumId w:val="7"/>
  </w:num>
  <w:num w:numId="6" w16cid:durableId="1378358134">
    <w:abstractNumId w:val="3"/>
  </w:num>
  <w:num w:numId="7" w16cid:durableId="1753430956">
    <w:abstractNumId w:val="2"/>
  </w:num>
  <w:num w:numId="8" w16cid:durableId="188178696">
    <w:abstractNumId w:val="1"/>
  </w:num>
  <w:num w:numId="9" w16cid:durableId="13044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538"/>
    <w:rsid w:val="00034616"/>
    <w:rsid w:val="00042FB5"/>
    <w:rsid w:val="0006063C"/>
    <w:rsid w:val="00083034"/>
    <w:rsid w:val="00086DF9"/>
    <w:rsid w:val="000B7871"/>
    <w:rsid w:val="00122169"/>
    <w:rsid w:val="0015074B"/>
    <w:rsid w:val="00155736"/>
    <w:rsid w:val="001605B0"/>
    <w:rsid w:val="001A497E"/>
    <w:rsid w:val="001B188D"/>
    <w:rsid w:val="001E0750"/>
    <w:rsid w:val="001E57FF"/>
    <w:rsid w:val="001F14CA"/>
    <w:rsid w:val="002102C3"/>
    <w:rsid w:val="00262319"/>
    <w:rsid w:val="00285F2E"/>
    <w:rsid w:val="0029639D"/>
    <w:rsid w:val="00326F90"/>
    <w:rsid w:val="003527F1"/>
    <w:rsid w:val="00375ED8"/>
    <w:rsid w:val="00404AE3"/>
    <w:rsid w:val="004524D8"/>
    <w:rsid w:val="00460620"/>
    <w:rsid w:val="0048059C"/>
    <w:rsid w:val="0052515A"/>
    <w:rsid w:val="005A2347"/>
    <w:rsid w:val="005B1724"/>
    <w:rsid w:val="005B7877"/>
    <w:rsid w:val="00643282"/>
    <w:rsid w:val="00657BDD"/>
    <w:rsid w:val="00657E2D"/>
    <w:rsid w:val="006A46DC"/>
    <w:rsid w:val="006C6429"/>
    <w:rsid w:val="006F1B5A"/>
    <w:rsid w:val="0078189A"/>
    <w:rsid w:val="007F4581"/>
    <w:rsid w:val="008C0FED"/>
    <w:rsid w:val="008E78A4"/>
    <w:rsid w:val="0097464E"/>
    <w:rsid w:val="00981B95"/>
    <w:rsid w:val="009A2BF3"/>
    <w:rsid w:val="00A92096"/>
    <w:rsid w:val="00AA1D8D"/>
    <w:rsid w:val="00AD7E5B"/>
    <w:rsid w:val="00B32473"/>
    <w:rsid w:val="00B47730"/>
    <w:rsid w:val="00B72EE1"/>
    <w:rsid w:val="00BA73E4"/>
    <w:rsid w:val="00C342EA"/>
    <w:rsid w:val="00CB0664"/>
    <w:rsid w:val="00CD34D2"/>
    <w:rsid w:val="00CE07C2"/>
    <w:rsid w:val="00CE3C75"/>
    <w:rsid w:val="00CE7AF1"/>
    <w:rsid w:val="00CF5A12"/>
    <w:rsid w:val="00D52ED6"/>
    <w:rsid w:val="00D658C3"/>
    <w:rsid w:val="00D872FE"/>
    <w:rsid w:val="00DC417D"/>
    <w:rsid w:val="00DF2A9B"/>
    <w:rsid w:val="00E14C36"/>
    <w:rsid w:val="00F540DE"/>
    <w:rsid w:val="00F86C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B6B65C96-220F-4032-A5E2-A4EEA70A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C4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61</cp:revision>
  <dcterms:created xsi:type="dcterms:W3CDTF">2013-12-23T23:15:00Z</dcterms:created>
  <dcterms:modified xsi:type="dcterms:W3CDTF">2026-10-13T15:03:00Z</dcterms:modified>
  <cp:category/>
</cp:coreProperties>
</file>