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CC5DC" w14:textId="77777777" w:rsidR="00AD10D9" w:rsidRPr="001F58AD" w:rsidRDefault="00AA76FF">
      <w:pPr>
        <w:spacing w:after="0" w:line="240" w:lineRule="auto"/>
        <w:jc w:val="center"/>
        <w:rPr>
          <w:b/>
          <w:color w:val="00B0F0"/>
          <w:sz w:val="44"/>
          <w:szCs w:val="32"/>
          <w:lang w:val="es-MX"/>
        </w:rPr>
      </w:pPr>
      <w:proofErr w:type="gramStart"/>
      <w:r w:rsidRPr="001F58AD">
        <w:rPr>
          <w:b/>
          <w:color w:val="B38A22"/>
          <w:sz w:val="48"/>
          <w:szCs w:val="48"/>
        </w:rPr>
        <w:t>⬖</w:t>
      </w:r>
      <w:r>
        <w:rPr>
          <w:b/>
          <w:color w:val="B38A22"/>
          <w:sz w:val="22"/>
        </w:rPr>
        <w:t xml:space="preserve">  </w:t>
      </w:r>
      <w:r w:rsidRPr="001F58AD">
        <w:rPr>
          <w:b/>
          <w:color w:val="00B0F0"/>
          <w:sz w:val="44"/>
          <w:szCs w:val="32"/>
          <w:lang w:val="es-MX"/>
        </w:rPr>
        <w:t>RECURSOS</w:t>
      </w:r>
      <w:proofErr w:type="gramEnd"/>
      <w:r w:rsidRPr="001F58AD">
        <w:rPr>
          <w:b/>
          <w:color w:val="00B0F0"/>
          <w:sz w:val="44"/>
          <w:szCs w:val="32"/>
          <w:lang w:val="es-MX"/>
        </w:rPr>
        <w:t xml:space="preserve"> ADICIONALES 01 · C.E.I.F.E.</w:t>
      </w:r>
    </w:p>
    <w:p w14:paraId="63BF416B" w14:textId="77777777" w:rsidR="00AD10D9" w:rsidRPr="001F58AD" w:rsidRDefault="00AA76FF">
      <w:pPr>
        <w:spacing w:after="0" w:line="240" w:lineRule="auto"/>
        <w:jc w:val="center"/>
        <w:rPr>
          <w:rFonts w:asciiTheme="minorHAnsi" w:hAnsiTheme="minorHAnsi"/>
          <w:b/>
          <w:sz w:val="28"/>
          <w:lang w:val="es-MX"/>
        </w:rPr>
      </w:pPr>
      <w:r w:rsidRPr="001F58AD">
        <w:rPr>
          <w:rFonts w:asciiTheme="minorHAnsi" w:hAnsiTheme="minorHAnsi"/>
          <w:b/>
          <w:sz w:val="28"/>
          <w:lang w:val="es-MX"/>
        </w:rPr>
        <w:t>ASENTIMIENTO INFORMADO DEL PARTICIPANTE MENOR DE EDAD</w:t>
      </w:r>
    </w:p>
    <w:p w14:paraId="3A2A6F9B" w14:textId="6BBBA7E8" w:rsidR="00CE14FE" w:rsidRPr="009A3A8B" w:rsidRDefault="00CE14FE" w:rsidP="00CE14FE">
      <w:pPr>
        <w:spacing w:after="0" w:line="240" w:lineRule="auto"/>
        <w:jc w:val="center"/>
        <w:rPr>
          <w:rFonts w:asciiTheme="minorHAnsi" w:hAnsiTheme="minorHAnsi"/>
          <w:i/>
          <w:sz w:val="20"/>
          <w:szCs w:val="20"/>
          <w:lang w:val="es-MX"/>
        </w:rPr>
      </w:pPr>
      <w:r w:rsidRPr="009A3A8B">
        <w:rPr>
          <w:rFonts w:asciiTheme="minorHAnsi" w:hAnsiTheme="minorHAnsi"/>
          <w:i/>
          <w:sz w:val="20"/>
          <w:szCs w:val="20"/>
          <w:lang w:val="es-MX"/>
        </w:rPr>
        <w:t>Comité de Ética e Investigación</w:t>
      </w:r>
      <w:r w:rsidR="008D00F2">
        <w:rPr>
          <w:rFonts w:asciiTheme="minorHAnsi" w:hAnsiTheme="minorHAnsi"/>
          <w:i/>
          <w:sz w:val="20"/>
          <w:szCs w:val="20"/>
          <w:lang w:val="es-MX"/>
        </w:rPr>
        <w:t xml:space="preserve"> </w:t>
      </w:r>
      <w:r w:rsidR="008D00F2" w:rsidRPr="009A3A8B">
        <w:rPr>
          <w:rFonts w:asciiTheme="minorHAnsi" w:hAnsiTheme="minorHAnsi"/>
          <w:i/>
          <w:sz w:val="20"/>
          <w:szCs w:val="20"/>
          <w:lang w:val="es-MX"/>
        </w:rPr>
        <w:t>·</w:t>
      </w:r>
      <w:r w:rsidRPr="009A3A8B">
        <w:rPr>
          <w:rFonts w:asciiTheme="minorHAnsi" w:hAnsiTheme="minorHAnsi"/>
          <w:i/>
          <w:sz w:val="20"/>
          <w:szCs w:val="20"/>
          <w:lang w:val="es-MX"/>
        </w:rPr>
        <w:t xml:space="preserve"> Secretaría de Investigación y Estudios de Posgrado · Facultad de Estomatología · BUAP</w:t>
      </w:r>
    </w:p>
    <w:p w14:paraId="4E5F7960" w14:textId="77777777" w:rsidR="00F2471E" w:rsidRDefault="00F2471E" w:rsidP="001F58AD">
      <w:pPr>
        <w:spacing w:after="0" w:line="240" w:lineRule="auto"/>
        <w:jc w:val="center"/>
        <w:rPr>
          <w:rFonts w:asciiTheme="minorHAnsi" w:hAnsiTheme="minorHAnsi"/>
          <w:i/>
          <w:sz w:val="20"/>
          <w:szCs w:val="20"/>
          <w:lang w:val="es-MX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25"/>
        <w:gridCol w:w="1896"/>
        <w:gridCol w:w="1896"/>
        <w:gridCol w:w="3792"/>
      </w:tblGrid>
      <w:tr w:rsidR="00AD10D9" w:rsidRPr="0085784D" w14:paraId="3C5E0555" w14:textId="77777777" w:rsidTr="003E40CC">
        <w:trPr>
          <w:trHeight w:val="1090"/>
          <w:jc w:val="center"/>
        </w:trPr>
        <w:tc>
          <w:tcPr>
            <w:tcW w:w="10809" w:type="dxa"/>
            <w:gridSpan w:val="4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DDD9C3" w:themeFill="background2" w:themeFillShade="E6"/>
            <w:tcMar>
              <w:top w:w="3" w:type="dxa"/>
              <w:left w:w="6" w:type="dxa"/>
              <w:bottom w:w="3" w:type="dxa"/>
              <w:right w:w="6" w:type="dxa"/>
            </w:tcMar>
            <w:vAlign w:val="center"/>
          </w:tcPr>
          <w:p w14:paraId="6857B541" w14:textId="53079FB4" w:rsidR="005E3A72" w:rsidRDefault="005E3A72" w:rsidP="005E3A72">
            <w:pPr>
              <w:spacing w:after="0" w:line="240" w:lineRule="auto"/>
            </w:pPr>
            <w:proofErr w:type="gramStart"/>
            <w:r w:rsidRPr="00C7083B">
              <w:rPr>
                <w:b/>
                <w:color w:val="B38A22"/>
                <w:sz w:val="24"/>
                <w:szCs w:val="48"/>
              </w:rPr>
              <w:t>⬖</w:t>
            </w:r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 </w:t>
            </w:r>
            <w:r w:rsidRPr="005E3A72">
              <w:rPr>
                <w:b/>
                <w:i/>
                <w:iCs/>
                <w:color w:val="B38A22"/>
                <w:sz w:val="20"/>
                <w:szCs w:val="40"/>
              </w:rPr>
              <w:t>DATOS</w:t>
            </w:r>
            <w:proofErr w:type="gramEnd"/>
            <w:r w:rsidRPr="005E3A72">
              <w:rPr>
                <w:b/>
                <w:i/>
                <w:iCs/>
                <w:color w:val="B38A22"/>
                <w:sz w:val="20"/>
                <w:szCs w:val="40"/>
              </w:rPr>
              <w:t xml:space="preserve"> E INVITACIÓN A PARTICIPAR</w:t>
            </w:r>
          </w:p>
          <w:p w14:paraId="1891BF54" w14:textId="2FBE8F98" w:rsidR="00711304" w:rsidRDefault="00AA76FF" w:rsidP="00F2471E">
            <w:pPr>
              <w:spacing w:after="0" w:line="240" w:lineRule="auto"/>
              <w:rPr>
                <w:i/>
                <w:iCs/>
                <w:color w:val="6D655D"/>
                <w:sz w:val="18"/>
                <w:szCs w:val="40"/>
              </w:rPr>
            </w:pPr>
            <w:proofErr w:type="spellStart"/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>Número</w:t>
            </w:r>
            <w:proofErr w:type="spellEnd"/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 de </w:t>
            </w:r>
            <w:proofErr w:type="spellStart"/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>registro</w:t>
            </w:r>
            <w:proofErr w:type="spellEnd"/>
            <w:r w:rsidR="005E3A72">
              <w:rPr>
                <w:b/>
                <w:i/>
                <w:iCs/>
                <w:color w:val="B38A22"/>
                <w:sz w:val="18"/>
                <w:szCs w:val="40"/>
              </w:rPr>
              <w:t xml:space="preserve"> del Proyecto de </w:t>
            </w:r>
            <w:proofErr w:type="spellStart"/>
            <w:r w:rsidR="005E3A72">
              <w:rPr>
                <w:b/>
                <w:i/>
                <w:iCs/>
                <w:color w:val="B38A22"/>
                <w:sz w:val="18"/>
                <w:szCs w:val="40"/>
              </w:rPr>
              <w:t>Investigación</w:t>
            </w:r>
            <w:proofErr w:type="spellEnd"/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>:</w:t>
            </w:r>
            <w:r w:rsidRPr="00F2471E">
              <w:rPr>
                <w:b/>
                <w:i/>
                <w:iCs/>
                <w:color w:val="A98467"/>
                <w:sz w:val="18"/>
                <w:szCs w:val="40"/>
              </w:rPr>
              <w:t xml:space="preserve"> </w:t>
            </w:r>
            <w:r w:rsidRPr="00F2471E">
              <w:rPr>
                <w:i/>
                <w:iCs/>
                <w:color w:val="6D655D"/>
                <w:sz w:val="18"/>
                <w:szCs w:val="40"/>
              </w:rPr>
              <w:t>_______________</w:t>
            </w:r>
          </w:p>
          <w:p w14:paraId="3C977A48" w14:textId="77777777" w:rsidR="004D421A" w:rsidRDefault="004D421A" w:rsidP="00F2471E">
            <w:pPr>
              <w:spacing w:after="0" w:line="240" w:lineRule="auto"/>
              <w:rPr>
                <w:i/>
                <w:iCs/>
                <w:color w:val="6D655D"/>
                <w:sz w:val="18"/>
                <w:szCs w:val="40"/>
              </w:rPr>
            </w:pPr>
          </w:p>
          <w:p w14:paraId="42D339D2" w14:textId="02A6BC58" w:rsidR="00AD10D9" w:rsidRPr="00F2471E" w:rsidRDefault="00711304" w:rsidP="00012BB7">
            <w:pPr>
              <w:spacing w:after="0" w:line="240" w:lineRule="auto"/>
              <w:jc w:val="both"/>
              <w:rPr>
                <w:i/>
                <w:iCs/>
                <w:sz w:val="20"/>
                <w:szCs w:val="40"/>
              </w:rPr>
            </w:pPr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Hola, mi </w:t>
            </w:r>
            <w:proofErr w:type="spellStart"/>
            <w:r w:rsidRPr="00711304">
              <w:rPr>
                <w:i/>
                <w:iCs/>
                <w:color w:val="332D27"/>
                <w:sz w:val="18"/>
                <w:szCs w:val="40"/>
              </w:rPr>
              <w:t>nombre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 es </w:t>
            </w:r>
            <w:r w:rsidRPr="00465A22">
              <w:rPr>
                <w:i/>
                <w:color w:val="66727B"/>
                <w:sz w:val="18"/>
                <w:szCs w:val="44"/>
                <w:lang w:val="es-MX"/>
              </w:rPr>
              <w:t>(nombre del/de la investigador/a)</w:t>
            </w:r>
            <w:r w:rsidRPr="00465A22">
              <w:rPr>
                <w:i/>
                <w:iCs/>
                <w:color w:val="332D27"/>
                <w:sz w:val="20"/>
                <w:szCs w:val="44"/>
              </w:rPr>
              <w:t xml:space="preserve"> </w:t>
            </w:r>
            <w:r w:rsidRPr="00F2471E">
              <w:rPr>
                <w:i/>
                <w:iCs/>
                <w:color w:val="6D655D"/>
                <w:sz w:val="18"/>
                <w:szCs w:val="40"/>
              </w:rPr>
              <w:t>________________________________.</w:t>
            </w:r>
            <w:r w:rsidR="00292D8D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711304">
              <w:rPr>
                <w:i/>
                <w:iCs/>
                <w:color w:val="332D27"/>
                <w:sz w:val="18"/>
                <w:szCs w:val="40"/>
              </w:rPr>
              <w:t>Actualmente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11304">
              <w:rPr>
                <w:i/>
                <w:iCs/>
                <w:color w:val="332D27"/>
                <w:sz w:val="18"/>
                <w:szCs w:val="40"/>
              </w:rPr>
              <w:t>estoy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11304">
              <w:rPr>
                <w:i/>
                <w:iCs/>
                <w:color w:val="332D27"/>
                <w:sz w:val="18"/>
                <w:szCs w:val="40"/>
              </w:rPr>
              <w:t>realizando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 un </w:t>
            </w:r>
            <w:proofErr w:type="spellStart"/>
            <w:r w:rsidR="004A5992">
              <w:rPr>
                <w:i/>
                <w:iCs/>
                <w:color w:val="332D27"/>
                <w:sz w:val="18"/>
                <w:szCs w:val="40"/>
              </w:rPr>
              <w:t>p</w:t>
            </w:r>
            <w:r w:rsidRPr="00711304">
              <w:rPr>
                <w:i/>
                <w:iCs/>
                <w:color w:val="332D27"/>
                <w:sz w:val="18"/>
                <w:szCs w:val="40"/>
              </w:rPr>
              <w:t>royecto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4A5992">
              <w:rPr>
                <w:i/>
                <w:iCs/>
                <w:color w:val="332D27"/>
                <w:sz w:val="18"/>
                <w:szCs w:val="40"/>
              </w:rPr>
              <w:t>i</w:t>
            </w:r>
            <w:r w:rsidRPr="00711304">
              <w:rPr>
                <w:i/>
                <w:iCs/>
                <w:color w:val="332D27"/>
                <w:sz w:val="18"/>
                <w:szCs w:val="40"/>
              </w:rPr>
              <w:t>nvestigación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r w:rsidR="001A2E07">
              <w:rPr>
                <w:i/>
                <w:iCs/>
                <w:color w:val="332D27"/>
                <w:sz w:val="18"/>
                <w:szCs w:val="40"/>
              </w:rPr>
              <w:t xml:space="preserve"> con No. de </w:t>
            </w:r>
            <w:proofErr w:type="spellStart"/>
            <w:r w:rsidR="001A2E07">
              <w:rPr>
                <w:i/>
                <w:iCs/>
                <w:color w:val="332D27"/>
                <w:sz w:val="18"/>
                <w:szCs w:val="40"/>
              </w:rPr>
              <w:t>registro</w:t>
            </w:r>
            <w:proofErr w:type="spellEnd"/>
            <w:r w:rsidR="001A2E0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>C</w:t>
            </w:r>
            <w:r>
              <w:rPr>
                <w:i/>
                <w:iCs/>
                <w:color w:val="332D27"/>
                <w:sz w:val="18"/>
                <w:szCs w:val="40"/>
              </w:rPr>
              <w:t>.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>I</w:t>
            </w:r>
            <w:r>
              <w:rPr>
                <w:i/>
                <w:iCs/>
                <w:color w:val="332D27"/>
                <w:sz w:val="18"/>
                <w:szCs w:val="40"/>
              </w:rPr>
              <w:t>.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>F</w:t>
            </w:r>
            <w:r>
              <w:rPr>
                <w:i/>
                <w:iCs/>
                <w:color w:val="332D27"/>
                <w:sz w:val="18"/>
                <w:szCs w:val="40"/>
              </w:rPr>
              <w:t>.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>E</w:t>
            </w:r>
            <w:r>
              <w:rPr>
                <w:i/>
                <w:iCs/>
                <w:color w:val="332D27"/>
                <w:sz w:val="18"/>
                <w:szCs w:val="40"/>
              </w:rPr>
              <w:t>.</w:t>
            </w:r>
            <w:r w:rsidR="001A2E07">
              <w:rPr>
                <w:i/>
                <w:iCs/>
                <w:color w:val="332D27"/>
                <w:sz w:val="18"/>
                <w:szCs w:val="40"/>
              </w:rPr>
              <w:t>- CI.E.I.F.E.</w:t>
            </w:r>
            <w:r w:rsidR="00012BB7">
              <w:rPr>
                <w:i/>
                <w:iCs/>
                <w:color w:val="332D27"/>
                <w:sz w:val="18"/>
                <w:szCs w:val="40"/>
              </w:rPr>
              <w:t xml:space="preserve">: </w:t>
            </w:r>
            <w:r w:rsidR="00012BB7" w:rsidRPr="00F2471E">
              <w:rPr>
                <w:i/>
                <w:iCs/>
                <w:color w:val="6D655D"/>
                <w:sz w:val="18"/>
                <w:szCs w:val="40"/>
              </w:rPr>
              <w:t>____</w:t>
            </w:r>
            <w:r w:rsidR="00012BB7">
              <w:rPr>
                <w:i/>
                <w:iCs/>
                <w:color w:val="6D655D"/>
                <w:sz w:val="18"/>
                <w:szCs w:val="40"/>
              </w:rPr>
              <w:t>_____</w:t>
            </w:r>
            <w:r w:rsidR="00012BB7" w:rsidRPr="00F2471E">
              <w:rPr>
                <w:i/>
                <w:iCs/>
                <w:color w:val="6D655D"/>
                <w:sz w:val="18"/>
                <w:szCs w:val="40"/>
              </w:rPr>
              <w:t>________________</w:t>
            </w:r>
            <w:r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11304">
              <w:rPr>
                <w:i/>
                <w:iCs/>
                <w:color w:val="332D27"/>
                <w:sz w:val="18"/>
                <w:szCs w:val="40"/>
              </w:rPr>
              <w:t>titulado</w:t>
            </w:r>
            <w:proofErr w:type="spellEnd"/>
            <w:r w:rsidRPr="00711304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r w:rsidRPr="00F2471E">
              <w:rPr>
                <w:i/>
                <w:iCs/>
                <w:color w:val="6D655D"/>
                <w:sz w:val="18"/>
                <w:szCs w:val="40"/>
              </w:rPr>
              <w:t>________________________________________________</w:t>
            </w:r>
            <w:r w:rsidR="00012BB7">
              <w:rPr>
                <w:i/>
                <w:iCs/>
                <w:color w:val="6D655D"/>
                <w:sz w:val="18"/>
                <w:szCs w:val="40"/>
              </w:rPr>
              <w:t>___________</w:t>
            </w:r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__________ </w:t>
            </w:r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 xml:space="preserve">El </w:t>
            </w:r>
            <w:proofErr w:type="spellStart"/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>propósito</w:t>
            </w:r>
            <w:proofErr w:type="spellEnd"/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>este</w:t>
            </w:r>
            <w:proofErr w:type="spellEnd"/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>estudio</w:t>
            </w:r>
            <w:proofErr w:type="spellEnd"/>
            <w:r w:rsidR="00671404" w:rsidRPr="00671404">
              <w:rPr>
                <w:i/>
                <w:iCs/>
                <w:color w:val="332D27"/>
                <w:sz w:val="18"/>
                <w:szCs w:val="40"/>
              </w:rPr>
              <w:t xml:space="preserve"> es </w:t>
            </w:r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(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explicar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manera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breve,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clara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sencilla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qué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se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desea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conocer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evaluar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o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realizar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mediante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investigación</w:t>
            </w:r>
            <w:proofErr w:type="spellEnd"/>
            <w:r w:rsidR="00671404" w:rsidRPr="00671404">
              <w:rPr>
                <w:b/>
                <w:bCs/>
                <w:i/>
                <w:iCs/>
                <w:color w:val="332D27"/>
                <w:sz w:val="18"/>
                <w:szCs w:val="40"/>
              </w:rPr>
              <w:t>)</w:t>
            </w:r>
            <w:r w:rsidR="0015560A">
              <w:rPr>
                <w:b/>
                <w:bCs/>
                <w:i/>
                <w:iCs/>
                <w:color w:val="332D27"/>
                <w:sz w:val="18"/>
                <w:szCs w:val="40"/>
              </w:rPr>
              <w:t>: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r w:rsidR="0015560A" w:rsidRPr="0016152E">
              <w:rPr>
                <w:i/>
                <w:iCs/>
                <w:color w:val="332D27"/>
                <w:sz w:val="18"/>
                <w:szCs w:val="40"/>
              </w:rPr>
              <w:t>_______________________</w:t>
            </w:r>
            <w:r w:rsidRPr="0016152E">
              <w:rPr>
                <w:i/>
                <w:iCs/>
                <w:color w:val="332D27"/>
                <w:sz w:val="18"/>
                <w:szCs w:val="40"/>
              </w:rPr>
              <w:t xml:space="preserve">___________________________________________________________. </w:t>
            </w:r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Por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este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motivo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>queremos</w:t>
            </w:r>
            <w:proofErr w:type="spellEnd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>invitarte</w:t>
            </w:r>
            <w:proofErr w:type="spellEnd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a </w:t>
            </w:r>
            <w:proofErr w:type="spellStart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>participar</w:t>
            </w:r>
            <w:proofErr w:type="spellEnd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>este</w:t>
            </w:r>
            <w:proofErr w:type="spellEnd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b/>
                <w:bCs/>
                <w:i/>
                <w:iCs/>
                <w:color w:val="332D27"/>
                <w:sz w:val="18"/>
                <w:szCs w:val="40"/>
              </w:rPr>
              <w:t>estudio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. Antes de que tomes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una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te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explicaremos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manera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clara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sencilla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qué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consiste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investigación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qué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actividades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realizarías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cuánto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tiempo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podría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tomar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tu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participación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cualquier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información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sea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importante</w:t>
            </w:r>
            <w:proofErr w:type="spellEnd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="0016152E" w:rsidRPr="0016152E">
              <w:rPr>
                <w:i/>
                <w:iCs/>
                <w:color w:val="332D27"/>
                <w:sz w:val="18"/>
                <w:szCs w:val="40"/>
              </w:rPr>
              <w:t>conozcas</w:t>
            </w:r>
            <w:proofErr w:type="spellEnd"/>
            <w:r w:rsidRPr="0016152E">
              <w:rPr>
                <w:i/>
                <w:iCs/>
                <w:color w:val="332D27"/>
                <w:sz w:val="18"/>
                <w:szCs w:val="40"/>
              </w:rPr>
              <w:t>.</w:t>
            </w:r>
            <w:r w:rsidR="000B2905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>También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>podrás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>hacer</w:t>
            </w:r>
            <w:proofErr w:type="spellEnd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>todas</w:t>
            </w:r>
            <w:proofErr w:type="spellEnd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las </w:t>
            </w:r>
            <w:proofErr w:type="spellStart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>preguntas</w:t>
            </w:r>
            <w:proofErr w:type="spellEnd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="000B2905" w:rsidRPr="000B2905">
              <w:rPr>
                <w:b/>
                <w:bCs/>
                <w:i/>
                <w:iCs/>
                <w:color w:val="332D27"/>
                <w:sz w:val="18"/>
                <w:szCs w:val="40"/>
              </w:rPr>
              <w:t>necesites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>expresar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>cualquier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>duda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o </w:t>
            </w:r>
            <w:proofErr w:type="spellStart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>inquietud</w:t>
            </w:r>
            <w:proofErr w:type="spellEnd"/>
            <w:r w:rsidR="000B2905" w:rsidRPr="000B2905">
              <w:rPr>
                <w:i/>
                <w:iCs/>
                <w:color w:val="332D27"/>
                <w:sz w:val="18"/>
                <w:szCs w:val="40"/>
              </w:rPr>
              <w:t xml:space="preserve"> antes de </w:t>
            </w:r>
            <w:proofErr w:type="spellStart"/>
            <w:r w:rsidR="00233536">
              <w:rPr>
                <w:i/>
                <w:iCs/>
                <w:color w:val="332D27"/>
                <w:sz w:val="18"/>
                <w:szCs w:val="40"/>
              </w:rPr>
              <w:t>decid</w:t>
            </w:r>
            <w:r w:rsidR="00D83A13">
              <w:rPr>
                <w:i/>
                <w:iCs/>
                <w:color w:val="332D27"/>
                <w:sz w:val="18"/>
                <w:szCs w:val="40"/>
              </w:rPr>
              <w:t>I</w:t>
            </w:r>
            <w:r w:rsidR="00233536">
              <w:rPr>
                <w:i/>
                <w:iCs/>
                <w:color w:val="332D27"/>
                <w:sz w:val="18"/>
                <w:szCs w:val="40"/>
              </w:rPr>
              <w:t>r</w:t>
            </w:r>
            <w:proofErr w:type="spellEnd"/>
            <w:r w:rsidR="00233536">
              <w:rPr>
                <w:i/>
                <w:iCs/>
                <w:color w:val="332D27"/>
                <w:sz w:val="18"/>
                <w:szCs w:val="40"/>
              </w:rPr>
              <w:t xml:space="preserve">. </w:t>
            </w:r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Tu </w:t>
            </w:r>
            <w:proofErr w:type="spellStart"/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>participación</w:t>
            </w:r>
            <w:proofErr w:type="spellEnd"/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es </w:t>
            </w:r>
            <w:proofErr w:type="spellStart"/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>completamente</w:t>
            </w:r>
            <w:proofErr w:type="spellEnd"/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>voluntaria</w:t>
            </w:r>
            <w:proofErr w:type="spellEnd"/>
            <w:r w:rsidR="00233536" w:rsidRPr="0023353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. </w:t>
            </w:r>
          </w:p>
        </w:tc>
      </w:tr>
      <w:tr w:rsidR="00AD10D9" w:rsidRPr="0085784D" w14:paraId="2B8516A8" w14:textId="77777777" w:rsidTr="003E40CC">
        <w:trPr>
          <w:trHeight w:val="1275"/>
          <w:jc w:val="center"/>
        </w:trPr>
        <w:tc>
          <w:tcPr>
            <w:tcW w:w="3225" w:type="dxa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FCF9F2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7DFF51C3" w14:textId="77777777" w:rsidR="00AD10D9" w:rsidRPr="00F2471E" w:rsidRDefault="00AA76FF" w:rsidP="0022655A">
            <w:pPr>
              <w:spacing w:after="0" w:line="240" w:lineRule="auto"/>
              <w:jc w:val="center"/>
              <w:rPr>
                <w:i/>
                <w:iCs/>
                <w:sz w:val="20"/>
                <w:szCs w:val="40"/>
              </w:rPr>
            </w:pPr>
            <w:r w:rsidRPr="006345C3">
              <w:rPr>
                <w:b/>
                <w:color w:val="B38A22"/>
                <w:sz w:val="24"/>
                <w:szCs w:val="52"/>
              </w:rPr>
              <w:t>⬖</w:t>
            </w:r>
            <w:r w:rsidRPr="000B69B8">
              <w:rPr>
                <w:b/>
                <w:color w:val="B38A22"/>
                <w:sz w:val="18"/>
                <w:szCs w:val="40"/>
              </w:rPr>
              <w:t xml:space="preserve"> 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>¿QUÉ PASA SI DECIDES PARTICIPAR?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br/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explicaremos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forma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clara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qué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haremos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cuánto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tiempo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tomará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cómo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cuidaremos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. Si algo no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gusta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o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sientes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incómodo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puedes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decirlo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dejaremos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hacer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actividad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</w:tc>
        <w:tc>
          <w:tcPr>
            <w:tcW w:w="3792" w:type="dxa"/>
            <w:gridSpan w:val="2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FCF9F2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46F09568" w14:textId="77777777" w:rsidR="00AD10D9" w:rsidRPr="00F2471E" w:rsidRDefault="00AA76FF" w:rsidP="0022655A">
            <w:pPr>
              <w:spacing w:after="0" w:line="240" w:lineRule="auto"/>
              <w:jc w:val="center"/>
              <w:rPr>
                <w:i/>
                <w:iCs/>
                <w:sz w:val="20"/>
                <w:szCs w:val="40"/>
              </w:rPr>
            </w:pPr>
            <w:r w:rsidRPr="00F10E85">
              <w:rPr>
                <w:b/>
                <w:color w:val="B38A22"/>
                <w:sz w:val="24"/>
                <w:szCs w:val="52"/>
              </w:rPr>
              <w:t>⬖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 ¿QUÉ PASA SI NO QUIERES PARTICIPAR?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br/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No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pasa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nada.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Decidas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participar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o no,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seguirás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recibiendo la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misma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atención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mismo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tratamiento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</w:tc>
        <w:tc>
          <w:tcPr>
            <w:tcW w:w="3792" w:type="dxa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FCF9F2"/>
            <w:tcMar>
              <w:top w:w="2" w:type="dxa"/>
              <w:left w:w="4" w:type="dxa"/>
              <w:bottom w:w="2" w:type="dxa"/>
              <w:right w:w="4" w:type="dxa"/>
            </w:tcMar>
            <w:vAlign w:val="center"/>
          </w:tcPr>
          <w:p w14:paraId="16A0A275" w14:textId="77777777" w:rsidR="00AD10D9" w:rsidRPr="00F2471E" w:rsidRDefault="00AA76FF" w:rsidP="0022655A">
            <w:pPr>
              <w:spacing w:after="0" w:line="240" w:lineRule="auto"/>
              <w:jc w:val="center"/>
              <w:rPr>
                <w:i/>
                <w:iCs/>
                <w:sz w:val="20"/>
                <w:szCs w:val="40"/>
              </w:rPr>
            </w:pPr>
            <w:r w:rsidRPr="00F10E85">
              <w:rPr>
                <w:b/>
                <w:color w:val="B38A22"/>
                <w:sz w:val="24"/>
                <w:szCs w:val="52"/>
              </w:rPr>
              <w:t>⬖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 ¿QUÉ PASA CON TU INFORMACIÓN?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br/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Lo que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nos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digas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será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confidencial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, solo lo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conocerán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los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investigadores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tus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papás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o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tutores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</w:tc>
      </w:tr>
      <w:tr w:rsidR="00AD10D9" w:rsidRPr="0085784D" w14:paraId="28829354" w14:textId="77777777" w:rsidTr="003E40CC">
        <w:trPr>
          <w:trHeight w:val="1109"/>
          <w:jc w:val="center"/>
        </w:trPr>
        <w:tc>
          <w:tcPr>
            <w:tcW w:w="5121" w:type="dxa"/>
            <w:gridSpan w:val="2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DDD9C3" w:themeFill="background2" w:themeFillShade="E6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2BC2EEB1" w14:textId="77777777" w:rsidR="00AD10D9" w:rsidRPr="00F2471E" w:rsidRDefault="00AA76FF" w:rsidP="00F2471E">
            <w:pPr>
              <w:spacing w:after="0" w:line="240" w:lineRule="auto"/>
              <w:rPr>
                <w:i/>
                <w:iCs/>
                <w:sz w:val="20"/>
                <w:szCs w:val="40"/>
              </w:rPr>
            </w:pPr>
            <w:proofErr w:type="gramStart"/>
            <w:r w:rsidRPr="006345C3">
              <w:rPr>
                <w:b/>
                <w:color w:val="B38A22"/>
                <w:sz w:val="24"/>
                <w:szCs w:val="52"/>
              </w:rPr>
              <w:t>⬖</w:t>
            </w:r>
            <w:r w:rsidRPr="000B69B8">
              <w:rPr>
                <w:b/>
                <w:color w:val="B38A22"/>
                <w:sz w:val="18"/>
                <w:szCs w:val="40"/>
              </w:rPr>
              <w:t xml:space="preserve"> 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 DERECHOS</w:t>
            </w:r>
            <w:proofErr w:type="gramEnd"/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br/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•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Puedes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hacer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preguntas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recibir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respuestas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claras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br/>
              <w:t xml:space="preserve">•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Puedes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retirarte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cualquier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momento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br/>
              <w:t xml:space="preserve">• Los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investigadores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deben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explicarte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cualquier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cambio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estudio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</w:tc>
        <w:tc>
          <w:tcPr>
            <w:tcW w:w="5688" w:type="dxa"/>
            <w:gridSpan w:val="2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FCF9F2"/>
            <w:tcMar>
              <w:top w:w="2" w:type="dxa"/>
              <w:left w:w="5" w:type="dxa"/>
              <w:bottom w:w="2" w:type="dxa"/>
              <w:right w:w="5" w:type="dxa"/>
            </w:tcMar>
            <w:vAlign w:val="center"/>
          </w:tcPr>
          <w:p w14:paraId="114D4DE2" w14:textId="77777777" w:rsidR="00975040" w:rsidRDefault="00AA76FF" w:rsidP="00F2471E">
            <w:pPr>
              <w:spacing w:after="0" w:line="240" w:lineRule="auto"/>
              <w:rPr>
                <w:b/>
                <w:i/>
                <w:iCs/>
                <w:color w:val="B38A22"/>
                <w:sz w:val="18"/>
                <w:szCs w:val="40"/>
              </w:rPr>
            </w:pPr>
            <w:proofErr w:type="gramStart"/>
            <w:r w:rsidRPr="0050679D">
              <w:rPr>
                <w:b/>
                <w:color w:val="B38A22"/>
                <w:sz w:val="24"/>
                <w:szCs w:val="52"/>
              </w:rPr>
              <w:t>⬖</w:t>
            </w:r>
            <w:r w:rsidRPr="000B69B8">
              <w:rPr>
                <w:b/>
                <w:color w:val="B38A22"/>
                <w:sz w:val="18"/>
                <w:szCs w:val="40"/>
              </w:rPr>
              <w:t xml:space="preserve"> </w:t>
            </w: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 ELIJO</w:t>
            </w:r>
            <w:proofErr w:type="gramEnd"/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 PARTICIPAR</w:t>
            </w:r>
          </w:p>
          <w:p w14:paraId="5DB190DF" w14:textId="77777777" w:rsidR="00975040" w:rsidRDefault="00975040" w:rsidP="00975040">
            <w:pPr>
              <w:spacing w:after="0" w:line="173" w:lineRule="auto"/>
              <w:jc w:val="center"/>
              <w:rPr>
                <w:i/>
                <w:iCs/>
                <w:color w:val="5B6573"/>
                <w:sz w:val="16"/>
                <w:lang w:val="es-MX"/>
              </w:rPr>
            </w:pPr>
            <w:r w:rsidRPr="007E7DB5">
              <w:rPr>
                <w:i/>
                <w:iCs/>
                <w:color w:val="5B6573"/>
                <w:sz w:val="16"/>
                <w:lang w:val="es-MX"/>
              </w:rPr>
              <w:t xml:space="preserve">Instrucción: Marque con una </w:t>
            </w:r>
            <w:r w:rsidRPr="00975040">
              <w:rPr>
                <w:b/>
                <w:bCs/>
                <w:color w:val="5B6573"/>
                <w:sz w:val="18"/>
                <w:szCs w:val="24"/>
                <w:lang w:val="es-MX"/>
              </w:rPr>
              <w:t>“X” (</w:t>
            </w:r>
            <w:r w:rsidRPr="00975040">
              <w:rPr>
                <w:rFonts w:ascii="Segoe UI Symbol" w:hAnsi="Segoe UI Symbol" w:cs="Segoe UI Symbol"/>
                <w:b/>
                <w:bCs/>
                <w:color w:val="5B6573"/>
                <w:sz w:val="18"/>
                <w:szCs w:val="24"/>
                <w:lang w:val="es-MX"/>
              </w:rPr>
              <w:t>☒</w:t>
            </w:r>
            <w:r w:rsidRPr="00975040">
              <w:rPr>
                <w:b/>
                <w:bCs/>
                <w:color w:val="5B6573"/>
                <w:sz w:val="18"/>
                <w:szCs w:val="24"/>
                <w:lang w:val="es-MX"/>
              </w:rPr>
              <w:t>)</w:t>
            </w:r>
            <w:r w:rsidRPr="00975040">
              <w:rPr>
                <w:i/>
                <w:iCs/>
                <w:color w:val="5B6573"/>
                <w:sz w:val="18"/>
                <w:szCs w:val="24"/>
                <w:lang w:val="es-MX"/>
              </w:rPr>
              <w:t xml:space="preserve"> </w:t>
            </w:r>
            <w:r w:rsidRPr="007E7DB5">
              <w:rPr>
                <w:i/>
                <w:iCs/>
                <w:color w:val="5B6573"/>
                <w:sz w:val="16"/>
                <w:lang w:val="es-MX"/>
              </w:rPr>
              <w:t>una sola opción, de acuerdo con la resolución emitida.</w:t>
            </w:r>
          </w:p>
          <w:p w14:paraId="000F9694" w14:textId="77777777" w:rsidR="00975040" w:rsidRPr="00863BD7" w:rsidRDefault="00975040" w:rsidP="00975040">
            <w:pPr>
              <w:spacing w:after="0" w:line="173" w:lineRule="auto"/>
              <w:jc w:val="center"/>
              <w:rPr>
                <w:i/>
                <w:iCs/>
                <w:color w:val="5B6573"/>
                <w:szCs w:val="10"/>
                <w:lang w:val="es-MX"/>
              </w:rPr>
            </w:pPr>
          </w:p>
          <w:p w14:paraId="704BD6F6" w14:textId="76388FB6" w:rsidR="00AD10D9" w:rsidRPr="00F2471E" w:rsidRDefault="0050679D" w:rsidP="00F2471E">
            <w:pPr>
              <w:spacing w:after="0" w:line="240" w:lineRule="auto"/>
              <w:rPr>
                <w:i/>
                <w:iCs/>
                <w:sz w:val="20"/>
                <w:szCs w:val="40"/>
              </w:rPr>
            </w:pPr>
            <w:r>
              <w:rPr>
                <w:b/>
                <w:color w:val="332D27"/>
                <w:sz w:val="18"/>
                <w:szCs w:val="40"/>
              </w:rPr>
              <w:t xml:space="preserve">             </w:t>
            </w:r>
            <w:r w:rsidRPr="004537DB">
              <w:rPr>
                <w:b/>
                <w:color w:val="332D27"/>
                <w:sz w:val="24"/>
                <w:szCs w:val="52"/>
              </w:rPr>
              <w:t>☐</w:t>
            </w:r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>Sí</w:t>
            </w:r>
            <w:proofErr w:type="spellEnd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>quiero</w:t>
            </w:r>
            <w:proofErr w:type="spellEnd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4537DB">
              <w:rPr>
                <w:b/>
                <w:i/>
                <w:iCs/>
                <w:color w:val="332D27"/>
                <w:sz w:val="20"/>
                <w:szCs w:val="44"/>
              </w:rPr>
              <w:t>participar</w:t>
            </w:r>
            <w:proofErr w:type="spellEnd"/>
            <w:r w:rsidRPr="004537DB">
              <w:rPr>
                <w:b/>
                <w:i/>
                <w:iCs/>
                <w:color w:val="332D27"/>
                <w:sz w:val="20"/>
                <w:szCs w:val="44"/>
              </w:rPr>
              <w:t xml:space="preserve">                       </w:t>
            </w:r>
            <w:r w:rsidRPr="004537DB">
              <w:rPr>
                <w:b/>
                <w:color w:val="332D27"/>
                <w:sz w:val="24"/>
                <w:szCs w:val="52"/>
              </w:rPr>
              <w:t>☐</w:t>
            </w:r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 xml:space="preserve"> No </w:t>
            </w:r>
            <w:proofErr w:type="spellStart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>quiero</w:t>
            </w:r>
            <w:proofErr w:type="spellEnd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t>participar</w:t>
            </w:r>
            <w:proofErr w:type="spellEnd"/>
            <w:r w:rsidRPr="00F2471E">
              <w:rPr>
                <w:b/>
                <w:i/>
                <w:iCs/>
                <w:color w:val="332D27"/>
                <w:sz w:val="18"/>
                <w:szCs w:val="40"/>
              </w:rPr>
              <w:br/>
            </w:r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(El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menor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ha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expresado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su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decisión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verbal o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simbólicamente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. No se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requiere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firma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autógrafa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por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6D655D"/>
                <w:sz w:val="18"/>
                <w:szCs w:val="40"/>
              </w:rPr>
              <w:t>edad</w:t>
            </w:r>
            <w:proofErr w:type="spellEnd"/>
            <w:r w:rsidRPr="00F2471E">
              <w:rPr>
                <w:i/>
                <w:iCs/>
                <w:color w:val="6D655D"/>
                <w:sz w:val="18"/>
                <w:szCs w:val="40"/>
              </w:rPr>
              <w:t>.)</w:t>
            </w:r>
          </w:p>
        </w:tc>
      </w:tr>
      <w:tr w:rsidR="00AD10D9" w:rsidRPr="0085784D" w14:paraId="1AEADC68" w14:textId="77777777" w:rsidTr="003E40CC">
        <w:trPr>
          <w:trHeight w:val="1125"/>
          <w:jc w:val="center"/>
        </w:trPr>
        <w:tc>
          <w:tcPr>
            <w:tcW w:w="10809" w:type="dxa"/>
            <w:gridSpan w:val="4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DDD9C3" w:themeFill="background2" w:themeFillShade="E6"/>
            <w:tcMar>
              <w:top w:w="2" w:type="dxa"/>
              <w:left w:w="6" w:type="dxa"/>
              <w:bottom w:w="2" w:type="dxa"/>
              <w:right w:w="6" w:type="dxa"/>
            </w:tcMar>
            <w:vAlign w:val="center"/>
          </w:tcPr>
          <w:p w14:paraId="21B84991" w14:textId="281C2608" w:rsidR="00C73F49" w:rsidRDefault="00AA76FF" w:rsidP="00F2471E">
            <w:pPr>
              <w:spacing w:after="0" w:line="240" w:lineRule="auto"/>
              <w:rPr>
                <w:b/>
                <w:i/>
                <w:iCs/>
                <w:color w:val="B38A22"/>
                <w:sz w:val="20"/>
                <w:szCs w:val="40"/>
              </w:rPr>
            </w:pPr>
            <w:proofErr w:type="gramStart"/>
            <w:r w:rsidRPr="00C7083B">
              <w:rPr>
                <w:b/>
                <w:color w:val="B38A22"/>
                <w:sz w:val="24"/>
                <w:szCs w:val="48"/>
              </w:rPr>
              <w:t>⬖</w:t>
            </w:r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 MANIFESTACIÓN</w:t>
            </w:r>
            <w:proofErr w:type="gramEnd"/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DEL MENOR  </w:t>
            </w:r>
          </w:p>
          <w:p w14:paraId="5AEBB91A" w14:textId="77777777" w:rsidR="00222FF1" w:rsidRPr="00222FF1" w:rsidRDefault="00222FF1" w:rsidP="00F2471E">
            <w:pPr>
              <w:spacing w:after="0" w:line="240" w:lineRule="auto"/>
              <w:rPr>
                <w:b/>
                <w:i/>
                <w:iCs/>
                <w:color w:val="B38A22"/>
                <w:szCs w:val="10"/>
              </w:rPr>
            </w:pPr>
          </w:p>
          <w:p w14:paraId="161F3B8F" w14:textId="349523A9" w:rsidR="00C73F49" w:rsidRDefault="00C73F49" w:rsidP="00F2471E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Firma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menor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(valor </w:t>
            </w: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ético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, no legal):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__________________________  </w:t>
            </w:r>
          </w:p>
          <w:p w14:paraId="179145E8" w14:textId="230871FD" w:rsidR="00C73F49" w:rsidRPr="00D77AD0" w:rsidRDefault="00C73F49" w:rsidP="00F2471E">
            <w:pPr>
              <w:spacing w:after="0" w:line="240" w:lineRule="auto"/>
              <w:rPr>
                <w:rFonts w:asciiTheme="minorHAnsi" w:hAnsiTheme="minorHAnsi"/>
                <w:i/>
                <w:iCs/>
                <w:color w:val="5B6573"/>
                <w:szCs w:val="10"/>
                <w:lang w:val="es-MX"/>
              </w:rPr>
            </w:pPr>
            <w:r w:rsidRPr="00D77AD0">
              <w:rPr>
                <w:i/>
                <w:color w:val="66727B"/>
                <w:sz w:val="18"/>
                <w:szCs w:val="44"/>
                <w:lang w:val="es-MX"/>
              </w:rPr>
              <w:t>La firma del participante menor de edad constituye una manifestación de su voluntad de participar en el estudio, después de haber recibido una explicación clara y comprensible de acuerdo con su edad y nivel de entendimiento. Esta firma tiene únicamente valor ético como expresión de su asentimiento y no produce efectos jurídicos</w:t>
            </w:r>
            <w:r w:rsidRPr="00C73F49">
              <w:rPr>
                <w:rFonts w:asciiTheme="minorHAnsi" w:hAnsiTheme="minorHAnsi"/>
                <w:i/>
                <w:iCs/>
                <w:color w:val="5B6573"/>
                <w:sz w:val="18"/>
                <w:szCs w:val="28"/>
                <w:lang w:val="es-MX"/>
              </w:rPr>
              <w:t>.</w:t>
            </w:r>
          </w:p>
          <w:p w14:paraId="033AB39A" w14:textId="1B803E04" w:rsidR="00892C79" w:rsidRDefault="00AA76FF" w:rsidP="00F2471E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 w:rsidRPr="00D77AD0">
              <w:rPr>
                <w:i/>
                <w:iCs/>
                <w:color w:val="332D27"/>
                <w:szCs w:val="10"/>
              </w:rPr>
              <w:br/>
            </w:r>
            <w:proofErr w:type="spellStart"/>
            <w:r w:rsidR="00892C79"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Testigo</w:t>
            </w:r>
            <w:proofErr w:type="spellEnd"/>
            <w:r w:rsidR="00892C79"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1 — </w:t>
            </w:r>
            <w:proofErr w:type="spellStart"/>
            <w:r w:rsidR="00892C79"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Investigador</w:t>
            </w:r>
            <w:proofErr w:type="spellEnd"/>
            <w:r w:rsidR="00892C79"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(a) </w:t>
            </w:r>
            <w:proofErr w:type="spellStart"/>
            <w:r w:rsidR="00892C79"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responsable</w:t>
            </w:r>
            <w:proofErr w:type="spellEnd"/>
            <w:r w:rsidR="00892C79"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:</w:t>
            </w:r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br/>
            </w:r>
            <w:proofErr w:type="spellStart"/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t>Nombre</w:t>
            </w:r>
            <w:proofErr w:type="spellEnd"/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t>completo</w:t>
            </w:r>
            <w:proofErr w:type="spellEnd"/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t>: ___________________________________________</w:t>
            </w:r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br/>
            </w:r>
            <w:r w:rsidR="009A7F56">
              <w:rPr>
                <w:i/>
                <w:iCs/>
                <w:color w:val="332D27"/>
                <w:sz w:val="18"/>
                <w:szCs w:val="40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proofErr w:type="spellStart"/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t>Firma</w:t>
            </w:r>
            <w:proofErr w:type="spellEnd"/>
            <w:r w:rsidR="00892C79" w:rsidRPr="00892C79">
              <w:rPr>
                <w:i/>
                <w:iCs/>
                <w:color w:val="332D27"/>
                <w:sz w:val="18"/>
                <w:szCs w:val="40"/>
              </w:rPr>
              <w:t>: ____________________________________________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 </w:t>
            </w:r>
          </w:p>
          <w:p w14:paraId="7259AAA1" w14:textId="066636CE" w:rsidR="00C73F49" w:rsidRPr="00D77AD0" w:rsidRDefault="00892C79" w:rsidP="00F2471E">
            <w:pPr>
              <w:spacing w:after="0" w:line="240" w:lineRule="auto"/>
              <w:rPr>
                <w:i/>
                <w:color w:val="66727B"/>
                <w:szCs w:val="10"/>
                <w:lang w:val="es-MX"/>
              </w:rPr>
            </w:pPr>
            <w:r w:rsidRPr="00D77AD0">
              <w:rPr>
                <w:i/>
                <w:color w:val="66727B"/>
                <w:sz w:val="18"/>
                <w:szCs w:val="44"/>
                <w:lang w:val="es-MX"/>
              </w:rPr>
              <w:t>Con su firma, el/la investigador(a) responsable hace constar que proporcionó al participante menor de edad la información necesaria sobre el estudio, utilizando un lenguaje claro, sencillo y adecuado para su comprensión</w:t>
            </w:r>
            <w:r w:rsidR="00604B51">
              <w:rPr>
                <w:i/>
                <w:color w:val="66727B"/>
                <w:sz w:val="18"/>
                <w:szCs w:val="44"/>
                <w:lang w:val="es-MX"/>
              </w:rPr>
              <w:t>.</w:t>
            </w:r>
            <w:r w:rsidRPr="00D77AD0">
              <w:rPr>
                <w:i/>
                <w:color w:val="66727B"/>
                <w:sz w:val="18"/>
                <w:szCs w:val="44"/>
                <w:lang w:val="es-MX"/>
              </w:rPr>
              <w:t xml:space="preserve"> </w:t>
            </w:r>
          </w:p>
          <w:p w14:paraId="0F922B71" w14:textId="77777777" w:rsidR="00892C79" w:rsidRPr="00D77AD0" w:rsidRDefault="00892C79" w:rsidP="00F2471E">
            <w:pPr>
              <w:spacing w:after="0" w:line="240" w:lineRule="auto"/>
              <w:rPr>
                <w:i/>
                <w:iCs/>
                <w:color w:val="332D27"/>
                <w:szCs w:val="10"/>
              </w:rPr>
            </w:pPr>
          </w:p>
          <w:p w14:paraId="5FF357AF" w14:textId="0E9281C3" w:rsidR="00AD10D9" w:rsidRDefault="00892C79" w:rsidP="00F2471E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Testigo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2 — Padre, </w:t>
            </w:r>
            <w:proofErr w:type="spellStart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>madre</w:t>
            </w:r>
            <w:proofErr w:type="spellEnd"/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o tutor(a) legal:</w:t>
            </w:r>
            <w:r w:rsidRPr="00892C79">
              <w:rPr>
                <w:b/>
                <w:bCs/>
                <w:i/>
                <w:iCs/>
                <w:color w:val="332D27"/>
                <w:sz w:val="18"/>
                <w:szCs w:val="40"/>
              </w:rPr>
              <w:br/>
            </w:r>
            <w:proofErr w:type="spellStart"/>
            <w:r w:rsidRPr="00892C79">
              <w:rPr>
                <w:i/>
                <w:iCs/>
                <w:color w:val="332D27"/>
                <w:sz w:val="18"/>
                <w:szCs w:val="40"/>
              </w:rPr>
              <w:t>Nombre</w:t>
            </w:r>
            <w:proofErr w:type="spellEnd"/>
            <w:r w:rsidRPr="00892C79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892C79">
              <w:rPr>
                <w:i/>
                <w:iCs/>
                <w:color w:val="332D27"/>
                <w:sz w:val="18"/>
                <w:szCs w:val="40"/>
              </w:rPr>
              <w:t>completo</w:t>
            </w:r>
            <w:proofErr w:type="spellEnd"/>
            <w:r w:rsidRPr="00892C79">
              <w:rPr>
                <w:i/>
                <w:iCs/>
                <w:color w:val="332D27"/>
                <w:sz w:val="18"/>
                <w:szCs w:val="40"/>
              </w:rPr>
              <w:t>: ___________________________________________</w:t>
            </w:r>
            <w:r w:rsidRPr="00892C79">
              <w:rPr>
                <w:i/>
                <w:iCs/>
                <w:color w:val="332D27"/>
                <w:sz w:val="18"/>
                <w:szCs w:val="40"/>
              </w:rPr>
              <w:br/>
            </w:r>
            <w:r w:rsidR="009A7F56">
              <w:rPr>
                <w:i/>
                <w:iCs/>
                <w:color w:val="332D27"/>
                <w:sz w:val="18"/>
                <w:szCs w:val="40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proofErr w:type="spellStart"/>
            <w:r w:rsidRPr="00892C79">
              <w:rPr>
                <w:i/>
                <w:iCs/>
                <w:color w:val="332D27"/>
                <w:sz w:val="18"/>
                <w:szCs w:val="40"/>
              </w:rPr>
              <w:t>Firma</w:t>
            </w:r>
            <w:proofErr w:type="spellEnd"/>
            <w:r w:rsidRPr="00892C79">
              <w:rPr>
                <w:i/>
                <w:iCs/>
                <w:color w:val="332D27"/>
                <w:sz w:val="18"/>
                <w:szCs w:val="40"/>
              </w:rPr>
              <w:t>: ____________</w:t>
            </w:r>
            <w:r w:rsidR="0044383A">
              <w:rPr>
                <w:i/>
                <w:iCs/>
                <w:color w:val="332D27"/>
                <w:sz w:val="18"/>
                <w:szCs w:val="40"/>
              </w:rPr>
              <w:t>_</w:t>
            </w:r>
            <w:r w:rsidRPr="00892C79">
              <w:rPr>
                <w:i/>
                <w:iCs/>
                <w:color w:val="332D27"/>
                <w:sz w:val="18"/>
                <w:szCs w:val="40"/>
              </w:rPr>
              <w:t>________________________________</w:t>
            </w:r>
          </w:p>
          <w:p w14:paraId="345AD003" w14:textId="4FE86B31" w:rsidR="00892C79" w:rsidRPr="00F2471E" w:rsidRDefault="00892C79" w:rsidP="00F2471E">
            <w:pPr>
              <w:spacing w:after="0" w:line="240" w:lineRule="auto"/>
              <w:rPr>
                <w:i/>
                <w:iCs/>
                <w:sz w:val="20"/>
                <w:szCs w:val="40"/>
              </w:rPr>
            </w:pPr>
            <w:r w:rsidRPr="00FC3150">
              <w:rPr>
                <w:i/>
                <w:color w:val="66727B"/>
                <w:sz w:val="18"/>
                <w:szCs w:val="44"/>
                <w:lang w:val="es-MX"/>
              </w:rPr>
              <w:t>Con su firma, el padre, madre o tutor(a) legal hace constar que estuvo presente durante el proceso de explicación y manifestación del asentimiento del participante menor de edad</w:t>
            </w:r>
            <w:r w:rsidR="00C473FE">
              <w:rPr>
                <w:i/>
                <w:color w:val="66727B"/>
                <w:sz w:val="18"/>
                <w:szCs w:val="44"/>
                <w:lang w:val="es-MX"/>
              </w:rPr>
              <w:t>.</w:t>
            </w:r>
          </w:p>
        </w:tc>
      </w:tr>
      <w:tr w:rsidR="00AD10D9" w:rsidRPr="0085784D" w14:paraId="54FCD481" w14:textId="77777777" w:rsidTr="003E40CC">
        <w:trPr>
          <w:jc w:val="center"/>
        </w:trPr>
        <w:tc>
          <w:tcPr>
            <w:tcW w:w="10809" w:type="dxa"/>
            <w:gridSpan w:val="4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FCF9F2"/>
            <w:tcMar>
              <w:top w:w="2" w:type="dxa"/>
              <w:left w:w="6" w:type="dxa"/>
              <w:bottom w:w="2" w:type="dxa"/>
              <w:right w:w="6" w:type="dxa"/>
            </w:tcMar>
            <w:vAlign w:val="center"/>
          </w:tcPr>
          <w:p w14:paraId="56522879" w14:textId="77777777" w:rsidR="00DF3059" w:rsidRDefault="00AA76FF" w:rsidP="00F2471E">
            <w:pPr>
              <w:spacing w:after="0" w:line="240" w:lineRule="auto"/>
              <w:rPr>
                <w:b/>
                <w:i/>
                <w:iCs/>
                <w:color w:val="B38A22"/>
                <w:sz w:val="20"/>
                <w:szCs w:val="40"/>
              </w:rPr>
            </w:pPr>
            <w:proofErr w:type="gramStart"/>
            <w:r w:rsidRPr="006345C3">
              <w:rPr>
                <w:b/>
                <w:color w:val="B38A22"/>
                <w:sz w:val="24"/>
                <w:szCs w:val="48"/>
              </w:rPr>
              <w:t>⬖</w:t>
            </w:r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 CONSTANCIA</w:t>
            </w:r>
            <w:proofErr w:type="gramEnd"/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ÉTICA  </w:t>
            </w:r>
          </w:p>
          <w:p w14:paraId="3F16490A" w14:textId="578CF9A6" w:rsidR="00AD10D9" w:rsidRPr="00F2471E" w:rsidRDefault="00AA76FF" w:rsidP="00F2471E">
            <w:pPr>
              <w:spacing w:after="0" w:line="240" w:lineRule="auto"/>
              <w:rPr>
                <w:i/>
                <w:iCs/>
                <w:sz w:val="20"/>
                <w:szCs w:val="40"/>
              </w:rPr>
            </w:pPr>
            <w:proofErr w:type="spellStart"/>
            <w:r w:rsidRPr="00DF3059">
              <w:rPr>
                <w:b/>
                <w:bCs/>
                <w:i/>
                <w:iCs/>
                <w:color w:val="332D27"/>
                <w:sz w:val="18"/>
                <w:szCs w:val="40"/>
              </w:rPr>
              <w:t>Nota</w:t>
            </w:r>
            <w:proofErr w:type="spellEnd"/>
            <w:r w:rsidRPr="00DF3059">
              <w:rPr>
                <w:b/>
                <w:bCs/>
                <w:i/>
                <w:iCs/>
                <w:color w:val="332D27"/>
                <w:sz w:val="18"/>
                <w:szCs w:val="40"/>
              </w:rPr>
              <w:t>: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Este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asentimiento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se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obtuvo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conforme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los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principios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del Informe Belmont, la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Declaración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Helsinki (2024) y la Ley General de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Salud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México. “Por la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, no se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requiere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firma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autógrafa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. El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menor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manifestó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verbalmente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deseo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par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>ticipar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después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recibir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una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explicación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clara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adaptada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a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nivel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comprensión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.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Esta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fue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atestiguada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por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investigador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padre/</w:t>
            </w:r>
            <w:proofErr w:type="spellStart"/>
            <w:r w:rsidRPr="00F2471E">
              <w:rPr>
                <w:i/>
                <w:iCs/>
                <w:color w:val="332D27"/>
                <w:sz w:val="18"/>
                <w:szCs w:val="40"/>
              </w:rPr>
              <w:t>madre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o tutor legal.”</w:t>
            </w:r>
          </w:p>
        </w:tc>
      </w:tr>
      <w:tr w:rsidR="00AD10D9" w:rsidRPr="0085784D" w14:paraId="4F508B6B" w14:textId="77777777" w:rsidTr="003E40CC">
        <w:trPr>
          <w:jc w:val="center"/>
        </w:trPr>
        <w:tc>
          <w:tcPr>
            <w:tcW w:w="10809" w:type="dxa"/>
            <w:gridSpan w:val="4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DDD9C3" w:themeFill="background2" w:themeFillShade="E6"/>
            <w:tcMar>
              <w:top w:w="2" w:type="dxa"/>
              <w:left w:w="6" w:type="dxa"/>
              <w:bottom w:w="2" w:type="dxa"/>
              <w:right w:w="6" w:type="dxa"/>
            </w:tcMar>
            <w:vAlign w:val="center"/>
          </w:tcPr>
          <w:p w14:paraId="4322A4AF" w14:textId="77777777" w:rsidR="0078201C" w:rsidRDefault="00AA76FF" w:rsidP="00F2471E">
            <w:pPr>
              <w:spacing w:after="0" w:line="240" w:lineRule="auto"/>
              <w:rPr>
                <w:b/>
                <w:i/>
                <w:iCs/>
                <w:color w:val="B38A22"/>
                <w:sz w:val="20"/>
                <w:szCs w:val="40"/>
              </w:rPr>
            </w:pPr>
            <w:proofErr w:type="gramStart"/>
            <w:r w:rsidRPr="006345C3">
              <w:rPr>
                <w:b/>
                <w:color w:val="B38A22"/>
                <w:sz w:val="24"/>
                <w:szCs w:val="48"/>
              </w:rPr>
              <w:t>⬖</w:t>
            </w:r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 DECLARACIÓN</w:t>
            </w:r>
            <w:proofErr w:type="gramEnd"/>
            <w:r w:rsidRPr="00F2471E">
              <w:rPr>
                <w:b/>
                <w:i/>
                <w:iCs/>
                <w:color w:val="B38A22"/>
                <w:sz w:val="20"/>
                <w:szCs w:val="40"/>
              </w:rPr>
              <w:t xml:space="preserve"> DEL INVESTIGADOR  </w:t>
            </w:r>
          </w:p>
          <w:p w14:paraId="368AED3F" w14:textId="77777777" w:rsidR="007858B6" w:rsidRDefault="007858B6" w:rsidP="00F2471E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Declaro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que he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explicado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al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menor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manera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clara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sencilla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acorde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con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nivel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comprensión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objetivo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propósito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la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investigación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así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como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las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actividades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comprende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participación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los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posibles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beneficios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riesgos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y/o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molestias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pudieran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presentarse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durante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desarrollo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estudio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  <w:p w14:paraId="79A0B8D9" w14:textId="77777777" w:rsidR="007858B6" w:rsidRPr="00636F67" w:rsidRDefault="007858B6" w:rsidP="00F2471E">
            <w:pPr>
              <w:spacing w:after="0" w:line="240" w:lineRule="auto"/>
              <w:rPr>
                <w:i/>
                <w:iCs/>
                <w:color w:val="332D27"/>
                <w:szCs w:val="10"/>
              </w:rPr>
            </w:pPr>
          </w:p>
          <w:p w14:paraId="540C0D03" w14:textId="77777777" w:rsidR="007858B6" w:rsidRDefault="007858B6" w:rsidP="00636F67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lastRenderedPageBreak/>
              <w:t>Asimismo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hago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constar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que se le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brindó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oportunidad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expresar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libremente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sus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dudas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e inquietudes,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mismas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fueron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atendidas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respondidas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manera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clara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comprensible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.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igual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forma,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manifiesto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haber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leído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explicado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cada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uno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los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apartados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integran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presente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Asentimiento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Informado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verificando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medida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lo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posible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que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menor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comprendiera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información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proporcionada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antes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manifestar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participar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  <w:p w14:paraId="71701B16" w14:textId="2AE3341C" w:rsidR="007858B6" w:rsidRDefault="007858B6" w:rsidP="00636F67">
            <w:pPr>
              <w:pStyle w:val="NormalWeb"/>
              <w:spacing w:before="0" w:beforeAutospacing="0" w:after="0" w:afterAutospacing="0"/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</w:pPr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Con mi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firma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,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hago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constar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que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el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proceso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de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explicación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y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obtención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del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asentimiento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se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realizó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respetando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la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voluntad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del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participante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menor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de </w:t>
            </w:r>
            <w:proofErr w:type="spellStart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edad</w:t>
            </w:r>
            <w:proofErr w:type="spellEnd"/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>.</w:t>
            </w:r>
          </w:p>
          <w:p w14:paraId="27DA9960" w14:textId="3DC25DCF" w:rsidR="007858B6" w:rsidRPr="007858B6" w:rsidRDefault="007858B6" w:rsidP="007858B6">
            <w:pPr>
              <w:spacing w:after="0" w:line="240" w:lineRule="auto"/>
              <w:rPr>
                <w:b/>
                <w:bCs/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636F67">
              <w:rPr>
                <w:i/>
                <w:iCs/>
                <w:color w:val="332D27"/>
                <w:sz w:val="18"/>
                <w:szCs w:val="40"/>
              </w:rPr>
              <w:t>Nombre</w:t>
            </w:r>
            <w:proofErr w:type="spellEnd"/>
            <w:r w:rsidRPr="00636F6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36F67">
              <w:rPr>
                <w:i/>
                <w:iCs/>
                <w:color w:val="332D27"/>
                <w:sz w:val="18"/>
                <w:szCs w:val="40"/>
              </w:rPr>
              <w:t>completo</w:t>
            </w:r>
            <w:proofErr w:type="spellEnd"/>
            <w:r w:rsidRPr="00636F67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___________________________________________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br/>
            </w:r>
            <w:r w:rsidR="003E40CC">
              <w:rPr>
                <w:i/>
                <w:iCs/>
                <w:color w:val="332D27"/>
                <w:sz w:val="18"/>
                <w:szCs w:val="40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636F67">
              <w:rPr>
                <w:i/>
                <w:iCs/>
                <w:color w:val="332D27"/>
                <w:sz w:val="18"/>
                <w:szCs w:val="40"/>
              </w:rPr>
              <w:t>Firma</w:t>
            </w:r>
            <w:proofErr w:type="spellEnd"/>
            <w:r w:rsidRPr="00636F67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___________________________________________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br/>
            </w:r>
            <w:r w:rsidRPr="00636F67">
              <w:rPr>
                <w:i/>
                <w:iCs/>
                <w:color w:val="332D27"/>
                <w:sz w:val="18"/>
                <w:szCs w:val="40"/>
              </w:rPr>
              <w:t xml:space="preserve">Lugar de </w:t>
            </w:r>
            <w:proofErr w:type="spellStart"/>
            <w:r w:rsidRPr="00636F67">
              <w:rPr>
                <w:i/>
                <w:iCs/>
                <w:color w:val="332D27"/>
                <w:sz w:val="18"/>
                <w:szCs w:val="40"/>
              </w:rPr>
              <w:t>Adscripción</w:t>
            </w:r>
            <w:proofErr w:type="spellEnd"/>
            <w:r w:rsidRPr="00636F67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____________________________________________________ </w:t>
            </w:r>
          </w:p>
          <w:p w14:paraId="219F3B7D" w14:textId="106B5FC1" w:rsidR="007858B6" w:rsidRPr="001206F2" w:rsidRDefault="007858B6" w:rsidP="007858B6">
            <w:pPr>
              <w:spacing w:after="0" w:line="240" w:lineRule="auto"/>
              <w:rPr>
                <w:b/>
                <w:bCs/>
                <w:i/>
                <w:iCs/>
                <w:color w:val="332D27"/>
                <w:szCs w:val="10"/>
              </w:rPr>
            </w:pPr>
            <w:proofErr w:type="spellStart"/>
            <w:r w:rsidRPr="00831772">
              <w:rPr>
                <w:i/>
                <w:iCs/>
                <w:color w:val="332D27"/>
                <w:sz w:val="18"/>
                <w:szCs w:val="40"/>
              </w:rPr>
              <w:t>Número</w:t>
            </w:r>
            <w:proofErr w:type="spellEnd"/>
            <w:r w:rsidRPr="00831772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831772">
              <w:rPr>
                <w:i/>
                <w:iCs/>
                <w:color w:val="332D27"/>
                <w:sz w:val="18"/>
                <w:szCs w:val="40"/>
              </w:rPr>
              <w:t>telefónico</w:t>
            </w:r>
            <w:proofErr w:type="spellEnd"/>
            <w:r w:rsidRPr="00831772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___________________________ </w:t>
            </w:r>
            <w:proofErr w:type="spellStart"/>
            <w:r w:rsidRPr="00831772">
              <w:rPr>
                <w:i/>
                <w:iCs/>
                <w:color w:val="332D27"/>
                <w:sz w:val="18"/>
                <w:szCs w:val="40"/>
              </w:rPr>
              <w:t>Correo</w:t>
            </w:r>
            <w:proofErr w:type="spellEnd"/>
            <w:r w:rsidRPr="00831772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831772">
              <w:rPr>
                <w:i/>
                <w:iCs/>
                <w:color w:val="332D27"/>
                <w:sz w:val="18"/>
                <w:szCs w:val="40"/>
              </w:rPr>
              <w:t>electrónico</w:t>
            </w:r>
            <w:proofErr w:type="spellEnd"/>
            <w:r w:rsidRPr="00831772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7858B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_________________________________</w:t>
            </w:r>
          </w:p>
          <w:p w14:paraId="02452058" w14:textId="77777777" w:rsidR="001206F2" w:rsidRPr="001206F2" w:rsidRDefault="001206F2" w:rsidP="007858B6">
            <w:pPr>
              <w:spacing w:after="0" w:line="240" w:lineRule="auto"/>
              <w:rPr>
                <w:b/>
                <w:bCs/>
                <w:i/>
                <w:iCs/>
                <w:color w:val="332D27"/>
                <w:szCs w:val="10"/>
              </w:rPr>
            </w:pPr>
          </w:p>
          <w:p w14:paraId="02714AD5" w14:textId="4F01C949" w:rsidR="00AD10D9" w:rsidRPr="00F2471E" w:rsidRDefault="007858B6" w:rsidP="00831772">
            <w:pPr>
              <w:pStyle w:val="NormalWeb"/>
              <w:spacing w:before="0" w:beforeAutospacing="0" w:after="0" w:afterAutospacing="0"/>
              <w:jc w:val="both"/>
              <w:rPr>
                <w:i/>
                <w:iCs/>
                <w:sz w:val="20"/>
                <w:szCs w:val="40"/>
              </w:rPr>
            </w:pPr>
            <w:r w:rsidRPr="001206F2">
              <w:rPr>
                <w:rFonts w:ascii="Aptos" w:hAnsi="Aptos"/>
                <w:i/>
                <w:iCs/>
                <w:color w:val="332D27"/>
                <w:szCs w:val="52"/>
              </w:rPr>
              <w:t xml:space="preserve"> </w:t>
            </w:r>
            <w:r w:rsidRPr="001206F2">
              <w:rPr>
                <w:rFonts w:ascii="Aptos" w:eastAsiaTheme="minorEastAsia" w:hAnsi="Aptos" w:cstheme="minorBidi"/>
                <w:i/>
                <w:iCs/>
                <w:color w:val="332D27"/>
                <w:szCs w:val="52"/>
                <w:lang w:val="en-US" w:eastAsia="en-US"/>
              </w:rPr>
              <w:t xml:space="preserve">☐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Declaro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haber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entregado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al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participante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menor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de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edad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y/o a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su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padre,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madre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o tutor(a) legal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una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copia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del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presente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Asentimiento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="009C334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i</w:t>
            </w:r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nformado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,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debidamente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firmada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y </w:t>
            </w:r>
            <w:proofErr w:type="spellStart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fechada</w:t>
            </w:r>
            <w:proofErr w:type="spellEnd"/>
            <w:r w:rsidRPr="007858B6">
              <w:rPr>
                <w:rFonts w:ascii="Aptos" w:eastAsiaTheme="minorEastAsia" w:hAnsi="Aptos" w:cstheme="minorBidi"/>
                <w:b/>
                <w:bCs/>
                <w:i/>
                <w:iCs/>
                <w:color w:val="332D27"/>
                <w:sz w:val="18"/>
                <w:szCs w:val="40"/>
                <w:lang w:val="en-US" w:eastAsia="en-US"/>
              </w:rPr>
              <w:t>.</w:t>
            </w:r>
            <w:r w:rsidRPr="007858B6">
              <w:rPr>
                <w:rFonts w:ascii="Aptos" w:eastAsiaTheme="minorEastAsia" w:hAnsi="Aptos" w:cstheme="minorBidi"/>
                <w:i/>
                <w:iCs/>
                <w:color w:val="332D27"/>
                <w:sz w:val="18"/>
                <w:szCs w:val="40"/>
                <w:lang w:val="en-US" w:eastAsia="en-US"/>
              </w:rPr>
              <w:t xml:space="preserve"> </w:t>
            </w:r>
          </w:p>
        </w:tc>
      </w:tr>
      <w:tr w:rsidR="00AD10D9" w:rsidRPr="0085784D" w14:paraId="3258D169" w14:textId="77777777" w:rsidTr="003E40CC">
        <w:trPr>
          <w:trHeight w:val="340"/>
          <w:jc w:val="center"/>
        </w:trPr>
        <w:tc>
          <w:tcPr>
            <w:tcW w:w="10809" w:type="dxa"/>
            <w:gridSpan w:val="4"/>
            <w:tcBorders>
              <w:top w:val="single" w:sz="4" w:space="0" w:color="B38A22"/>
              <w:left w:val="single" w:sz="4" w:space="0" w:color="B38A22"/>
              <w:bottom w:val="single" w:sz="4" w:space="0" w:color="B38A22"/>
              <w:right w:val="single" w:sz="4" w:space="0" w:color="B38A22"/>
            </w:tcBorders>
            <w:shd w:val="clear" w:color="auto" w:fill="715715"/>
            <w:tcMar>
              <w:top w:w="2" w:type="dxa"/>
              <w:left w:w="6" w:type="dxa"/>
              <w:bottom w:w="2" w:type="dxa"/>
              <w:right w:w="6" w:type="dxa"/>
            </w:tcMar>
            <w:vAlign w:val="center"/>
          </w:tcPr>
          <w:p w14:paraId="600170FF" w14:textId="77777777" w:rsidR="00AD10D9" w:rsidRPr="00F2471E" w:rsidRDefault="00AA76FF" w:rsidP="00F2471E">
            <w:pPr>
              <w:spacing w:after="0" w:line="240" w:lineRule="auto"/>
              <w:rPr>
                <w:i/>
                <w:iCs/>
                <w:color w:val="FFC000"/>
                <w:sz w:val="20"/>
                <w:szCs w:val="40"/>
              </w:rPr>
            </w:pPr>
            <w:proofErr w:type="gramStart"/>
            <w:r w:rsidRPr="006345C3">
              <w:rPr>
                <w:b/>
                <w:color w:val="FFC000"/>
                <w:sz w:val="24"/>
                <w:szCs w:val="52"/>
              </w:rPr>
              <w:lastRenderedPageBreak/>
              <w:t>⬖</w:t>
            </w:r>
            <w:r w:rsidRPr="000B69B8">
              <w:rPr>
                <w:b/>
                <w:color w:val="FFC000"/>
                <w:sz w:val="18"/>
                <w:szCs w:val="40"/>
              </w:rPr>
              <w:t xml:space="preserve"> </w:t>
            </w:r>
            <w:r w:rsidRPr="00F2471E">
              <w:rPr>
                <w:b/>
                <w:i/>
                <w:iCs/>
                <w:color w:val="FFC000"/>
                <w:sz w:val="18"/>
                <w:szCs w:val="40"/>
              </w:rPr>
              <w:t xml:space="preserve"> </w:t>
            </w:r>
            <w:r w:rsidRPr="00F2471E">
              <w:rPr>
                <w:rFonts w:asciiTheme="minorHAnsi" w:hAnsiTheme="minorHAnsi"/>
                <w:b/>
                <w:i/>
                <w:iCs/>
                <w:color w:val="FFC000"/>
                <w:sz w:val="20"/>
                <w:szCs w:val="18"/>
                <w:lang w:val="es-MX"/>
              </w:rPr>
              <w:t>REVOCACIÓN</w:t>
            </w:r>
            <w:proofErr w:type="gramEnd"/>
            <w:r w:rsidRPr="00F2471E">
              <w:rPr>
                <w:rFonts w:asciiTheme="minorHAnsi" w:hAnsiTheme="minorHAnsi"/>
                <w:b/>
                <w:i/>
                <w:iCs/>
                <w:color w:val="FFC000"/>
                <w:sz w:val="20"/>
                <w:szCs w:val="18"/>
                <w:lang w:val="es-MX"/>
              </w:rPr>
              <w:t xml:space="preserve"> DEL ASENTIMIENTO INFORMADO DEL PARTICIPANTE MENOR DE EDAD</w:t>
            </w:r>
          </w:p>
        </w:tc>
      </w:tr>
      <w:tr w:rsidR="00AD10D9" w:rsidRPr="0085784D" w14:paraId="3ACD39F4" w14:textId="77777777" w:rsidTr="003E40CC">
        <w:trPr>
          <w:jc w:val="center"/>
        </w:trPr>
        <w:tc>
          <w:tcPr>
            <w:tcW w:w="10809" w:type="dxa"/>
            <w:gridSpan w:val="4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FCF9F2"/>
            <w:tcMar>
              <w:top w:w="2" w:type="dxa"/>
              <w:left w:w="6" w:type="dxa"/>
              <w:bottom w:w="2" w:type="dxa"/>
              <w:right w:w="6" w:type="dxa"/>
            </w:tcMar>
            <w:vAlign w:val="center"/>
          </w:tcPr>
          <w:p w14:paraId="390713E4" w14:textId="47F4F414" w:rsidR="00284AA6" w:rsidRPr="00121004" w:rsidRDefault="007858B6" w:rsidP="00CB1104">
            <w:pPr>
              <w:spacing w:after="0" w:line="240" w:lineRule="auto"/>
              <w:rPr>
                <w:i/>
                <w:iCs/>
                <w:color w:val="332D27"/>
                <w:szCs w:val="10"/>
              </w:rPr>
            </w:pP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Yo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________________________________________________________, de ______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años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9C3346">
              <w:rPr>
                <w:i/>
                <w:iCs/>
                <w:color w:val="332D27"/>
                <w:sz w:val="18"/>
                <w:szCs w:val="40"/>
              </w:rPr>
              <w:t>p</w:t>
            </w:r>
            <w:r w:rsidRPr="007858B6">
              <w:rPr>
                <w:i/>
                <w:iCs/>
                <w:color w:val="332D27"/>
                <w:sz w:val="18"/>
                <w:szCs w:val="40"/>
              </w:rPr>
              <w:t>royecto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9C3346">
              <w:rPr>
                <w:i/>
                <w:iCs/>
                <w:color w:val="332D27"/>
                <w:sz w:val="18"/>
                <w:szCs w:val="40"/>
              </w:rPr>
              <w:t>i</w:t>
            </w:r>
            <w:r w:rsidRPr="007858B6">
              <w:rPr>
                <w:i/>
                <w:iCs/>
                <w:color w:val="332D27"/>
                <w:sz w:val="18"/>
                <w:szCs w:val="40"/>
              </w:rPr>
              <w:t>nvestigación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7858B6">
              <w:rPr>
                <w:i/>
                <w:iCs/>
                <w:color w:val="332D27"/>
                <w:sz w:val="18"/>
                <w:szCs w:val="40"/>
              </w:rPr>
              <w:t>denominado</w:t>
            </w:r>
            <w:proofErr w:type="spellEnd"/>
            <w:r w:rsidRPr="007858B6">
              <w:rPr>
                <w:i/>
                <w:iCs/>
                <w:color w:val="332D27"/>
                <w:sz w:val="18"/>
                <w:szCs w:val="40"/>
              </w:rPr>
              <w:t>:</w:t>
            </w:r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 _________________________________________________________________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manifiesto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manera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libre y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voluntaria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mi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retirarme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dejar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participar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4876B9">
              <w:rPr>
                <w:b/>
                <w:bCs/>
                <w:i/>
                <w:iCs/>
                <w:color w:val="332D27"/>
                <w:sz w:val="18"/>
                <w:szCs w:val="40"/>
              </w:rPr>
              <w:t>p</w:t>
            </w:r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royecto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4876B9">
              <w:rPr>
                <w:b/>
                <w:bCs/>
                <w:i/>
                <w:iCs/>
                <w:color w:val="332D27"/>
                <w:sz w:val="18"/>
                <w:szCs w:val="40"/>
              </w:rPr>
              <w:t>i</w:t>
            </w:r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nvestigación</w:t>
            </w:r>
            <w:proofErr w:type="spellEnd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antes </w:t>
            </w:r>
            <w:proofErr w:type="spellStart"/>
            <w:r w:rsidR="00284AA6" w:rsidRPr="00284AA6">
              <w:rPr>
                <w:b/>
                <w:bCs/>
                <w:i/>
                <w:iCs/>
                <w:color w:val="332D27"/>
                <w:sz w:val="18"/>
                <w:szCs w:val="40"/>
              </w:rPr>
              <w:t>señalado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  <w:p w14:paraId="0F12E280" w14:textId="3C46D535" w:rsidR="00284AA6" w:rsidRPr="00121004" w:rsidRDefault="00AA76FF" w:rsidP="00CB1104">
            <w:pPr>
              <w:spacing w:after="0" w:line="240" w:lineRule="auto"/>
              <w:rPr>
                <w:i/>
                <w:iCs/>
                <w:color w:val="332D27"/>
                <w:szCs w:val="10"/>
              </w:rPr>
            </w:pPr>
            <w:r w:rsidRPr="00121004">
              <w:rPr>
                <w:i/>
                <w:iCs/>
                <w:color w:val="332D27"/>
                <w:szCs w:val="10"/>
              </w:rPr>
              <w:br/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Declaro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esta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ha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sido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tomada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por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voluntad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propia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y que se me ha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explicado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puedo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retirar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mi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asentimiento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cualquier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momento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.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Asimismo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manifiesto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que he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tenido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oportunidad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comunicar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cualquier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duda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o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inquietud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>relacionada</w:t>
            </w:r>
            <w:proofErr w:type="spellEnd"/>
            <w:r w:rsidR="00284AA6" w:rsidRPr="00284AA6">
              <w:rPr>
                <w:i/>
                <w:iCs/>
                <w:color w:val="332D27"/>
                <w:sz w:val="18"/>
                <w:szCs w:val="40"/>
              </w:rPr>
              <w:t xml:space="preserve"> con mi </w:t>
            </w:r>
            <w:proofErr w:type="spellStart"/>
            <w:r w:rsidR="00284AA6">
              <w:rPr>
                <w:i/>
                <w:iCs/>
                <w:color w:val="332D27"/>
                <w:sz w:val="18"/>
                <w:szCs w:val="40"/>
              </w:rPr>
              <w:t>decisi</w:t>
            </w:r>
            <w:r w:rsidR="00421355">
              <w:rPr>
                <w:i/>
                <w:iCs/>
                <w:color w:val="332D27"/>
                <w:sz w:val="18"/>
                <w:szCs w:val="40"/>
              </w:rPr>
              <w:t>ó</w:t>
            </w:r>
            <w:r w:rsidR="00284AA6">
              <w:rPr>
                <w:i/>
                <w:iCs/>
                <w:color w:val="332D27"/>
                <w:sz w:val="18"/>
                <w:szCs w:val="40"/>
              </w:rPr>
              <w:t>n</w:t>
            </w:r>
            <w:proofErr w:type="spellEnd"/>
            <w:r w:rsidR="00284AA6">
              <w:rPr>
                <w:i/>
                <w:iCs/>
                <w:color w:val="332D27"/>
                <w:sz w:val="18"/>
                <w:szCs w:val="40"/>
              </w:rPr>
              <w:t>.</w:t>
            </w:r>
          </w:p>
          <w:p w14:paraId="0E95FFC0" w14:textId="77777777" w:rsidR="00CB1104" w:rsidRPr="00121004" w:rsidRDefault="00CB1104" w:rsidP="00CB1104">
            <w:pPr>
              <w:spacing w:after="0" w:line="240" w:lineRule="auto"/>
              <w:rPr>
                <w:i/>
                <w:iCs/>
                <w:color w:val="332D27"/>
                <w:szCs w:val="10"/>
              </w:rPr>
            </w:pPr>
          </w:p>
          <w:p w14:paraId="3C2F626A" w14:textId="40C45D56" w:rsidR="006254B7" w:rsidRDefault="006254B7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Forma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la que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manifiesta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retirarse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>:</w:t>
            </w:r>
          </w:p>
          <w:p w14:paraId="483D942B" w14:textId="67322901" w:rsidR="00CB1104" w:rsidRPr="006254B7" w:rsidRDefault="00CB1104" w:rsidP="00CB1104">
            <w:pPr>
              <w:spacing w:after="0" w:line="240" w:lineRule="auto"/>
              <w:jc w:val="center"/>
              <w:rPr>
                <w:i/>
                <w:iCs/>
                <w:color w:val="5B6573"/>
                <w:sz w:val="16"/>
                <w:lang w:val="es-MX"/>
              </w:rPr>
            </w:pPr>
            <w:r w:rsidRPr="007E7DB5">
              <w:rPr>
                <w:i/>
                <w:iCs/>
                <w:color w:val="5B6573"/>
                <w:sz w:val="16"/>
                <w:lang w:val="es-MX"/>
              </w:rPr>
              <w:t xml:space="preserve">Instrucción: Marque con una </w:t>
            </w:r>
            <w:r w:rsidRPr="00975040">
              <w:rPr>
                <w:b/>
                <w:bCs/>
                <w:color w:val="5B6573"/>
                <w:sz w:val="18"/>
                <w:szCs w:val="24"/>
                <w:lang w:val="es-MX"/>
              </w:rPr>
              <w:t>“X” (</w:t>
            </w:r>
            <w:r w:rsidRPr="00975040">
              <w:rPr>
                <w:rFonts w:ascii="Segoe UI Symbol" w:hAnsi="Segoe UI Symbol" w:cs="Segoe UI Symbol"/>
                <w:b/>
                <w:bCs/>
                <w:color w:val="5B6573"/>
                <w:sz w:val="18"/>
                <w:szCs w:val="24"/>
                <w:lang w:val="es-MX"/>
              </w:rPr>
              <w:t>☒</w:t>
            </w:r>
            <w:r w:rsidRPr="00975040">
              <w:rPr>
                <w:b/>
                <w:bCs/>
                <w:color w:val="5B6573"/>
                <w:sz w:val="18"/>
                <w:szCs w:val="24"/>
                <w:lang w:val="es-MX"/>
              </w:rPr>
              <w:t>)</w:t>
            </w:r>
            <w:r w:rsidRPr="00975040">
              <w:rPr>
                <w:i/>
                <w:iCs/>
                <w:color w:val="5B6573"/>
                <w:sz w:val="18"/>
                <w:szCs w:val="24"/>
                <w:lang w:val="es-MX"/>
              </w:rPr>
              <w:t xml:space="preserve"> </w:t>
            </w:r>
            <w:r w:rsidRPr="007E7DB5">
              <w:rPr>
                <w:i/>
                <w:iCs/>
                <w:color w:val="5B6573"/>
                <w:sz w:val="16"/>
                <w:lang w:val="es-MX"/>
              </w:rPr>
              <w:t>una sola opción</w:t>
            </w:r>
            <w:r w:rsidR="005A4F30">
              <w:rPr>
                <w:i/>
                <w:iCs/>
                <w:color w:val="5B6573"/>
                <w:sz w:val="16"/>
                <w:lang w:val="es-MX"/>
              </w:rPr>
              <w:t>.</w:t>
            </w:r>
          </w:p>
          <w:p w14:paraId="00DF3E4D" w14:textId="77777777" w:rsidR="006254B7" w:rsidRPr="006254B7" w:rsidRDefault="006254B7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 w:rsidRPr="006254B7">
              <w:rPr>
                <w:i/>
                <w:iCs/>
                <w:color w:val="332D27"/>
                <w:sz w:val="22"/>
                <w:szCs w:val="48"/>
              </w:rPr>
              <w:t xml:space="preserve">☐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Expresión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verbal</w:t>
            </w:r>
            <w:r w:rsidRPr="006254B7">
              <w:rPr>
                <w:i/>
                <w:iCs/>
                <w:color w:val="332D27"/>
                <w:sz w:val="18"/>
                <w:szCs w:val="40"/>
              </w:rPr>
              <w:br/>
            </w:r>
            <w:r w:rsidRPr="006254B7">
              <w:rPr>
                <w:i/>
                <w:iCs/>
                <w:color w:val="332D27"/>
                <w:sz w:val="22"/>
                <w:szCs w:val="48"/>
              </w:rPr>
              <w:t>☐</w:t>
            </w:r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Expresión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escrita</w:t>
            </w:r>
            <w:proofErr w:type="spellEnd"/>
          </w:p>
          <w:p w14:paraId="3CE48006" w14:textId="77777777" w:rsidR="00B139A4" w:rsidRDefault="006254B7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caso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 que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el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desee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expresar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las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razones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decisión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podrá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indicarlas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a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continuación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. Este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apartado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es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opcional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: </w:t>
            </w:r>
            <w:r w:rsidR="00AA76FF">
              <w:rPr>
                <w:i/>
                <w:iCs/>
                <w:color w:val="332D27"/>
                <w:sz w:val="18"/>
                <w:szCs w:val="40"/>
              </w:rPr>
              <w:pict w14:anchorId="38369C56">
                <v:rect id="_x0000_i1025" style="width:0;height:1.5pt" o:hralign="center" o:hrstd="t" o:hr="t" fillcolor="#a0a0a0" stroked="f"/>
              </w:pict>
            </w:r>
          </w:p>
          <w:p w14:paraId="7A8BFBF6" w14:textId="77777777" w:rsidR="00B139A4" w:rsidRPr="00B139A4" w:rsidRDefault="00B139A4" w:rsidP="00CB1104">
            <w:pPr>
              <w:spacing w:after="0" w:line="240" w:lineRule="auto"/>
              <w:rPr>
                <w:i/>
                <w:iCs/>
                <w:color w:val="332D27"/>
                <w:szCs w:val="10"/>
              </w:rPr>
            </w:pPr>
          </w:p>
          <w:p w14:paraId="4E10584C" w14:textId="251039F4" w:rsidR="006254B7" w:rsidRPr="006254B7" w:rsidRDefault="00AA76FF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>
              <w:rPr>
                <w:i/>
                <w:iCs/>
                <w:color w:val="332D27"/>
                <w:sz w:val="18"/>
                <w:szCs w:val="40"/>
              </w:rPr>
              <w:pict w14:anchorId="22186064">
                <v:rect id="_x0000_i1026" style="width:0;height:1.5pt" o:hralign="center" o:hrstd="t" o:hr="t" fillcolor="#a0a0a0" stroked="f"/>
              </w:pict>
            </w:r>
            <w:r>
              <w:rPr>
                <w:i/>
                <w:iCs/>
                <w:color w:val="332D27"/>
                <w:sz w:val="18"/>
                <w:szCs w:val="40"/>
              </w:rPr>
              <w:pict w14:anchorId="1C36AB4E">
                <v:rect id="_x0000_i1027" style="width:0;height:1.5pt" o:hralign="center" o:hrstd="t" o:hr="t" fillcolor="#a0a0a0" stroked="f"/>
              </w:pict>
            </w:r>
          </w:p>
          <w:p w14:paraId="514967EB" w14:textId="5E56FAFD" w:rsidR="006254B7" w:rsidRDefault="006254B7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Lugar y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fecha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>: __________________________________________________________________</w:t>
            </w:r>
          </w:p>
          <w:p w14:paraId="12C9ABCB" w14:textId="1D6F48D2" w:rsidR="006254B7" w:rsidRPr="006254B7" w:rsidRDefault="006254B7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Nombre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menor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>: _____________________________________________</w:t>
            </w:r>
          </w:p>
          <w:p w14:paraId="5DD045DD" w14:textId="1612A92F" w:rsidR="006254B7" w:rsidRPr="006254B7" w:rsidRDefault="00586FC9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>
              <w:rPr>
                <w:b/>
                <w:bCs/>
                <w:i/>
                <w:iCs/>
                <w:color w:val="332D27"/>
                <w:sz w:val="18"/>
                <w:szCs w:val="40"/>
              </w:rPr>
              <w:t xml:space="preserve">                                                                                                                     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Firma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(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cuando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corresponda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): ______________________</w:t>
            </w:r>
            <w:r w:rsidR="00D55685">
              <w:rPr>
                <w:i/>
                <w:iCs/>
                <w:color w:val="332D27"/>
                <w:sz w:val="18"/>
                <w:szCs w:val="40"/>
              </w:rPr>
              <w:t>__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__________________</w:t>
            </w:r>
          </w:p>
          <w:p w14:paraId="1A151531" w14:textId="6D7053AF" w:rsidR="006254B7" w:rsidRPr="006254B7" w:rsidRDefault="006254B7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Nombre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 la persona que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recibe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la </w:t>
            </w:r>
            <w:proofErr w:type="spellStart"/>
            <w:r w:rsidRPr="006254B7">
              <w:rPr>
                <w:i/>
                <w:iCs/>
                <w:color w:val="332D27"/>
                <w:sz w:val="18"/>
                <w:szCs w:val="40"/>
              </w:rPr>
              <w:t>revocación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="00F04861">
              <w:rPr>
                <w:i/>
                <w:iCs/>
                <w:color w:val="332D27"/>
                <w:sz w:val="18"/>
                <w:szCs w:val="40"/>
              </w:rPr>
              <w:t>a</w:t>
            </w:r>
            <w:r w:rsidRPr="006254B7">
              <w:rPr>
                <w:i/>
                <w:iCs/>
                <w:color w:val="332D27"/>
                <w:sz w:val="18"/>
                <w:szCs w:val="40"/>
              </w:rPr>
              <w:t>sentimiento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F04861">
              <w:rPr>
                <w:i/>
                <w:iCs/>
                <w:color w:val="332D27"/>
                <w:sz w:val="18"/>
                <w:szCs w:val="40"/>
              </w:rPr>
              <w:t>i</w:t>
            </w:r>
            <w:r w:rsidRPr="006254B7">
              <w:rPr>
                <w:i/>
                <w:iCs/>
                <w:color w:val="332D27"/>
                <w:sz w:val="18"/>
                <w:szCs w:val="40"/>
              </w:rPr>
              <w:t>nformado</w:t>
            </w:r>
            <w:proofErr w:type="spellEnd"/>
            <w:r w:rsidRPr="006254B7">
              <w:rPr>
                <w:i/>
                <w:iCs/>
                <w:color w:val="332D27"/>
                <w:sz w:val="18"/>
                <w:szCs w:val="40"/>
              </w:rPr>
              <w:t xml:space="preserve">: </w:t>
            </w:r>
          </w:p>
          <w:p w14:paraId="14667CC4" w14:textId="474C6FCC" w:rsidR="00AD10D9" w:rsidRPr="00AF2280" w:rsidRDefault="00AA76FF" w:rsidP="00CB1104">
            <w:pPr>
              <w:spacing w:after="0" w:line="240" w:lineRule="auto"/>
              <w:rPr>
                <w:i/>
                <w:iCs/>
                <w:color w:val="332D27"/>
                <w:sz w:val="18"/>
                <w:szCs w:val="40"/>
              </w:rPr>
            </w:pPr>
            <w:r>
              <w:rPr>
                <w:i/>
                <w:iCs/>
                <w:color w:val="332D27"/>
                <w:sz w:val="18"/>
                <w:szCs w:val="40"/>
              </w:rPr>
              <w:pict w14:anchorId="7856940B">
                <v:rect id="_x0000_i1028" style="width:0;height:1.5pt" o:hralign="center" o:hrstd="t" o:hr="t" fillcolor="#a0a0a0" stroked="f"/>
              </w:pict>
            </w:r>
          </w:p>
        </w:tc>
      </w:tr>
      <w:tr w:rsidR="00AD10D9" w:rsidRPr="0085784D" w14:paraId="0678A9B2" w14:textId="77777777" w:rsidTr="003E40CC">
        <w:trPr>
          <w:jc w:val="center"/>
        </w:trPr>
        <w:tc>
          <w:tcPr>
            <w:tcW w:w="10809" w:type="dxa"/>
            <w:gridSpan w:val="4"/>
            <w:tcBorders>
              <w:top w:val="single" w:sz="4" w:space="0" w:color="D8C5A9"/>
              <w:left w:val="single" w:sz="4" w:space="0" w:color="D8C5A9"/>
              <w:bottom w:val="single" w:sz="4" w:space="0" w:color="D8C5A9"/>
              <w:right w:val="single" w:sz="4" w:space="0" w:color="D8C5A9"/>
            </w:tcBorders>
            <w:shd w:val="clear" w:color="auto" w:fill="DDD9C3" w:themeFill="background2" w:themeFillShade="E6"/>
            <w:tcMar>
              <w:top w:w="2" w:type="dxa"/>
              <w:left w:w="6" w:type="dxa"/>
              <w:bottom w:w="2" w:type="dxa"/>
              <w:right w:w="6" w:type="dxa"/>
            </w:tcMar>
            <w:vAlign w:val="center"/>
          </w:tcPr>
          <w:p w14:paraId="6E351BCE" w14:textId="2DF446C1" w:rsidR="00AD10D9" w:rsidRPr="00F2471E" w:rsidRDefault="00AA76FF" w:rsidP="00F2471E">
            <w:pPr>
              <w:spacing w:after="0" w:line="240" w:lineRule="auto"/>
              <w:rPr>
                <w:i/>
                <w:iCs/>
                <w:sz w:val="20"/>
                <w:szCs w:val="40"/>
              </w:rPr>
            </w:pPr>
            <w:r w:rsidRPr="00F2471E">
              <w:rPr>
                <w:b/>
                <w:i/>
                <w:iCs/>
                <w:color w:val="B38A22"/>
                <w:sz w:val="18"/>
                <w:szCs w:val="40"/>
              </w:rPr>
              <w:t xml:space="preserve">NOTA: 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El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presente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documento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constituye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una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guía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que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contiene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los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elementos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mínimos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requeridos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para la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obtención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y,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en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caso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revocación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="00BB6298">
              <w:rPr>
                <w:i/>
                <w:iCs/>
                <w:color w:val="332D27"/>
                <w:sz w:val="18"/>
                <w:szCs w:val="40"/>
              </w:rPr>
              <w:t>a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sentimiento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BB6298">
              <w:rPr>
                <w:i/>
                <w:iCs/>
                <w:color w:val="332D27"/>
                <w:sz w:val="18"/>
                <w:szCs w:val="40"/>
              </w:rPr>
              <w:t>i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nformado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menor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. El/la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Investigador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(a) </w:t>
            </w:r>
            <w:r w:rsidR="00BB6298">
              <w:rPr>
                <w:i/>
                <w:iCs/>
                <w:color w:val="332D27"/>
                <w:sz w:val="18"/>
                <w:szCs w:val="40"/>
              </w:rPr>
              <w:t>p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rincipal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deberá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adecuar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su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contenido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a las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características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particulares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="00BB6298">
              <w:rPr>
                <w:i/>
                <w:iCs/>
                <w:color w:val="332D27"/>
                <w:sz w:val="18"/>
                <w:szCs w:val="40"/>
              </w:rPr>
              <w:t>p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royecto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BB6298">
              <w:rPr>
                <w:i/>
                <w:iCs/>
                <w:color w:val="332D27"/>
                <w:sz w:val="18"/>
                <w:szCs w:val="40"/>
              </w:rPr>
              <w:t>i</w:t>
            </w:r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nvestigación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así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como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a la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edad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,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nivel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comprensión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y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circunstancias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específicas</w:t>
            </w:r>
            <w:proofErr w:type="spellEnd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 xml:space="preserve"> del </w:t>
            </w:r>
            <w:proofErr w:type="spellStart"/>
            <w:r w:rsidR="006254B7" w:rsidRPr="006254B7">
              <w:rPr>
                <w:i/>
                <w:iCs/>
                <w:color w:val="332D27"/>
                <w:sz w:val="18"/>
                <w:szCs w:val="40"/>
              </w:rPr>
              <w:t>participante</w:t>
            </w:r>
            <w:proofErr w:type="spellEnd"/>
            <w:r w:rsidRPr="00F2471E">
              <w:rPr>
                <w:i/>
                <w:iCs/>
                <w:color w:val="332D27"/>
                <w:sz w:val="18"/>
                <w:szCs w:val="40"/>
              </w:rPr>
              <w:t xml:space="preserve">.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Documento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adaptado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la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guía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ejemplo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</w:t>
            </w:r>
            <w:proofErr w:type="spellStart"/>
            <w:r w:rsidR="00123CD6">
              <w:rPr>
                <w:i/>
                <w:iCs/>
                <w:color w:val="6D655D"/>
                <w:sz w:val="16"/>
                <w:szCs w:val="40"/>
              </w:rPr>
              <w:t>c</w:t>
            </w:r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onsentimiento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</w:t>
            </w:r>
            <w:proofErr w:type="spellStart"/>
            <w:r w:rsidR="00123CD6">
              <w:rPr>
                <w:i/>
                <w:iCs/>
                <w:color w:val="6D655D"/>
                <w:sz w:val="16"/>
                <w:szCs w:val="40"/>
              </w:rPr>
              <w:t>i</w:t>
            </w:r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nformado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para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menores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incapaces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, de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los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Comités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Investigación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y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Ética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la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Investigación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la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Facultad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Medicina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la Universidad Nacional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Autónoma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México (UNAM),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consultada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el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13 de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noviembre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 de 2024</w:t>
            </w:r>
            <w:r w:rsidR="006254B7">
              <w:rPr>
                <w:i/>
                <w:iCs/>
                <w:color w:val="6D655D"/>
                <w:sz w:val="16"/>
                <w:szCs w:val="40"/>
              </w:rPr>
              <w:t xml:space="preserve">. </w:t>
            </w:r>
            <w:r w:rsidRPr="00F2471E">
              <w:rPr>
                <w:i/>
                <w:iCs/>
                <w:color w:val="6D655D"/>
                <w:sz w:val="16"/>
                <w:szCs w:val="40"/>
              </w:rPr>
              <w:t xml:space="preserve">Disponible </w:t>
            </w:r>
            <w:proofErr w:type="spellStart"/>
            <w:r w:rsidRPr="00F2471E">
              <w:rPr>
                <w:i/>
                <w:iCs/>
                <w:color w:val="6D655D"/>
                <w:sz w:val="16"/>
                <w:szCs w:val="40"/>
              </w:rPr>
              <w:t>en</w:t>
            </w:r>
            <w:proofErr w:type="spellEnd"/>
            <w:r w:rsidRPr="00F2471E">
              <w:rPr>
                <w:i/>
                <w:iCs/>
                <w:color w:val="6D655D"/>
                <w:sz w:val="16"/>
                <w:szCs w:val="40"/>
              </w:rPr>
              <w:t>:</w:t>
            </w:r>
            <w:r w:rsidR="006254B7">
              <w:rPr>
                <w:i/>
                <w:iCs/>
                <w:color w:val="6D655D"/>
                <w:sz w:val="16"/>
                <w:szCs w:val="40"/>
              </w:rPr>
              <w:t xml:space="preserve"> </w:t>
            </w:r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 xml:space="preserve">Fuente de </w:t>
            </w:r>
            <w:proofErr w:type="spellStart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referencia</w:t>
            </w:r>
            <w:proofErr w:type="spellEnd"/>
            <w:r w:rsidR="006254B7" w:rsidRPr="006254B7">
              <w:rPr>
                <w:i/>
                <w:iCs/>
                <w:color w:val="6D655D"/>
                <w:sz w:val="16"/>
                <w:szCs w:val="40"/>
              </w:rPr>
              <w:t>:</w:t>
            </w:r>
            <w:r w:rsidRPr="00F2471E">
              <w:rPr>
                <w:i/>
                <w:iCs/>
                <w:color w:val="6D655D"/>
                <w:sz w:val="16"/>
                <w:szCs w:val="40"/>
              </w:rPr>
              <w:t xml:space="preserve"> </w:t>
            </w:r>
            <w:hyperlink r:id="rId8" w:history="1">
              <w:r w:rsidR="007858B6" w:rsidRPr="00AC4997">
                <w:rPr>
                  <w:rStyle w:val="Hipervnculo"/>
                  <w:i/>
                  <w:iCs/>
                  <w:sz w:val="16"/>
                  <w:szCs w:val="40"/>
                </w:rPr>
                <w:t>https://di.facmed.unam.mx/etica.php</w:t>
              </w:r>
            </w:hyperlink>
            <w:r w:rsidR="007858B6">
              <w:rPr>
                <w:i/>
                <w:iCs/>
                <w:color w:val="6D655D"/>
                <w:sz w:val="16"/>
                <w:szCs w:val="40"/>
              </w:rPr>
              <w:t xml:space="preserve">; </w:t>
            </w:r>
          </w:p>
        </w:tc>
      </w:tr>
    </w:tbl>
    <w:p w14:paraId="0E1217E0" w14:textId="77777777" w:rsidR="00314068" w:rsidRDefault="00314068" w:rsidP="0085784D">
      <w:pPr>
        <w:spacing w:after="0" w:line="240" w:lineRule="auto"/>
        <w:jc w:val="center"/>
        <w:rPr>
          <w:b/>
          <w:i/>
          <w:iCs/>
          <w:color w:val="A98467"/>
          <w:sz w:val="16"/>
          <w:szCs w:val="40"/>
        </w:rPr>
      </w:pPr>
    </w:p>
    <w:p w14:paraId="51F8561D" w14:textId="77777777" w:rsidR="00123CD6" w:rsidRDefault="00AA76FF" w:rsidP="00564105">
      <w:pPr>
        <w:spacing w:after="0" w:line="240" w:lineRule="auto"/>
        <w:ind w:right="36"/>
        <w:jc w:val="right"/>
        <w:rPr>
          <w:b/>
          <w:i/>
          <w:iCs/>
          <w:color w:val="A98467"/>
          <w:sz w:val="18"/>
          <w:szCs w:val="44"/>
        </w:rPr>
      </w:pPr>
      <w:proofErr w:type="spellStart"/>
      <w:r w:rsidRPr="009C1928">
        <w:rPr>
          <w:b/>
          <w:i/>
          <w:iCs/>
          <w:color w:val="A98467"/>
          <w:sz w:val="18"/>
          <w:szCs w:val="44"/>
        </w:rPr>
        <w:t>Comité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de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Ética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e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Investigación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de la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Facultad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de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Estomatología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(CEIFE-</w:t>
      </w:r>
      <w:proofErr w:type="gramStart"/>
      <w:r w:rsidRPr="009C1928">
        <w:rPr>
          <w:b/>
          <w:i/>
          <w:iCs/>
          <w:color w:val="A98467"/>
          <w:sz w:val="18"/>
          <w:szCs w:val="44"/>
        </w:rPr>
        <w:t>BUAP)  ·</w:t>
      </w:r>
      <w:proofErr w:type="gramEnd"/>
      <w:r w:rsidRPr="009C1928">
        <w:rPr>
          <w:b/>
          <w:i/>
          <w:iCs/>
          <w:color w:val="A98467"/>
          <w:sz w:val="18"/>
          <w:szCs w:val="44"/>
        </w:rPr>
        <w:t xml:space="preserve">  </w:t>
      </w:r>
    </w:p>
    <w:p w14:paraId="5E12CEE1" w14:textId="0F4B2C8A" w:rsidR="00AD10D9" w:rsidRPr="009C1928" w:rsidRDefault="00AA76FF" w:rsidP="00564105">
      <w:pPr>
        <w:spacing w:after="0" w:line="240" w:lineRule="auto"/>
        <w:ind w:right="36"/>
        <w:jc w:val="right"/>
        <w:rPr>
          <w:i/>
          <w:iCs/>
          <w:sz w:val="22"/>
          <w:szCs w:val="44"/>
        </w:rPr>
      </w:pPr>
      <w:r w:rsidRPr="009C1928">
        <w:rPr>
          <w:b/>
          <w:i/>
          <w:iCs/>
          <w:color w:val="A98467"/>
          <w:sz w:val="18"/>
          <w:szCs w:val="44"/>
        </w:rPr>
        <w:t xml:space="preserve">Este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estudio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fue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revisado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y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aprobado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conforme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a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los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principios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éticos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 xml:space="preserve"> </w:t>
      </w:r>
      <w:proofErr w:type="spellStart"/>
      <w:r w:rsidRPr="009C1928">
        <w:rPr>
          <w:b/>
          <w:i/>
          <w:iCs/>
          <w:color w:val="A98467"/>
          <w:sz w:val="18"/>
          <w:szCs w:val="44"/>
        </w:rPr>
        <w:t>internacionales</w:t>
      </w:r>
      <w:proofErr w:type="spellEnd"/>
      <w:r w:rsidRPr="009C1928">
        <w:rPr>
          <w:b/>
          <w:i/>
          <w:iCs/>
          <w:color w:val="A98467"/>
          <w:sz w:val="18"/>
          <w:szCs w:val="44"/>
        </w:rPr>
        <w:t>.</w:t>
      </w:r>
    </w:p>
    <w:sectPr w:rsidR="00AD10D9" w:rsidRPr="009C1928" w:rsidSect="001F58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8" w:right="432" w:bottom="317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131DE" w14:textId="77777777" w:rsidR="006B0BAE" w:rsidRDefault="006B0BAE" w:rsidP="005E3A72">
      <w:pPr>
        <w:spacing w:after="0" w:line="240" w:lineRule="auto"/>
      </w:pPr>
      <w:r>
        <w:separator/>
      </w:r>
    </w:p>
  </w:endnote>
  <w:endnote w:type="continuationSeparator" w:id="0">
    <w:p w14:paraId="0E3E8284" w14:textId="77777777" w:rsidR="006B0BAE" w:rsidRDefault="006B0BAE" w:rsidP="005E3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872" w14:textId="77777777" w:rsidR="005E3A72" w:rsidRDefault="005E3A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42DD" w14:textId="77777777" w:rsidR="005E3A72" w:rsidRPr="003A7E7B" w:rsidRDefault="005E3A72" w:rsidP="005E3A72">
    <w:pPr>
      <w:pStyle w:val="Piedepgina"/>
      <w:jc w:val="center"/>
      <w:rPr>
        <w:color w:val="002060"/>
        <w:szCs w:val="24"/>
        <w:lang w:val="es-MX"/>
      </w:rPr>
    </w:pPr>
    <w:r w:rsidRPr="003A7E7B">
      <w:rPr>
        <w:color w:val="002060"/>
        <w:szCs w:val="24"/>
        <w:lang w:val="es-MX"/>
      </w:rPr>
      <w:t xml:space="preserve">Revisado y autorizado. </w:t>
    </w:r>
  </w:p>
  <w:p w14:paraId="5CB2EB01" w14:textId="77777777" w:rsidR="005E3A72" w:rsidRPr="003A7E7B" w:rsidRDefault="005E3A72" w:rsidP="005E3A72">
    <w:pPr>
      <w:pStyle w:val="Piedepgina"/>
      <w:jc w:val="center"/>
      <w:rPr>
        <w:color w:val="002060"/>
        <w:szCs w:val="24"/>
        <w:lang w:val="es-MX"/>
      </w:rPr>
    </w:pPr>
    <w:r w:rsidRPr="003A7E7B">
      <w:rPr>
        <w:color w:val="002060"/>
        <w:szCs w:val="24"/>
        <w:lang w:val="es-MX"/>
      </w:rPr>
      <w:t xml:space="preserve">Comité de Ética e Investigación de la Facultad de Estomatología, </w:t>
    </w:r>
  </w:p>
  <w:p w14:paraId="56EE7395" w14:textId="77777777" w:rsidR="005E3A72" w:rsidRPr="003A7E7B" w:rsidRDefault="005E3A72" w:rsidP="005E3A72">
    <w:pPr>
      <w:pStyle w:val="Piedepgina"/>
      <w:jc w:val="center"/>
      <w:rPr>
        <w:color w:val="002060"/>
        <w:szCs w:val="24"/>
        <w:lang w:val="es-MX"/>
      </w:rPr>
    </w:pPr>
    <w:r w:rsidRPr="003A7E7B">
      <w:rPr>
        <w:color w:val="002060"/>
        <w:szCs w:val="24"/>
        <w:lang w:val="es-MX"/>
      </w:rPr>
      <w:t xml:space="preserve">Secretaría de Investigación y Estudios de Posgrado </w:t>
    </w:r>
  </w:p>
  <w:p w14:paraId="14D4FC64" w14:textId="77777777" w:rsidR="005E3A72" w:rsidRPr="003A7E7B" w:rsidRDefault="005E3A72" w:rsidP="005E3A72">
    <w:pPr>
      <w:pStyle w:val="Piedepgina"/>
      <w:jc w:val="center"/>
      <w:rPr>
        <w:color w:val="002060"/>
        <w:szCs w:val="24"/>
        <w:lang w:val="es-MX"/>
      </w:rPr>
    </w:pPr>
    <w:r w:rsidRPr="003A7E7B">
      <w:rPr>
        <w:color w:val="002060"/>
        <w:szCs w:val="24"/>
        <w:lang w:val="es-MX"/>
      </w:rPr>
      <w:t>Facultad de Estomatología</w:t>
    </w:r>
  </w:p>
  <w:p w14:paraId="49E332F6" w14:textId="77777777" w:rsidR="005E3A72" w:rsidRPr="003A7E7B" w:rsidRDefault="005E3A72" w:rsidP="005E3A72">
    <w:pPr>
      <w:pStyle w:val="Piedepgina"/>
      <w:jc w:val="center"/>
      <w:rPr>
        <w:color w:val="002060"/>
        <w:szCs w:val="24"/>
        <w:lang w:val="es-MX"/>
      </w:rPr>
    </w:pPr>
    <w:r w:rsidRPr="003A7E7B">
      <w:rPr>
        <w:color w:val="002060"/>
        <w:szCs w:val="24"/>
        <w:lang w:val="es-MX"/>
      </w:rPr>
      <w:t>Benemérita Universidad Autónoma de Puebla</w:t>
    </w:r>
  </w:p>
  <w:p w14:paraId="223845B9" w14:textId="6A59CEBD" w:rsidR="005E3A72" w:rsidRPr="005E3A72" w:rsidRDefault="005E3A72" w:rsidP="005E3A72">
    <w:pPr>
      <w:pStyle w:val="Piedepgina"/>
      <w:ind w:right="321"/>
      <w:jc w:val="right"/>
    </w:pPr>
    <w:r>
      <w:rPr>
        <w:rFonts w:ascii="Times New Roman" w:eastAsia="Times New Roman" w:hAnsi="Times New Roman" w:cs="Times New Roman"/>
        <w:sz w:val="20"/>
      </w:rPr>
      <w:t xml:space="preserve">         </w:t>
    </w:r>
    <w:proofErr w:type="spellStart"/>
    <w:r w:rsidRPr="00BE522A">
      <w:rPr>
        <w:rFonts w:ascii="Bookman Old Style" w:hAnsi="Bookman Old Style"/>
        <w:i/>
        <w:sz w:val="18"/>
        <w:szCs w:val="20"/>
      </w:rPr>
      <w:t>Página</w:t>
    </w:r>
    <w:proofErr w:type="spellEnd"/>
    <w:r w:rsidRPr="00BE522A">
      <w:rPr>
        <w:rFonts w:ascii="Bookman Old Style" w:hAnsi="Bookman Old Style"/>
        <w:i/>
        <w:sz w:val="18"/>
        <w:szCs w:val="20"/>
      </w:rPr>
      <w:t xml:space="preserve">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2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6681" w14:textId="77777777" w:rsidR="005E3A72" w:rsidRDefault="005E3A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9DF21" w14:textId="77777777" w:rsidR="006B0BAE" w:rsidRDefault="006B0BAE" w:rsidP="005E3A72">
      <w:pPr>
        <w:spacing w:after="0" w:line="240" w:lineRule="auto"/>
      </w:pPr>
      <w:r>
        <w:separator/>
      </w:r>
    </w:p>
  </w:footnote>
  <w:footnote w:type="continuationSeparator" w:id="0">
    <w:p w14:paraId="5BAEB95C" w14:textId="77777777" w:rsidR="006B0BAE" w:rsidRDefault="006B0BAE" w:rsidP="005E3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4D79B" w14:textId="77777777" w:rsidR="005E3A72" w:rsidRDefault="005E3A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2472" w14:textId="77777777" w:rsidR="005E3A72" w:rsidRDefault="005E3A7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8F7FA" w14:textId="77777777" w:rsidR="005E3A72" w:rsidRDefault="005E3A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625316">
    <w:abstractNumId w:val="8"/>
  </w:num>
  <w:num w:numId="2" w16cid:durableId="609364087">
    <w:abstractNumId w:val="6"/>
  </w:num>
  <w:num w:numId="3" w16cid:durableId="1650404050">
    <w:abstractNumId w:val="5"/>
  </w:num>
  <w:num w:numId="4" w16cid:durableId="705983307">
    <w:abstractNumId w:val="4"/>
  </w:num>
  <w:num w:numId="5" w16cid:durableId="1247764489">
    <w:abstractNumId w:val="7"/>
  </w:num>
  <w:num w:numId="6" w16cid:durableId="416824173">
    <w:abstractNumId w:val="3"/>
  </w:num>
  <w:num w:numId="7" w16cid:durableId="1768581014">
    <w:abstractNumId w:val="2"/>
  </w:num>
  <w:num w:numId="8" w16cid:durableId="167211662">
    <w:abstractNumId w:val="1"/>
  </w:num>
  <w:num w:numId="9" w16cid:durableId="1955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BB7"/>
    <w:rsid w:val="00034616"/>
    <w:rsid w:val="0006063C"/>
    <w:rsid w:val="000B2905"/>
    <w:rsid w:val="000B69B8"/>
    <w:rsid w:val="001206F2"/>
    <w:rsid w:val="00121004"/>
    <w:rsid w:val="00123CD6"/>
    <w:rsid w:val="0015074B"/>
    <w:rsid w:val="0015560A"/>
    <w:rsid w:val="0016152E"/>
    <w:rsid w:val="0016645A"/>
    <w:rsid w:val="001A2E07"/>
    <w:rsid w:val="001F58AD"/>
    <w:rsid w:val="00222FF1"/>
    <w:rsid w:val="0022655A"/>
    <w:rsid w:val="00233536"/>
    <w:rsid w:val="00284AA6"/>
    <w:rsid w:val="00292D8D"/>
    <w:rsid w:val="0029639D"/>
    <w:rsid w:val="002A1CAF"/>
    <w:rsid w:val="00314068"/>
    <w:rsid w:val="00326F90"/>
    <w:rsid w:val="00330945"/>
    <w:rsid w:val="003E40CC"/>
    <w:rsid w:val="00421355"/>
    <w:rsid w:val="0044383A"/>
    <w:rsid w:val="004537DB"/>
    <w:rsid w:val="00465A22"/>
    <w:rsid w:val="004876B9"/>
    <w:rsid w:val="00495E2B"/>
    <w:rsid w:val="004A5992"/>
    <w:rsid w:val="004D421A"/>
    <w:rsid w:val="0050679D"/>
    <w:rsid w:val="00564105"/>
    <w:rsid w:val="00586FC9"/>
    <w:rsid w:val="005A4F30"/>
    <w:rsid w:val="005E3A72"/>
    <w:rsid w:val="00601A92"/>
    <w:rsid w:val="00603128"/>
    <w:rsid w:val="00604B51"/>
    <w:rsid w:val="006254B7"/>
    <w:rsid w:val="006345C3"/>
    <w:rsid w:val="00636F67"/>
    <w:rsid w:val="00671404"/>
    <w:rsid w:val="006B0BAE"/>
    <w:rsid w:val="00711304"/>
    <w:rsid w:val="0078201C"/>
    <w:rsid w:val="007858B6"/>
    <w:rsid w:val="007F2F56"/>
    <w:rsid w:val="00831772"/>
    <w:rsid w:val="0085784D"/>
    <w:rsid w:val="00892C79"/>
    <w:rsid w:val="008D00F2"/>
    <w:rsid w:val="008F0932"/>
    <w:rsid w:val="00942E5A"/>
    <w:rsid w:val="00975040"/>
    <w:rsid w:val="009A3A8B"/>
    <w:rsid w:val="009A7F56"/>
    <w:rsid w:val="009C1928"/>
    <w:rsid w:val="009C3346"/>
    <w:rsid w:val="00A705DB"/>
    <w:rsid w:val="00AA1D8D"/>
    <w:rsid w:val="00AA76FF"/>
    <w:rsid w:val="00AC7EA8"/>
    <w:rsid w:val="00AD10D9"/>
    <w:rsid w:val="00AE7146"/>
    <w:rsid w:val="00AF2280"/>
    <w:rsid w:val="00B139A4"/>
    <w:rsid w:val="00B47730"/>
    <w:rsid w:val="00BB6298"/>
    <w:rsid w:val="00C473FE"/>
    <w:rsid w:val="00C7083B"/>
    <w:rsid w:val="00C73F49"/>
    <w:rsid w:val="00C7485F"/>
    <w:rsid w:val="00CB0664"/>
    <w:rsid w:val="00CB1104"/>
    <w:rsid w:val="00CD0B88"/>
    <w:rsid w:val="00CD7D1A"/>
    <w:rsid w:val="00CE14FE"/>
    <w:rsid w:val="00CF2938"/>
    <w:rsid w:val="00D55685"/>
    <w:rsid w:val="00D77AD0"/>
    <w:rsid w:val="00D83A13"/>
    <w:rsid w:val="00D90389"/>
    <w:rsid w:val="00DA0235"/>
    <w:rsid w:val="00DD7043"/>
    <w:rsid w:val="00DF3059"/>
    <w:rsid w:val="00E24D93"/>
    <w:rsid w:val="00ED046E"/>
    <w:rsid w:val="00F04861"/>
    <w:rsid w:val="00F10E85"/>
    <w:rsid w:val="00F2471E"/>
    <w:rsid w:val="00F80D72"/>
    <w:rsid w:val="00FC31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57BAAFED"/>
  <w14:defaultImageDpi w14:val="300"/>
  <w15:docId w15:val="{AB02439C-C32E-4C8F-8A4B-F53104E9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85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7858B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85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3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.facmed.unam.mx/etica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1272</Words>
  <Characters>7001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88</cp:revision>
  <dcterms:created xsi:type="dcterms:W3CDTF">2013-12-23T23:15:00Z</dcterms:created>
  <dcterms:modified xsi:type="dcterms:W3CDTF">2026-10-12T16:45:00Z</dcterms:modified>
  <cp:category/>
</cp:coreProperties>
</file>