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AB91C" w14:textId="562B6339" w:rsidR="00A769EC" w:rsidRPr="002C312C" w:rsidRDefault="003546E3" w:rsidP="00911DA5">
      <w:pPr>
        <w:spacing w:after="0" w:line="240" w:lineRule="auto"/>
        <w:jc w:val="center"/>
        <w:rPr>
          <w:rFonts w:ascii="Source Sans Pro" w:eastAsia="Arial" w:hAnsi="Source Sans Pro" w:cs="Arial"/>
          <w:b/>
          <w:color w:val="00B0F0"/>
          <w:sz w:val="32"/>
          <w:lang w:val="es-MX" w:eastAsia="es-MX"/>
        </w:rPr>
      </w:pPr>
      <w:r w:rsidRPr="003C6DB1">
        <w:rPr>
          <w:rFonts w:ascii="Aptos" w:hAnsi="Aptos"/>
          <w:b/>
          <w:color w:val="4B4F54"/>
          <w:sz w:val="72"/>
          <w:szCs w:val="96"/>
          <w:lang w:val="es-MX"/>
        </w:rPr>
        <w:t>▹</w:t>
      </w:r>
      <w:r w:rsidRPr="00E577EE">
        <w:rPr>
          <w:rFonts w:ascii="Source Sans Pro" w:eastAsia="Arial" w:hAnsi="Source Sans Pro" w:cs="Arial"/>
          <w:b/>
          <w:color w:val="00B0F0"/>
          <w:sz w:val="44"/>
          <w:szCs w:val="32"/>
          <w:lang w:val="es-MX" w:eastAsia="es-MX"/>
        </w:rPr>
        <w:t>REC</w:t>
      </w:r>
      <w:r w:rsidR="002C312C" w:rsidRPr="00E577EE">
        <w:rPr>
          <w:rFonts w:ascii="Source Sans Pro" w:eastAsia="Arial" w:hAnsi="Source Sans Pro" w:cs="Arial"/>
          <w:b/>
          <w:color w:val="00B0F0"/>
          <w:sz w:val="44"/>
          <w:szCs w:val="32"/>
          <w:lang w:val="es-MX" w:eastAsia="es-MX"/>
        </w:rPr>
        <w:t>URSOS</w:t>
      </w:r>
      <w:r w:rsidRPr="00E577EE">
        <w:rPr>
          <w:rFonts w:ascii="Source Sans Pro" w:eastAsia="Arial" w:hAnsi="Source Sans Pro" w:cs="Arial"/>
          <w:b/>
          <w:color w:val="00B0F0"/>
          <w:sz w:val="44"/>
          <w:szCs w:val="32"/>
          <w:lang w:val="es-MX" w:eastAsia="es-MX"/>
        </w:rPr>
        <w:t xml:space="preserve"> ADIC</w:t>
      </w:r>
      <w:r w:rsidR="002C312C" w:rsidRPr="00E577EE">
        <w:rPr>
          <w:rFonts w:ascii="Source Sans Pro" w:eastAsia="Arial" w:hAnsi="Source Sans Pro" w:cs="Arial"/>
          <w:b/>
          <w:color w:val="00B0F0"/>
          <w:sz w:val="44"/>
          <w:szCs w:val="32"/>
          <w:lang w:val="es-MX" w:eastAsia="es-MX"/>
        </w:rPr>
        <w:t>IONALES</w:t>
      </w:r>
      <w:r w:rsidRPr="00E577EE">
        <w:rPr>
          <w:rFonts w:ascii="Source Sans Pro" w:eastAsia="Arial" w:hAnsi="Source Sans Pro" w:cs="Arial"/>
          <w:b/>
          <w:color w:val="00B0F0"/>
          <w:sz w:val="44"/>
          <w:szCs w:val="32"/>
          <w:lang w:val="es-MX" w:eastAsia="es-MX"/>
        </w:rPr>
        <w:t xml:space="preserve"> 02 · C.E.I.F.E.</w:t>
      </w:r>
    </w:p>
    <w:p w14:paraId="3D5C5877" w14:textId="77777777" w:rsidR="00A769EC" w:rsidRPr="00F07835" w:rsidRDefault="003546E3" w:rsidP="00911DA5">
      <w:pPr>
        <w:spacing w:after="0" w:line="240" w:lineRule="auto"/>
        <w:jc w:val="center"/>
        <w:rPr>
          <w:b/>
          <w:sz w:val="24"/>
          <w:szCs w:val="20"/>
          <w:lang w:val="es-MX"/>
        </w:rPr>
      </w:pPr>
      <w:r w:rsidRPr="00F07835">
        <w:rPr>
          <w:b/>
          <w:sz w:val="24"/>
          <w:szCs w:val="20"/>
          <w:lang w:val="es-MX"/>
        </w:rPr>
        <w:t>CONSENTIMIENTO INFORMADO PARA LA DONACIÓN DE TEJIDOS</w:t>
      </w:r>
    </w:p>
    <w:p w14:paraId="0A6A09ED" w14:textId="64C90FAC" w:rsidR="003C6DB1" w:rsidRDefault="003C6DB1" w:rsidP="003C6DB1">
      <w:pPr>
        <w:spacing w:after="0" w:line="240" w:lineRule="auto"/>
        <w:jc w:val="center"/>
        <w:rPr>
          <w:i/>
          <w:sz w:val="20"/>
          <w:szCs w:val="20"/>
          <w:lang w:val="es-MX"/>
        </w:rPr>
      </w:pPr>
      <w:r>
        <w:rPr>
          <w:i/>
          <w:sz w:val="20"/>
          <w:szCs w:val="20"/>
          <w:lang w:val="es-MX"/>
        </w:rPr>
        <w:t>C</w:t>
      </w:r>
      <w:r w:rsidRPr="00A30540">
        <w:rPr>
          <w:i/>
          <w:sz w:val="20"/>
          <w:szCs w:val="20"/>
          <w:lang w:val="es-MX"/>
        </w:rPr>
        <w:t xml:space="preserve">omité de </w:t>
      </w:r>
      <w:r>
        <w:rPr>
          <w:i/>
          <w:sz w:val="20"/>
          <w:szCs w:val="20"/>
          <w:lang w:val="es-MX"/>
        </w:rPr>
        <w:t>É</w:t>
      </w:r>
      <w:r w:rsidRPr="00A30540">
        <w:rPr>
          <w:i/>
          <w:sz w:val="20"/>
          <w:szCs w:val="20"/>
          <w:lang w:val="es-MX"/>
        </w:rPr>
        <w:t xml:space="preserve">tica e </w:t>
      </w:r>
      <w:r>
        <w:rPr>
          <w:i/>
          <w:sz w:val="20"/>
          <w:szCs w:val="20"/>
          <w:lang w:val="es-MX"/>
        </w:rPr>
        <w:t>I</w:t>
      </w:r>
      <w:r w:rsidRPr="00A30540">
        <w:rPr>
          <w:i/>
          <w:sz w:val="20"/>
          <w:szCs w:val="20"/>
          <w:lang w:val="es-MX"/>
        </w:rPr>
        <w:t>nvestigación</w:t>
      </w:r>
      <w:r w:rsidR="0003318C">
        <w:rPr>
          <w:i/>
          <w:sz w:val="20"/>
          <w:szCs w:val="20"/>
          <w:lang w:val="es-MX"/>
        </w:rPr>
        <w:t xml:space="preserve"> </w:t>
      </w:r>
      <w:r w:rsidR="0003318C" w:rsidRPr="000B1623">
        <w:rPr>
          <w:i/>
          <w:sz w:val="20"/>
          <w:szCs w:val="20"/>
          <w:lang w:val="es-MX"/>
        </w:rPr>
        <w:t xml:space="preserve">· </w:t>
      </w:r>
      <w:r w:rsidRPr="000B1623">
        <w:rPr>
          <w:i/>
          <w:sz w:val="20"/>
          <w:szCs w:val="20"/>
          <w:lang w:val="es-MX"/>
        </w:rPr>
        <w:t>Secretaría de Investigación y Estudios de Posgrado · Facultad de Estomatología · BUAP</w:t>
      </w:r>
    </w:p>
    <w:p w14:paraId="2E44B760" w14:textId="77777777" w:rsidR="00224646" w:rsidRDefault="00224646" w:rsidP="00224646">
      <w:pPr>
        <w:spacing w:after="0" w:line="240" w:lineRule="auto"/>
        <w:jc w:val="center"/>
        <w:rPr>
          <w:i/>
          <w:sz w:val="20"/>
          <w:szCs w:val="20"/>
          <w:lang w:val="es-MX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56"/>
        <w:gridCol w:w="6491"/>
      </w:tblGrid>
      <w:tr w:rsidR="00A769EC" w:rsidRPr="00911DA5" w14:paraId="5D8BE820" w14:textId="77777777" w:rsidTr="00AC39DC">
        <w:trPr>
          <w:trHeight w:val="360"/>
          <w:jc w:val="center"/>
        </w:trPr>
        <w:tc>
          <w:tcPr>
            <w:tcW w:w="11247" w:type="dxa"/>
            <w:gridSpan w:val="2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  <w:shd w:val="clear" w:color="auto" w:fill="D9D9D9" w:themeFill="background1" w:themeFillShade="D9"/>
            <w:tcMar>
              <w:top w:w="2" w:type="dxa"/>
              <w:left w:w="7" w:type="dxa"/>
              <w:bottom w:w="2" w:type="dxa"/>
              <w:right w:w="7" w:type="dxa"/>
            </w:tcMar>
            <w:vAlign w:val="center"/>
          </w:tcPr>
          <w:p w14:paraId="03974703" w14:textId="77777777" w:rsidR="00A769EC" w:rsidRPr="00911DA5" w:rsidRDefault="003546E3" w:rsidP="00911DA5">
            <w:pPr>
              <w:spacing w:after="0" w:line="240" w:lineRule="auto"/>
              <w:rPr>
                <w:sz w:val="48"/>
                <w:szCs w:val="48"/>
              </w:rPr>
            </w:pPr>
            <w:proofErr w:type="gramStart"/>
            <w:r w:rsidRPr="00B55DAD">
              <w:rPr>
                <w:rFonts w:ascii="Aptos" w:hAnsi="Aptos"/>
                <w:b/>
                <w:color w:val="000000" w:themeColor="text1"/>
                <w:sz w:val="24"/>
                <w:szCs w:val="56"/>
              </w:rPr>
              <w:t>▹</w:t>
            </w:r>
            <w:r w:rsidRPr="00C672CF">
              <w:rPr>
                <w:rFonts w:ascii="Aptos" w:hAnsi="Aptos"/>
                <w:b/>
                <w:color w:val="000000" w:themeColor="text1"/>
                <w:sz w:val="20"/>
                <w:szCs w:val="48"/>
              </w:rPr>
              <w:t xml:space="preserve">  I.</w:t>
            </w:r>
            <w:proofErr w:type="gramEnd"/>
            <w:r w:rsidRPr="00C672CF">
              <w:rPr>
                <w:rFonts w:ascii="Aptos" w:hAnsi="Aptos"/>
                <w:b/>
                <w:color w:val="000000" w:themeColor="text1"/>
                <w:sz w:val="20"/>
                <w:szCs w:val="48"/>
              </w:rPr>
              <w:t xml:space="preserve"> DATOS DE IDENTIFICACIÓN</w:t>
            </w:r>
          </w:p>
        </w:tc>
      </w:tr>
      <w:tr w:rsidR="00A769EC" w:rsidRPr="00911DA5" w14:paraId="4595C1E2" w14:textId="77777777" w:rsidTr="00CE767F">
        <w:trPr>
          <w:trHeight w:val="337"/>
          <w:jc w:val="center"/>
        </w:trPr>
        <w:tc>
          <w:tcPr>
            <w:tcW w:w="4756" w:type="dxa"/>
            <w:tcBorders>
              <w:top w:val="single" w:sz="4" w:space="0" w:color="BFC4C8"/>
              <w:left w:val="single" w:sz="4" w:space="0" w:color="BFC4C8"/>
              <w:bottom w:val="single" w:sz="4" w:space="0" w:color="BFC4C8"/>
              <w:right w:val="single" w:sz="4" w:space="0" w:color="BFC4C8"/>
            </w:tcBorders>
            <w:shd w:val="clear" w:color="auto" w:fill="FFFFFF" w:themeFill="background1"/>
            <w:tcMar>
              <w:top w:w="2" w:type="dxa"/>
              <w:left w:w="5" w:type="dxa"/>
              <w:bottom w:w="2" w:type="dxa"/>
              <w:right w:w="5" w:type="dxa"/>
            </w:tcMar>
            <w:vAlign w:val="center"/>
          </w:tcPr>
          <w:p w14:paraId="5B54E9A4" w14:textId="0F6C00AB" w:rsidR="00A769EC" w:rsidRPr="007A4E54" w:rsidRDefault="003546E3" w:rsidP="00911DA5">
            <w:pPr>
              <w:spacing w:after="0" w:line="240" w:lineRule="auto"/>
              <w:rPr>
                <w:i/>
                <w:iCs/>
                <w:sz w:val="48"/>
                <w:szCs w:val="48"/>
              </w:rPr>
            </w:pPr>
            <w:proofErr w:type="spellStart"/>
            <w:r w:rsidRPr="007A4E54">
              <w:rPr>
                <w:rFonts w:ascii="Aptos" w:hAnsi="Aptos"/>
                <w:b/>
                <w:i/>
                <w:iCs/>
                <w:color w:val="4B4F54"/>
                <w:sz w:val="18"/>
                <w:szCs w:val="48"/>
              </w:rPr>
              <w:t>Número</w:t>
            </w:r>
            <w:proofErr w:type="spellEnd"/>
            <w:r w:rsidRPr="007A4E54">
              <w:rPr>
                <w:rFonts w:ascii="Aptos" w:hAnsi="Aptos"/>
                <w:b/>
                <w:i/>
                <w:iCs/>
                <w:color w:val="4B4F54"/>
                <w:sz w:val="18"/>
                <w:szCs w:val="48"/>
              </w:rPr>
              <w:t xml:space="preserve"> de </w:t>
            </w:r>
            <w:proofErr w:type="spellStart"/>
            <w:r w:rsidRPr="007A4E54">
              <w:rPr>
                <w:rFonts w:ascii="Aptos" w:hAnsi="Aptos"/>
                <w:b/>
                <w:i/>
                <w:iCs/>
                <w:color w:val="4B4F54"/>
                <w:sz w:val="18"/>
                <w:szCs w:val="48"/>
              </w:rPr>
              <w:t>registro</w:t>
            </w:r>
            <w:proofErr w:type="spellEnd"/>
            <w:r w:rsidRPr="007A4E54">
              <w:rPr>
                <w:rFonts w:ascii="Aptos" w:hAnsi="Aptos"/>
                <w:b/>
                <w:i/>
                <w:iCs/>
                <w:color w:val="4B4F54"/>
                <w:sz w:val="18"/>
                <w:szCs w:val="48"/>
              </w:rPr>
              <w:t>: ___________________</w:t>
            </w:r>
            <w:r w:rsidR="00CE767F">
              <w:rPr>
                <w:rFonts w:ascii="Aptos" w:hAnsi="Aptos"/>
                <w:b/>
                <w:i/>
                <w:iCs/>
                <w:color w:val="4B4F54"/>
                <w:sz w:val="18"/>
                <w:szCs w:val="48"/>
              </w:rPr>
              <w:t>_____</w:t>
            </w:r>
            <w:r w:rsidRPr="007A4E54">
              <w:rPr>
                <w:rFonts w:ascii="Aptos" w:hAnsi="Aptos"/>
                <w:b/>
                <w:i/>
                <w:iCs/>
                <w:color w:val="4B4F54"/>
                <w:sz w:val="18"/>
                <w:szCs w:val="48"/>
              </w:rPr>
              <w:t>____________</w:t>
            </w:r>
          </w:p>
        </w:tc>
        <w:tc>
          <w:tcPr>
            <w:tcW w:w="6491" w:type="dxa"/>
            <w:tcBorders>
              <w:top w:val="single" w:sz="4" w:space="0" w:color="BFC4C8"/>
              <w:left w:val="single" w:sz="4" w:space="0" w:color="BFC4C8"/>
              <w:bottom w:val="single" w:sz="4" w:space="0" w:color="BFC4C8"/>
              <w:right w:val="single" w:sz="4" w:space="0" w:color="BFC4C8"/>
            </w:tcBorders>
            <w:shd w:val="clear" w:color="auto" w:fill="F6F7F8"/>
            <w:tcMar>
              <w:top w:w="2" w:type="dxa"/>
              <w:left w:w="5" w:type="dxa"/>
              <w:bottom w:w="2" w:type="dxa"/>
              <w:right w:w="5" w:type="dxa"/>
            </w:tcMar>
            <w:vAlign w:val="center"/>
          </w:tcPr>
          <w:p w14:paraId="6394267F" w14:textId="7FA9530E" w:rsidR="00A769EC" w:rsidRPr="007A4E54" w:rsidRDefault="003546E3" w:rsidP="00911DA5">
            <w:pPr>
              <w:spacing w:after="0" w:line="240" w:lineRule="auto"/>
              <w:rPr>
                <w:i/>
                <w:iCs/>
                <w:sz w:val="48"/>
                <w:szCs w:val="48"/>
              </w:rPr>
            </w:pPr>
            <w:proofErr w:type="spellStart"/>
            <w:r w:rsidRPr="007A4E54">
              <w:rPr>
                <w:rFonts w:ascii="Aptos" w:hAnsi="Aptos"/>
                <w:i/>
                <w:iCs/>
                <w:color w:val="4B4F54"/>
                <w:sz w:val="18"/>
                <w:szCs w:val="48"/>
              </w:rPr>
              <w:t>Nombre</w:t>
            </w:r>
            <w:proofErr w:type="spellEnd"/>
            <w:r w:rsidRPr="007A4E54">
              <w:rPr>
                <w:rFonts w:ascii="Aptos" w:hAnsi="Aptos"/>
                <w:i/>
                <w:iCs/>
                <w:color w:val="4B4F54"/>
                <w:sz w:val="18"/>
                <w:szCs w:val="48"/>
              </w:rPr>
              <w:t xml:space="preserve"> del </w:t>
            </w:r>
            <w:r w:rsidR="00D8406E">
              <w:rPr>
                <w:rFonts w:ascii="Aptos" w:hAnsi="Aptos"/>
                <w:i/>
                <w:iCs/>
                <w:color w:val="4B4F54"/>
                <w:sz w:val="18"/>
                <w:szCs w:val="48"/>
              </w:rPr>
              <w:t>i</w:t>
            </w:r>
            <w:r w:rsidR="00B82D91" w:rsidRPr="007A4E54">
              <w:rPr>
                <w:rFonts w:ascii="Aptos" w:hAnsi="Aptos"/>
                <w:i/>
                <w:iCs/>
                <w:color w:val="4B4F54"/>
                <w:sz w:val="18"/>
                <w:szCs w:val="48"/>
              </w:rPr>
              <w:t>nvestigator</w:t>
            </w:r>
            <w:r w:rsidRPr="007A4E54">
              <w:rPr>
                <w:rFonts w:ascii="Aptos" w:hAnsi="Aptos"/>
                <w:i/>
                <w:iCs/>
                <w:color w:val="4B4F54"/>
                <w:sz w:val="18"/>
                <w:szCs w:val="48"/>
              </w:rPr>
              <w:t xml:space="preserve"> </w:t>
            </w:r>
            <w:proofErr w:type="spellStart"/>
            <w:r w:rsidRPr="007A4E54">
              <w:rPr>
                <w:rFonts w:ascii="Aptos" w:hAnsi="Aptos"/>
                <w:i/>
                <w:iCs/>
                <w:color w:val="4B4F54"/>
                <w:sz w:val="18"/>
                <w:szCs w:val="48"/>
              </w:rPr>
              <w:t>responsable</w:t>
            </w:r>
            <w:proofErr w:type="spellEnd"/>
            <w:r w:rsidRPr="007A4E54">
              <w:rPr>
                <w:rFonts w:ascii="Aptos" w:hAnsi="Aptos"/>
                <w:i/>
                <w:iCs/>
                <w:color w:val="4B4F54"/>
                <w:sz w:val="18"/>
                <w:szCs w:val="48"/>
              </w:rPr>
              <w:t>: _______________________________________</w:t>
            </w:r>
          </w:p>
        </w:tc>
      </w:tr>
      <w:tr w:rsidR="00A769EC" w:rsidRPr="003C6DB1" w14:paraId="7AE1DBF1" w14:textId="77777777" w:rsidTr="00CE767F">
        <w:trPr>
          <w:jc w:val="center"/>
        </w:trPr>
        <w:tc>
          <w:tcPr>
            <w:tcW w:w="4756" w:type="dxa"/>
            <w:tcBorders>
              <w:top w:val="single" w:sz="4" w:space="0" w:color="BFC4C8"/>
              <w:left w:val="single" w:sz="4" w:space="0" w:color="BFC4C8"/>
              <w:bottom w:val="single" w:sz="4" w:space="0" w:color="BFC4C8"/>
              <w:right w:val="single" w:sz="4" w:space="0" w:color="BFC4C8"/>
            </w:tcBorders>
            <w:shd w:val="clear" w:color="auto" w:fill="FFFFFF" w:themeFill="background1"/>
            <w:tcMar>
              <w:top w:w="2" w:type="dxa"/>
              <w:left w:w="5" w:type="dxa"/>
              <w:bottom w:w="2" w:type="dxa"/>
              <w:right w:w="5" w:type="dxa"/>
            </w:tcMar>
            <w:vAlign w:val="center"/>
          </w:tcPr>
          <w:p w14:paraId="1D3BDC96" w14:textId="29C937CD" w:rsidR="00A769EC" w:rsidRPr="003C6DB1" w:rsidRDefault="003546E3" w:rsidP="00911DA5">
            <w:pPr>
              <w:spacing w:after="0" w:line="240" w:lineRule="auto"/>
              <w:rPr>
                <w:i/>
                <w:iCs/>
                <w:sz w:val="48"/>
                <w:szCs w:val="48"/>
                <w:lang w:val="es-MX"/>
              </w:rPr>
            </w:pPr>
            <w:r w:rsidRPr="003C6DB1">
              <w:rPr>
                <w:rFonts w:ascii="Aptos" w:hAnsi="Aptos"/>
                <w:b/>
                <w:i/>
                <w:iCs/>
                <w:color w:val="4B4F54"/>
                <w:sz w:val="18"/>
                <w:szCs w:val="48"/>
                <w:lang w:val="es-MX"/>
              </w:rPr>
              <w:t>Sede donde se realizará el estudio: _____________________</w:t>
            </w:r>
          </w:p>
        </w:tc>
        <w:tc>
          <w:tcPr>
            <w:tcW w:w="6491" w:type="dxa"/>
            <w:tcBorders>
              <w:top w:val="single" w:sz="4" w:space="0" w:color="BFC4C8"/>
              <w:left w:val="single" w:sz="4" w:space="0" w:color="BFC4C8"/>
              <w:bottom w:val="single" w:sz="4" w:space="0" w:color="BFC4C8"/>
              <w:right w:val="single" w:sz="4" w:space="0" w:color="BFC4C8"/>
            </w:tcBorders>
            <w:shd w:val="clear" w:color="auto" w:fill="F6F7F8"/>
            <w:tcMar>
              <w:top w:w="2" w:type="dxa"/>
              <w:left w:w="5" w:type="dxa"/>
              <w:bottom w:w="2" w:type="dxa"/>
              <w:right w:w="5" w:type="dxa"/>
            </w:tcMar>
            <w:vAlign w:val="center"/>
          </w:tcPr>
          <w:p w14:paraId="1C8A2609" w14:textId="22A3FC75" w:rsidR="00A769EC" w:rsidRPr="003C6DB1" w:rsidRDefault="003546E3" w:rsidP="00911DA5">
            <w:pPr>
              <w:spacing w:after="0" w:line="240" w:lineRule="auto"/>
              <w:rPr>
                <w:i/>
                <w:iCs/>
                <w:sz w:val="48"/>
                <w:szCs w:val="48"/>
                <w:lang w:val="es-MX"/>
              </w:rPr>
            </w:pPr>
            <w:r w:rsidRPr="003C6DB1">
              <w:rPr>
                <w:rFonts w:ascii="Aptos" w:hAnsi="Aptos"/>
                <w:i/>
                <w:iCs/>
                <w:color w:val="4B4F54"/>
                <w:sz w:val="18"/>
                <w:szCs w:val="48"/>
                <w:lang w:val="es-MX"/>
              </w:rPr>
              <w:t xml:space="preserve">Nombre del </w:t>
            </w:r>
            <w:r w:rsidR="00D8406E">
              <w:rPr>
                <w:rFonts w:ascii="Aptos" w:hAnsi="Aptos"/>
                <w:i/>
                <w:iCs/>
                <w:color w:val="4B4F54"/>
                <w:sz w:val="18"/>
                <w:szCs w:val="48"/>
                <w:lang w:val="es-MX"/>
              </w:rPr>
              <w:t>p</w:t>
            </w:r>
            <w:r w:rsidRPr="003C6DB1">
              <w:rPr>
                <w:rFonts w:ascii="Aptos" w:hAnsi="Aptos"/>
                <w:i/>
                <w:iCs/>
                <w:color w:val="4B4F54"/>
                <w:sz w:val="18"/>
                <w:szCs w:val="48"/>
                <w:lang w:val="es-MX"/>
              </w:rPr>
              <w:t xml:space="preserve">royecto de </w:t>
            </w:r>
            <w:r w:rsidR="00F31811">
              <w:rPr>
                <w:rFonts w:ascii="Aptos" w:hAnsi="Aptos"/>
                <w:i/>
                <w:iCs/>
                <w:color w:val="4B4F54"/>
                <w:sz w:val="18"/>
                <w:szCs w:val="48"/>
                <w:lang w:val="es-MX"/>
              </w:rPr>
              <w:t>i</w:t>
            </w:r>
            <w:r w:rsidRPr="003C6DB1">
              <w:rPr>
                <w:rFonts w:ascii="Aptos" w:hAnsi="Aptos"/>
                <w:i/>
                <w:iCs/>
                <w:color w:val="4B4F54"/>
                <w:sz w:val="18"/>
                <w:szCs w:val="48"/>
                <w:lang w:val="es-MX"/>
              </w:rPr>
              <w:t>nvestigación: ______________________________________</w:t>
            </w:r>
          </w:p>
        </w:tc>
      </w:tr>
      <w:tr w:rsidR="00A769EC" w:rsidRPr="003C6DB1" w14:paraId="638FEE3D" w14:textId="77777777" w:rsidTr="00AC39DC">
        <w:trPr>
          <w:trHeight w:val="389"/>
          <w:jc w:val="center"/>
        </w:trPr>
        <w:tc>
          <w:tcPr>
            <w:tcW w:w="11247" w:type="dxa"/>
            <w:gridSpan w:val="2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  <w:shd w:val="clear" w:color="auto" w:fill="D9D9D9" w:themeFill="background1" w:themeFillShade="D9"/>
            <w:tcMar>
              <w:top w:w="2" w:type="dxa"/>
              <w:left w:w="7" w:type="dxa"/>
              <w:bottom w:w="2" w:type="dxa"/>
              <w:right w:w="7" w:type="dxa"/>
            </w:tcMar>
            <w:vAlign w:val="center"/>
          </w:tcPr>
          <w:p w14:paraId="45BFA0FD" w14:textId="77777777" w:rsidR="00A769EC" w:rsidRPr="003C6DB1" w:rsidRDefault="003546E3" w:rsidP="00911DA5">
            <w:pPr>
              <w:spacing w:after="0" w:line="240" w:lineRule="auto"/>
              <w:rPr>
                <w:sz w:val="48"/>
                <w:szCs w:val="48"/>
                <w:lang w:val="es-MX"/>
              </w:rPr>
            </w:pPr>
            <w:r w:rsidRPr="003C6DB1">
              <w:rPr>
                <w:rFonts w:ascii="Aptos" w:hAnsi="Aptos"/>
                <w:b/>
                <w:color w:val="000000" w:themeColor="text1"/>
                <w:sz w:val="24"/>
                <w:szCs w:val="56"/>
                <w:lang w:val="es-MX"/>
              </w:rPr>
              <w:t>▹</w:t>
            </w:r>
            <w:r w:rsidRPr="003C6DB1">
              <w:rPr>
                <w:rFonts w:ascii="Aptos" w:hAnsi="Aptos"/>
                <w:b/>
                <w:color w:val="000000" w:themeColor="text1"/>
                <w:sz w:val="20"/>
                <w:szCs w:val="48"/>
                <w:lang w:val="es-MX"/>
              </w:rPr>
              <w:t xml:space="preserve">  II. INFORMACIÓN SOBRE LA DONACIÓN</w:t>
            </w:r>
          </w:p>
        </w:tc>
      </w:tr>
    </w:tbl>
    <w:p w14:paraId="23B37C51" w14:textId="77777777" w:rsidR="00A769EC" w:rsidRPr="003C6DB1" w:rsidRDefault="003546E3" w:rsidP="004B6F21">
      <w:pPr>
        <w:spacing w:after="0" w:line="240" w:lineRule="auto"/>
        <w:jc w:val="center"/>
        <w:rPr>
          <w:sz w:val="48"/>
          <w:szCs w:val="48"/>
          <w:lang w:val="es-MX"/>
        </w:rPr>
      </w:pPr>
      <w:r w:rsidRPr="003C6DB1">
        <w:rPr>
          <w:rFonts w:ascii="Aptos" w:hAnsi="Aptos"/>
          <w:b/>
          <w:color w:val="4B4F54"/>
          <w:sz w:val="20"/>
          <w:szCs w:val="48"/>
          <w:lang w:val="es-MX"/>
        </w:rPr>
        <w:t>Explicación breve por parte del investigador a la persona participante:</w:t>
      </w:r>
    </w:p>
    <w:p w14:paraId="1D7A1D7C" w14:textId="44FC53BF" w:rsidR="00184BA1" w:rsidRPr="003C6DB1" w:rsidRDefault="00184BA1" w:rsidP="007A3596">
      <w:pPr>
        <w:pStyle w:val="NormalWeb"/>
        <w:spacing w:before="0" w:beforeAutospacing="0" w:after="0" w:afterAutospacing="0"/>
        <w:jc w:val="both"/>
        <w:rPr>
          <w:rFonts w:ascii="Aptos" w:eastAsiaTheme="minorEastAsia" w:hAnsi="Aptos" w:cstheme="minorBidi"/>
          <w:i/>
          <w:iCs/>
          <w:color w:val="2F3235"/>
          <w:sz w:val="18"/>
          <w:szCs w:val="48"/>
          <w:lang w:eastAsia="en-US"/>
        </w:rPr>
      </w:pPr>
      <w:r w:rsidRPr="003C6DB1">
        <w:rPr>
          <w:rFonts w:ascii="Aptos" w:eastAsiaTheme="minorEastAsia" w:hAnsi="Aptos" w:cstheme="minorBidi"/>
          <w:i/>
          <w:iCs/>
          <w:color w:val="2F3235"/>
          <w:sz w:val="18"/>
          <w:szCs w:val="48"/>
          <w:lang w:eastAsia="en-US"/>
        </w:rPr>
        <w:t xml:space="preserve">Mi nombre es </w:t>
      </w:r>
      <w:r w:rsidRPr="003C6DB1">
        <w:rPr>
          <w:rFonts w:ascii="Aptos" w:eastAsiaTheme="minorEastAsia" w:hAnsi="Aptos" w:cstheme="minorBidi"/>
          <w:b/>
          <w:bCs/>
          <w:i/>
          <w:iCs/>
          <w:color w:val="2F3235"/>
          <w:sz w:val="18"/>
          <w:szCs w:val="48"/>
          <w:lang w:eastAsia="en-US"/>
        </w:rPr>
        <w:t>________________________________________________</w:t>
      </w:r>
      <w:r w:rsidRPr="003C6DB1">
        <w:rPr>
          <w:rFonts w:ascii="Aptos" w:eastAsiaTheme="minorEastAsia" w:hAnsi="Aptos" w:cstheme="minorBidi"/>
          <w:i/>
          <w:iCs/>
          <w:color w:val="2F3235"/>
          <w:sz w:val="18"/>
          <w:szCs w:val="48"/>
          <w:lang w:eastAsia="en-US"/>
        </w:rPr>
        <w:t xml:space="preserve">, soy el/la investigador(a) responsable o integrante del </w:t>
      </w:r>
      <w:r w:rsidR="009F4FBE">
        <w:rPr>
          <w:rFonts w:ascii="Aptos" w:eastAsiaTheme="minorEastAsia" w:hAnsi="Aptos" w:cstheme="minorBidi"/>
          <w:i/>
          <w:iCs/>
          <w:color w:val="2F3235"/>
          <w:sz w:val="18"/>
          <w:szCs w:val="48"/>
          <w:lang w:eastAsia="en-US"/>
        </w:rPr>
        <w:t>p</w:t>
      </w:r>
      <w:r w:rsidRPr="003C6DB1">
        <w:rPr>
          <w:rFonts w:ascii="Aptos" w:eastAsiaTheme="minorEastAsia" w:hAnsi="Aptos" w:cstheme="minorBidi"/>
          <w:i/>
          <w:iCs/>
          <w:color w:val="2F3235"/>
          <w:sz w:val="18"/>
          <w:szCs w:val="48"/>
          <w:lang w:eastAsia="en-US"/>
        </w:rPr>
        <w:t xml:space="preserve">royecto de </w:t>
      </w:r>
      <w:r w:rsidR="009F4FBE">
        <w:rPr>
          <w:rFonts w:ascii="Aptos" w:eastAsiaTheme="minorEastAsia" w:hAnsi="Aptos" w:cstheme="minorBidi"/>
          <w:i/>
          <w:iCs/>
          <w:color w:val="2F3235"/>
          <w:sz w:val="18"/>
          <w:szCs w:val="48"/>
          <w:lang w:eastAsia="en-US"/>
        </w:rPr>
        <w:t>i</w:t>
      </w:r>
      <w:r w:rsidRPr="003C6DB1">
        <w:rPr>
          <w:rFonts w:ascii="Aptos" w:eastAsiaTheme="minorEastAsia" w:hAnsi="Aptos" w:cstheme="minorBidi"/>
          <w:i/>
          <w:iCs/>
          <w:color w:val="2F3235"/>
          <w:sz w:val="18"/>
          <w:szCs w:val="48"/>
          <w:lang w:eastAsia="en-US"/>
        </w:rPr>
        <w:t xml:space="preserve">nvestigación </w:t>
      </w:r>
      <w:proofErr w:type="gramStart"/>
      <w:r w:rsidRPr="003C6DB1">
        <w:rPr>
          <w:rFonts w:ascii="Aptos" w:eastAsiaTheme="minorEastAsia" w:hAnsi="Aptos" w:cstheme="minorBidi"/>
          <w:i/>
          <w:iCs/>
          <w:color w:val="2F3235"/>
          <w:sz w:val="18"/>
          <w:szCs w:val="48"/>
          <w:lang w:eastAsia="en-US"/>
        </w:rPr>
        <w:t>denominado:</w:t>
      </w:r>
      <w:r w:rsidRPr="003C6DB1">
        <w:rPr>
          <w:rFonts w:ascii="Aptos" w:eastAsiaTheme="minorEastAsia" w:hAnsi="Aptos" w:cstheme="minorBidi"/>
          <w:b/>
          <w:bCs/>
          <w:i/>
          <w:iCs/>
          <w:color w:val="2F3235"/>
          <w:sz w:val="18"/>
          <w:szCs w:val="48"/>
          <w:lang w:eastAsia="en-US"/>
        </w:rPr>
        <w:t>_</w:t>
      </w:r>
      <w:proofErr w:type="gramEnd"/>
      <w:r w:rsidRPr="003C6DB1">
        <w:rPr>
          <w:rFonts w:ascii="Aptos" w:eastAsiaTheme="minorEastAsia" w:hAnsi="Aptos" w:cstheme="minorBidi"/>
          <w:b/>
          <w:bCs/>
          <w:i/>
          <w:iCs/>
          <w:color w:val="2F3235"/>
          <w:sz w:val="18"/>
          <w:szCs w:val="48"/>
          <w:lang w:eastAsia="en-US"/>
        </w:rPr>
        <w:t>_________________________________________________________________________________</w:t>
      </w:r>
      <w:r w:rsidR="00F16B5C" w:rsidRPr="003C6DB1">
        <w:rPr>
          <w:rFonts w:ascii="Aptos" w:eastAsiaTheme="minorEastAsia" w:hAnsi="Aptos" w:cstheme="minorBidi"/>
          <w:i/>
          <w:iCs/>
          <w:color w:val="2F3235"/>
          <w:sz w:val="18"/>
          <w:szCs w:val="48"/>
          <w:lang w:eastAsia="en-US"/>
        </w:rPr>
        <w:t>.</w:t>
      </w:r>
      <w:r w:rsidR="00E7637A" w:rsidRPr="003C6DB1">
        <w:rPr>
          <w:rFonts w:ascii="Aptos" w:eastAsiaTheme="minorEastAsia" w:hAnsi="Aptos" w:cstheme="minorBidi"/>
          <w:i/>
          <w:iCs/>
          <w:color w:val="2F3235"/>
          <w:sz w:val="18"/>
          <w:szCs w:val="48"/>
          <w:lang w:eastAsia="en-US"/>
        </w:rPr>
        <w:t xml:space="preserve"> </w:t>
      </w:r>
      <w:r w:rsidRPr="003C6DB1">
        <w:rPr>
          <w:rFonts w:ascii="Aptos" w:eastAsiaTheme="minorEastAsia" w:hAnsi="Aptos" w:cstheme="minorBidi"/>
          <w:i/>
          <w:iCs/>
          <w:color w:val="2F3235"/>
          <w:sz w:val="18"/>
          <w:szCs w:val="48"/>
          <w:lang w:eastAsia="en-US"/>
        </w:rPr>
        <w:t xml:space="preserve">El propósito de este estudio es </w:t>
      </w:r>
      <w:r w:rsidRPr="003C6DB1">
        <w:rPr>
          <w:rFonts w:ascii="Aptos" w:eastAsiaTheme="minorEastAsia" w:hAnsi="Aptos" w:cstheme="minorBidi"/>
          <w:b/>
          <w:bCs/>
          <w:i/>
          <w:iCs/>
          <w:color w:val="2F3235"/>
          <w:sz w:val="18"/>
          <w:szCs w:val="48"/>
          <w:lang w:eastAsia="en-US"/>
        </w:rPr>
        <w:t>__________________________________________________________________________________________________________________________________________________________________________</w:t>
      </w:r>
      <w:r w:rsidRPr="003C6DB1">
        <w:rPr>
          <w:rFonts w:ascii="Aptos" w:eastAsiaTheme="minorEastAsia" w:hAnsi="Aptos" w:cstheme="minorBidi"/>
          <w:i/>
          <w:iCs/>
          <w:color w:val="2F3235"/>
          <w:sz w:val="18"/>
          <w:szCs w:val="48"/>
          <w:lang w:eastAsia="en-US"/>
        </w:rPr>
        <w:t>.</w:t>
      </w:r>
      <w:r w:rsidR="004F7D50" w:rsidRPr="003C6DB1">
        <w:rPr>
          <w:rFonts w:ascii="Aptos" w:eastAsiaTheme="minorEastAsia" w:hAnsi="Aptos" w:cstheme="minorBidi"/>
          <w:i/>
          <w:iCs/>
          <w:color w:val="2F3235"/>
          <w:sz w:val="18"/>
          <w:szCs w:val="48"/>
          <w:lang w:eastAsia="en-US"/>
        </w:rPr>
        <w:t xml:space="preserve"> </w:t>
      </w:r>
      <w:r w:rsidRPr="003C6DB1">
        <w:rPr>
          <w:rFonts w:ascii="Aptos" w:eastAsiaTheme="minorEastAsia" w:hAnsi="Aptos" w:cstheme="minorBidi"/>
          <w:i/>
          <w:iCs/>
          <w:color w:val="2F3235"/>
          <w:sz w:val="18"/>
          <w:szCs w:val="48"/>
          <w:lang w:eastAsia="en-US"/>
        </w:rPr>
        <w:t xml:space="preserve">Para el desarrollo de esta investigación, se solicita su colaboración mediante la </w:t>
      </w:r>
      <w:r w:rsidRPr="003C6DB1">
        <w:rPr>
          <w:rFonts w:ascii="Aptos" w:eastAsiaTheme="minorEastAsia" w:hAnsi="Aptos" w:cstheme="minorBidi"/>
          <w:b/>
          <w:bCs/>
          <w:i/>
          <w:iCs/>
          <w:color w:val="2F3235"/>
          <w:sz w:val="18"/>
          <w:szCs w:val="48"/>
          <w:lang w:eastAsia="en-US"/>
        </w:rPr>
        <w:t>donación voluntaria de tejido o material biológico</w:t>
      </w:r>
      <w:r w:rsidRPr="003C6DB1">
        <w:rPr>
          <w:rFonts w:ascii="Aptos" w:eastAsiaTheme="minorEastAsia" w:hAnsi="Aptos" w:cstheme="minorBidi"/>
          <w:i/>
          <w:iCs/>
          <w:color w:val="2F3235"/>
          <w:sz w:val="18"/>
          <w:szCs w:val="48"/>
          <w:lang w:eastAsia="en-US"/>
        </w:rPr>
        <w:t xml:space="preserve">, que podrá consistir, según corresponda al </w:t>
      </w:r>
      <w:r w:rsidR="00B665E8">
        <w:rPr>
          <w:rFonts w:ascii="Aptos" w:eastAsiaTheme="minorEastAsia" w:hAnsi="Aptos" w:cstheme="minorBidi"/>
          <w:i/>
          <w:iCs/>
          <w:color w:val="2F3235"/>
          <w:sz w:val="18"/>
          <w:szCs w:val="48"/>
          <w:lang w:eastAsia="en-US"/>
        </w:rPr>
        <w:t>p</w:t>
      </w:r>
      <w:r w:rsidRPr="003C6DB1">
        <w:rPr>
          <w:rFonts w:ascii="Aptos" w:eastAsiaTheme="minorEastAsia" w:hAnsi="Aptos" w:cstheme="minorBidi"/>
          <w:i/>
          <w:iCs/>
          <w:color w:val="2F3235"/>
          <w:sz w:val="18"/>
          <w:szCs w:val="48"/>
          <w:lang w:eastAsia="en-US"/>
        </w:rPr>
        <w:t xml:space="preserve">royecto de </w:t>
      </w:r>
      <w:r w:rsidR="00B665E8">
        <w:rPr>
          <w:rFonts w:ascii="Aptos" w:eastAsiaTheme="minorEastAsia" w:hAnsi="Aptos" w:cstheme="minorBidi"/>
          <w:i/>
          <w:iCs/>
          <w:color w:val="2F3235"/>
          <w:sz w:val="18"/>
          <w:szCs w:val="48"/>
          <w:lang w:eastAsia="en-US"/>
        </w:rPr>
        <w:t>i</w:t>
      </w:r>
      <w:r w:rsidRPr="003C6DB1">
        <w:rPr>
          <w:rFonts w:ascii="Aptos" w:eastAsiaTheme="minorEastAsia" w:hAnsi="Aptos" w:cstheme="minorBidi"/>
          <w:i/>
          <w:iCs/>
          <w:color w:val="2F3235"/>
          <w:sz w:val="18"/>
          <w:szCs w:val="48"/>
          <w:lang w:eastAsia="en-US"/>
        </w:rPr>
        <w:t>nvestigación</w:t>
      </w:r>
      <w:r w:rsidR="00B665E8">
        <w:rPr>
          <w:rFonts w:ascii="Aptos" w:eastAsiaTheme="minorEastAsia" w:hAnsi="Aptos" w:cstheme="minorBidi"/>
          <w:i/>
          <w:iCs/>
          <w:color w:val="2F3235"/>
          <w:sz w:val="18"/>
          <w:szCs w:val="48"/>
          <w:lang w:eastAsia="en-US"/>
        </w:rPr>
        <w:t xml:space="preserve"> </w:t>
      </w:r>
      <w:r w:rsidRPr="003C6DB1">
        <w:rPr>
          <w:rFonts w:ascii="Aptos" w:eastAsiaTheme="minorEastAsia" w:hAnsi="Aptos" w:cstheme="minorBidi"/>
          <w:i/>
          <w:iCs/>
          <w:color w:val="2F3235"/>
          <w:sz w:val="18"/>
          <w:szCs w:val="48"/>
          <w:lang w:eastAsia="en-US"/>
        </w:rPr>
        <w:t xml:space="preserve">en: </w:t>
      </w:r>
      <w:r w:rsidRPr="003C6DB1">
        <w:rPr>
          <w:rFonts w:ascii="Aptos" w:eastAsiaTheme="minorEastAsia" w:hAnsi="Aptos" w:cstheme="minorBidi"/>
          <w:b/>
          <w:bCs/>
          <w:i/>
          <w:iCs/>
          <w:color w:val="2F3235"/>
          <w:sz w:val="18"/>
          <w:szCs w:val="48"/>
          <w:lang w:eastAsia="en-US"/>
        </w:rPr>
        <w:t>dientes, células, biopelícula dental, tejido pulpar, mucosa oral, saliva, sangre, tejido óseo, biopsia, entre otros</w:t>
      </w:r>
      <w:r w:rsidRPr="003C6DB1">
        <w:rPr>
          <w:rFonts w:ascii="Aptos" w:eastAsiaTheme="minorEastAsia" w:hAnsi="Aptos" w:cstheme="minorBidi"/>
          <w:i/>
          <w:iCs/>
          <w:color w:val="2F3235"/>
          <w:sz w:val="18"/>
          <w:szCs w:val="48"/>
          <w:lang w:eastAsia="en-US"/>
        </w:rPr>
        <w:t>.</w:t>
      </w:r>
    </w:p>
    <w:p w14:paraId="70C9DC76" w14:textId="289E64AE" w:rsidR="00184BA1" w:rsidRPr="003C6DB1" w:rsidRDefault="00184BA1" w:rsidP="00FE73E2">
      <w:pPr>
        <w:pStyle w:val="NormalWeb"/>
        <w:spacing w:before="0" w:beforeAutospacing="0" w:after="0" w:afterAutospacing="0"/>
        <w:jc w:val="both"/>
        <w:rPr>
          <w:rFonts w:ascii="Aptos" w:eastAsiaTheme="minorEastAsia" w:hAnsi="Aptos" w:cstheme="minorBidi"/>
          <w:i/>
          <w:iCs/>
          <w:color w:val="2F3235"/>
          <w:sz w:val="18"/>
          <w:szCs w:val="48"/>
          <w:lang w:eastAsia="en-US"/>
        </w:rPr>
      </w:pPr>
      <w:r w:rsidRPr="003C6DB1">
        <w:rPr>
          <w:rFonts w:ascii="Aptos" w:eastAsiaTheme="minorEastAsia" w:hAnsi="Aptos" w:cstheme="minorBidi"/>
          <w:i/>
          <w:iCs/>
          <w:color w:val="2F3235"/>
          <w:sz w:val="18"/>
          <w:szCs w:val="48"/>
          <w:lang w:eastAsia="en-US"/>
        </w:rPr>
        <w:t xml:space="preserve">El material donado será utilizado para la realización de los procedimientos, análisis o pruebas contemplados en el </w:t>
      </w:r>
      <w:r w:rsidR="00B665E8">
        <w:rPr>
          <w:rFonts w:ascii="Aptos" w:eastAsiaTheme="minorEastAsia" w:hAnsi="Aptos" w:cstheme="minorBidi"/>
          <w:i/>
          <w:iCs/>
          <w:color w:val="2F3235"/>
          <w:sz w:val="18"/>
          <w:szCs w:val="48"/>
          <w:lang w:eastAsia="en-US"/>
        </w:rPr>
        <w:t>p</w:t>
      </w:r>
      <w:r w:rsidRPr="003C6DB1">
        <w:rPr>
          <w:rFonts w:ascii="Aptos" w:eastAsiaTheme="minorEastAsia" w:hAnsi="Aptos" w:cstheme="minorBidi"/>
          <w:i/>
          <w:iCs/>
          <w:color w:val="2F3235"/>
          <w:sz w:val="18"/>
          <w:szCs w:val="48"/>
          <w:lang w:eastAsia="en-US"/>
        </w:rPr>
        <w:t xml:space="preserve">royecto de </w:t>
      </w:r>
      <w:r w:rsidR="00B665E8">
        <w:rPr>
          <w:rFonts w:ascii="Aptos" w:eastAsiaTheme="minorEastAsia" w:hAnsi="Aptos" w:cstheme="minorBidi"/>
          <w:i/>
          <w:iCs/>
          <w:color w:val="2F3235"/>
          <w:sz w:val="18"/>
          <w:szCs w:val="48"/>
          <w:lang w:eastAsia="en-US"/>
        </w:rPr>
        <w:t>i</w:t>
      </w:r>
      <w:r w:rsidRPr="003C6DB1">
        <w:rPr>
          <w:rFonts w:ascii="Aptos" w:eastAsiaTheme="minorEastAsia" w:hAnsi="Aptos" w:cstheme="minorBidi"/>
          <w:i/>
          <w:iCs/>
          <w:color w:val="2F3235"/>
          <w:sz w:val="18"/>
          <w:szCs w:val="48"/>
          <w:lang w:eastAsia="en-US"/>
        </w:rPr>
        <w:t xml:space="preserve">nvestigación. Antes de que usted tome una decisión, el/la investigador(a) le explicará de manera </w:t>
      </w:r>
      <w:r w:rsidRPr="003C6DB1">
        <w:rPr>
          <w:rFonts w:ascii="Aptos" w:eastAsiaTheme="minorEastAsia" w:hAnsi="Aptos" w:cstheme="minorBidi"/>
          <w:b/>
          <w:bCs/>
          <w:i/>
          <w:iCs/>
          <w:color w:val="2F3235"/>
          <w:sz w:val="18"/>
          <w:szCs w:val="48"/>
          <w:lang w:eastAsia="en-US"/>
        </w:rPr>
        <w:t>clara y comprensible</w:t>
      </w:r>
      <w:r w:rsidRPr="003C6DB1">
        <w:rPr>
          <w:rFonts w:ascii="Aptos" w:eastAsiaTheme="minorEastAsia" w:hAnsi="Aptos" w:cstheme="minorBidi"/>
          <w:i/>
          <w:iCs/>
          <w:color w:val="2F3235"/>
          <w:sz w:val="18"/>
          <w:szCs w:val="48"/>
          <w:lang w:eastAsia="en-US"/>
        </w:rPr>
        <w:t xml:space="preserve"> en qué consiste la donación, cuál será el uso del material proporcionado, los procedimientos que se realizarán y cualquier información relevante relacionada con su participación.</w:t>
      </w:r>
    </w:p>
    <w:p w14:paraId="0B1B8079" w14:textId="30E51A9D" w:rsidR="00184BA1" w:rsidRPr="003C6DB1" w:rsidRDefault="00184BA1" w:rsidP="00FE73E2">
      <w:pPr>
        <w:pStyle w:val="NormalWeb"/>
        <w:spacing w:before="0" w:beforeAutospacing="0" w:after="0" w:afterAutospacing="0"/>
        <w:jc w:val="both"/>
        <w:rPr>
          <w:rFonts w:ascii="Aptos" w:eastAsiaTheme="minorEastAsia" w:hAnsi="Aptos" w:cstheme="minorBidi"/>
          <w:i/>
          <w:iCs/>
          <w:color w:val="2F3235"/>
          <w:sz w:val="18"/>
          <w:szCs w:val="48"/>
          <w:lang w:eastAsia="en-US"/>
        </w:rPr>
      </w:pPr>
      <w:r w:rsidRPr="003C6DB1">
        <w:rPr>
          <w:rFonts w:ascii="Aptos" w:eastAsiaTheme="minorEastAsia" w:hAnsi="Aptos" w:cstheme="minorBidi"/>
          <w:i/>
          <w:iCs/>
          <w:color w:val="2F3235"/>
          <w:sz w:val="18"/>
          <w:szCs w:val="48"/>
          <w:lang w:eastAsia="en-US"/>
        </w:rPr>
        <w:t xml:space="preserve">Es importante que </w:t>
      </w:r>
      <w:r w:rsidRPr="003C6DB1">
        <w:rPr>
          <w:rFonts w:ascii="Aptos" w:eastAsiaTheme="minorEastAsia" w:hAnsi="Aptos" w:cstheme="minorBidi"/>
          <w:b/>
          <w:bCs/>
          <w:i/>
          <w:iCs/>
          <w:color w:val="2F3235"/>
          <w:sz w:val="18"/>
          <w:szCs w:val="48"/>
          <w:lang w:eastAsia="en-US"/>
        </w:rPr>
        <w:t xml:space="preserve">lea y comprenda la información contenida en este </w:t>
      </w:r>
      <w:r w:rsidR="00420615">
        <w:rPr>
          <w:rFonts w:ascii="Aptos" w:eastAsiaTheme="minorEastAsia" w:hAnsi="Aptos" w:cstheme="minorBidi"/>
          <w:b/>
          <w:bCs/>
          <w:i/>
          <w:iCs/>
          <w:color w:val="2F3235"/>
          <w:sz w:val="18"/>
          <w:szCs w:val="48"/>
          <w:lang w:eastAsia="en-US"/>
        </w:rPr>
        <w:t>c</w:t>
      </w:r>
      <w:r w:rsidRPr="003C6DB1">
        <w:rPr>
          <w:rFonts w:ascii="Aptos" w:eastAsiaTheme="minorEastAsia" w:hAnsi="Aptos" w:cstheme="minorBidi"/>
          <w:b/>
          <w:bCs/>
          <w:i/>
          <w:iCs/>
          <w:color w:val="2F3235"/>
          <w:sz w:val="18"/>
          <w:szCs w:val="48"/>
          <w:lang w:eastAsia="en-US"/>
        </w:rPr>
        <w:t xml:space="preserve">onsentimiento </w:t>
      </w:r>
      <w:r w:rsidR="00420615">
        <w:rPr>
          <w:rFonts w:ascii="Aptos" w:eastAsiaTheme="minorEastAsia" w:hAnsi="Aptos" w:cstheme="minorBidi"/>
          <w:b/>
          <w:bCs/>
          <w:i/>
          <w:iCs/>
          <w:color w:val="2F3235"/>
          <w:sz w:val="18"/>
          <w:szCs w:val="48"/>
          <w:lang w:eastAsia="en-US"/>
        </w:rPr>
        <w:t>i</w:t>
      </w:r>
      <w:r w:rsidRPr="003C6DB1">
        <w:rPr>
          <w:rFonts w:ascii="Aptos" w:eastAsiaTheme="minorEastAsia" w:hAnsi="Aptos" w:cstheme="minorBidi"/>
          <w:b/>
          <w:bCs/>
          <w:i/>
          <w:iCs/>
          <w:color w:val="2F3235"/>
          <w:sz w:val="18"/>
          <w:szCs w:val="48"/>
          <w:lang w:eastAsia="en-US"/>
        </w:rPr>
        <w:t>nformado</w:t>
      </w:r>
      <w:r w:rsidRPr="003C6DB1">
        <w:rPr>
          <w:rFonts w:ascii="Aptos" w:eastAsiaTheme="minorEastAsia" w:hAnsi="Aptos" w:cstheme="minorBidi"/>
          <w:i/>
          <w:iCs/>
          <w:color w:val="2F3235"/>
          <w:sz w:val="18"/>
          <w:szCs w:val="48"/>
          <w:lang w:eastAsia="en-US"/>
        </w:rPr>
        <w:t>. Si algún aspecto no le resulta claro, puede realizar todas las preguntas que considere necesarias y solicitar las explicaciones adicionales que requiera antes de tomar una decisión.</w:t>
      </w:r>
    </w:p>
    <w:p w14:paraId="391C611F" w14:textId="77777777" w:rsidR="00184BA1" w:rsidRPr="003C6DB1" w:rsidRDefault="00184BA1" w:rsidP="00FE73E2">
      <w:pPr>
        <w:pStyle w:val="NormalWeb"/>
        <w:spacing w:before="0" w:beforeAutospacing="0" w:after="0" w:afterAutospacing="0"/>
        <w:jc w:val="both"/>
        <w:rPr>
          <w:rFonts w:ascii="Aptos" w:eastAsiaTheme="minorEastAsia" w:hAnsi="Aptos" w:cstheme="minorBidi"/>
          <w:i/>
          <w:iCs/>
          <w:color w:val="2F3235"/>
          <w:sz w:val="18"/>
          <w:szCs w:val="48"/>
          <w:lang w:eastAsia="en-US"/>
        </w:rPr>
      </w:pPr>
      <w:r w:rsidRPr="003C6DB1">
        <w:rPr>
          <w:rFonts w:ascii="Aptos" w:eastAsiaTheme="minorEastAsia" w:hAnsi="Aptos" w:cstheme="minorBidi"/>
          <w:b/>
          <w:bCs/>
          <w:i/>
          <w:iCs/>
          <w:color w:val="2F3235"/>
          <w:sz w:val="18"/>
          <w:szCs w:val="48"/>
          <w:lang w:eastAsia="en-US"/>
        </w:rPr>
        <w:t>Su decisión de participar y realizar la donación es voluntaria.</w:t>
      </w:r>
      <w:r w:rsidRPr="003C6DB1">
        <w:rPr>
          <w:rFonts w:ascii="Aptos" w:eastAsiaTheme="minorEastAsia" w:hAnsi="Aptos" w:cstheme="minorBidi"/>
          <w:i/>
          <w:iCs/>
          <w:color w:val="2F3235"/>
          <w:sz w:val="18"/>
          <w:szCs w:val="48"/>
          <w:lang w:eastAsia="en-US"/>
        </w:rPr>
        <w:t xml:space="preserve"> Una vez que haya recibido la información correspondiente, comprendido el contenido del presente documento y aclarado sus dudas, podrá decidir libremente si desea o no realizar la donación.</w:t>
      </w:r>
    </w:p>
    <w:p w14:paraId="10C6C0D3" w14:textId="63C76138" w:rsidR="00184BA1" w:rsidRPr="003C6DB1" w:rsidRDefault="00184BA1" w:rsidP="00FE73E2">
      <w:pPr>
        <w:pStyle w:val="NormalWeb"/>
        <w:spacing w:before="0" w:beforeAutospacing="0" w:after="0" w:afterAutospacing="0"/>
        <w:jc w:val="both"/>
        <w:rPr>
          <w:rFonts w:ascii="Aptos" w:eastAsiaTheme="minorEastAsia" w:hAnsi="Aptos" w:cstheme="minorBidi"/>
          <w:i/>
          <w:iCs/>
          <w:color w:val="2F3235"/>
          <w:sz w:val="18"/>
          <w:szCs w:val="48"/>
          <w:lang w:eastAsia="en-US"/>
        </w:rPr>
      </w:pPr>
      <w:r w:rsidRPr="003C6DB1">
        <w:rPr>
          <w:rFonts w:ascii="Aptos" w:eastAsiaTheme="minorEastAsia" w:hAnsi="Aptos" w:cstheme="minorBidi"/>
          <w:i/>
          <w:iCs/>
          <w:color w:val="2F3235"/>
          <w:sz w:val="18"/>
          <w:szCs w:val="48"/>
          <w:lang w:eastAsia="en-US"/>
        </w:rPr>
        <w:t xml:space="preserve">En caso de aceptar, se solicitará su </w:t>
      </w:r>
      <w:r w:rsidRPr="003C6DB1">
        <w:rPr>
          <w:rFonts w:ascii="Aptos" w:eastAsiaTheme="minorEastAsia" w:hAnsi="Aptos" w:cstheme="minorBidi"/>
          <w:b/>
          <w:bCs/>
          <w:i/>
          <w:iCs/>
          <w:color w:val="2F3235"/>
          <w:sz w:val="18"/>
          <w:szCs w:val="48"/>
          <w:lang w:eastAsia="en-US"/>
        </w:rPr>
        <w:t>firma como manifestación de su voluntad y conformidad para participar y realizar la donación</w:t>
      </w:r>
      <w:r w:rsidRPr="003C6DB1">
        <w:rPr>
          <w:rFonts w:ascii="Aptos" w:eastAsiaTheme="minorEastAsia" w:hAnsi="Aptos" w:cstheme="minorBidi"/>
          <w:i/>
          <w:iCs/>
          <w:color w:val="2F3235"/>
          <w:sz w:val="18"/>
          <w:szCs w:val="48"/>
          <w:lang w:eastAsia="en-US"/>
        </w:rPr>
        <w:t xml:space="preserve">, de acuerdo con lo establecido en el presente </w:t>
      </w:r>
      <w:r w:rsidR="00420615">
        <w:rPr>
          <w:rFonts w:ascii="Aptos" w:eastAsiaTheme="minorEastAsia" w:hAnsi="Aptos" w:cstheme="minorBidi"/>
          <w:i/>
          <w:iCs/>
          <w:color w:val="2F3235"/>
          <w:sz w:val="18"/>
          <w:szCs w:val="48"/>
          <w:lang w:eastAsia="en-US"/>
        </w:rPr>
        <w:t>c</w:t>
      </w:r>
      <w:r w:rsidRPr="003C6DB1">
        <w:rPr>
          <w:rFonts w:ascii="Aptos" w:eastAsiaTheme="minorEastAsia" w:hAnsi="Aptos" w:cstheme="minorBidi"/>
          <w:i/>
          <w:iCs/>
          <w:color w:val="2F3235"/>
          <w:sz w:val="18"/>
          <w:szCs w:val="48"/>
          <w:lang w:eastAsia="en-US"/>
        </w:rPr>
        <w:t xml:space="preserve">onsentimiento </w:t>
      </w:r>
      <w:r w:rsidR="00420615">
        <w:rPr>
          <w:rFonts w:ascii="Aptos" w:eastAsiaTheme="minorEastAsia" w:hAnsi="Aptos" w:cstheme="minorBidi"/>
          <w:i/>
          <w:iCs/>
          <w:color w:val="2F3235"/>
          <w:sz w:val="18"/>
          <w:szCs w:val="48"/>
          <w:lang w:eastAsia="en-US"/>
        </w:rPr>
        <w:t>i</w:t>
      </w:r>
      <w:r w:rsidRPr="003C6DB1">
        <w:rPr>
          <w:rFonts w:ascii="Aptos" w:eastAsiaTheme="minorEastAsia" w:hAnsi="Aptos" w:cstheme="minorBidi"/>
          <w:i/>
          <w:iCs/>
          <w:color w:val="2F3235"/>
          <w:sz w:val="18"/>
          <w:szCs w:val="48"/>
          <w:lang w:eastAsia="en-US"/>
        </w:rPr>
        <w:t>nformado.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88"/>
        <w:gridCol w:w="5688"/>
      </w:tblGrid>
      <w:tr w:rsidR="00A769EC" w:rsidRPr="007A4E54" w14:paraId="70055B9E" w14:textId="77777777" w:rsidTr="001C7140">
        <w:trPr>
          <w:trHeight w:val="331"/>
        </w:trPr>
        <w:tc>
          <w:tcPr>
            <w:tcW w:w="5688" w:type="dxa"/>
            <w:tcBorders>
              <w:top w:val="single" w:sz="4" w:space="0" w:color="BFC4C8"/>
              <w:left w:val="single" w:sz="4" w:space="0" w:color="BFC4C8"/>
              <w:bottom w:val="single" w:sz="4" w:space="0" w:color="BFC4C8"/>
              <w:right w:val="single" w:sz="4" w:space="0" w:color="BFC4C8"/>
            </w:tcBorders>
            <w:shd w:val="clear" w:color="auto" w:fill="E2E5E7"/>
            <w:tcMar>
              <w:top w:w="2" w:type="dxa"/>
              <w:left w:w="4" w:type="dxa"/>
              <w:bottom w:w="2" w:type="dxa"/>
              <w:right w:w="4" w:type="dxa"/>
            </w:tcMar>
          </w:tcPr>
          <w:p w14:paraId="4565461B" w14:textId="77777777" w:rsidR="00A769EC" w:rsidRPr="007A4E54" w:rsidRDefault="003546E3" w:rsidP="00911DA5">
            <w:pPr>
              <w:spacing w:after="0" w:line="240" w:lineRule="auto"/>
              <w:rPr>
                <w:i/>
                <w:iCs/>
                <w:sz w:val="48"/>
                <w:szCs w:val="48"/>
              </w:rPr>
            </w:pPr>
            <w:proofErr w:type="spellStart"/>
            <w:r w:rsidRPr="007A4E54">
              <w:rPr>
                <w:rFonts w:ascii="Aptos" w:hAnsi="Aptos"/>
                <w:b/>
                <w:i/>
                <w:iCs/>
                <w:color w:val="4B4F54"/>
                <w:sz w:val="18"/>
                <w:szCs w:val="48"/>
              </w:rPr>
              <w:t>Pruebas</w:t>
            </w:r>
            <w:proofErr w:type="spellEnd"/>
            <w:r w:rsidRPr="007A4E54">
              <w:rPr>
                <w:rFonts w:ascii="Aptos" w:hAnsi="Aptos"/>
                <w:b/>
                <w:i/>
                <w:iCs/>
                <w:color w:val="4B4F54"/>
                <w:sz w:val="18"/>
                <w:szCs w:val="48"/>
              </w:rPr>
              <w:t xml:space="preserve"> a </w:t>
            </w:r>
            <w:proofErr w:type="spellStart"/>
            <w:r w:rsidRPr="007A4E54">
              <w:rPr>
                <w:rFonts w:ascii="Aptos" w:hAnsi="Aptos"/>
                <w:b/>
                <w:i/>
                <w:iCs/>
                <w:color w:val="4B4F54"/>
                <w:sz w:val="18"/>
                <w:szCs w:val="48"/>
              </w:rPr>
              <w:t>realizar</w:t>
            </w:r>
            <w:proofErr w:type="spellEnd"/>
            <w:r w:rsidRPr="007A4E54">
              <w:rPr>
                <w:rFonts w:ascii="Aptos" w:hAnsi="Aptos"/>
                <w:b/>
                <w:i/>
                <w:iCs/>
                <w:color w:val="4B4F54"/>
                <w:sz w:val="18"/>
                <w:szCs w:val="48"/>
              </w:rPr>
              <w:t>:</w:t>
            </w:r>
          </w:p>
        </w:tc>
        <w:tc>
          <w:tcPr>
            <w:tcW w:w="5688" w:type="dxa"/>
            <w:tcBorders>
              <w:top w:val="single" w:sz="4" w:space="0" w:color="BFC4C8"/>
              <w:left w:val="single" w:sz="4" w:space="0" w:color="BFC4C8"/>
              <w:bottom w:val="single" w:sz="4" w:space="0" w:color="BFC4C8"/>
              <w:right w:val="single" w:sz="4" w:space="0" w:color="BFC4C8"/>
            </w:tcBorders>
            <w:shd w:val="clear" w:color="auto" w:fill="F6F7F8"/>
            <w:tcMar>
              <w:top w:w="2" w:type="dxa"/>
              <w:left w:w="4" w:type="dxa"/>
              <w:bottom w:w="2" w:type="dxa"/>
              <w:right w:w="4" w:type="dxa"/>
            </w:tcMar>
          </w:tcPr>
          <w:p w14:paraId="593F64A8" w14:textId="722B7648" w:rsidR="00A769EC" w:rsidRPr="007A4E54" w:rsidRDefault="003546E3" w:rsidP="00911DA5">
            <w:pPr>
              <w:spacing w:after="0" w:line="240" w:lineRule="auto"/>
              <w:rPr>
                <w:i/>
                <w:iCs/>
                <w:sz w:val="48"/>
                <w:szCs w:val="48"/>
              </w:rPr>
            </w:pPr>
            <w:r w:rsidRPr="007A4E54">
              <w:rPr>
                <w:rFonts w:ascii="Aptos" w:hAnsi="Aptos"/>
                <w:i/>
                <w:iCs/>
                <w:color w:val="4B4F54"/>
                <w:sz w:val="18"/>
                <w:szCs w:val="48"/>
              </w:rPr>
              <w:t>____________________________________________________________________</w:t>
            </w:r>
          </w:p>
        </w:tc>
      </w:tr>
      <w:tr w:rsidR="00A769EC" w:rsidRPr="007A4E54" w14:paraId="300E5BFC" w14:textId="77777777" w:rsidTr="001C7140">
        <w:trPr>
          <w:trHeight w:val="265"/>
        </w:trPr>
        <w:tc>
          <w:tcPr>
            <w:tcW w:w="5688" w:type="dxa"/>
            <w:tcBorders>
              <w:top w:val="single" w:sz="4" w:space="0" w:color="BFC4C8"/>
              <w:left w:val="single" w:sz="4" w:space="0" w:color="BFC4C8"/>
              <w:bottom w:val="single" w:sz="4" w:space="0" w:color="BFC4C8"/>
              <w:right w:val="single" w:sz="4" w:space="0" w:color="BFC4C8"/>
            </w:tcBorders>
            <w:shd w:val="clear" w:color="auto" w:fill="E2E5E7"/>
            <w:tcMar>
              <w:top w:w="2" w:type="dxa"/>
              <w:left w:w="4" w:type="dxa"/>
              <w:bottom w:w="2" w:type="dxa"/>
              <w:right w:w="4" w:type="dxa"/>
            </w:tcMar>
          </w:tcPr>
          <w:p w14:paraId="1898AD65" w14:textId="77777777" w:rsidR="00A769EC" w:rsidRPr="007A4E54" w:rsidRDefault="003546E3" w:rsidP="00911DA5">
            <w:pPr>
              <w:spacing w:after="0" w:line="240" w:lineRule="auto"/>
              <w:rPr>
                <w:i/>
                <w:iCs/>
                <w:sz w:val="48"/>
                <w:szCs w:val="48"/>
              </w:rPr>
            </w:pPr>
            <w:proofErr w:type="spellStart"/>
            <w:r w:rsidRPr="007A4E54">
              <w:rPr>
                <w:rFonts w:ascii="Aptos" w:hAnsi="Aptos"/>
                <w:b/>
                <w:i/>
                <w:iCs/>
                <w:color w:val="4B4F54"/>
                <w:sz w:val="18"/>
                <w:szCs w:val="48"/>
              </w:rPr>
              <w:t>Objetivo</w:t>
            </w:r>
            <w:proofErr w:type="spellEnd"/>
            <w:r w:rsidRPr="007A4E54">
              <w:rPr>
                <w:rFonts w:ascii="Aptos" w:hAnsi="Aptos"/>
                <w:b/>
                <w:i/>
                <w:iCs/>
                <w:color w:val="4B4F54"/>
                <w:sz w:val="18"/>
                <w:szCs w:val="48"/>
              </w:rPr>
              <w:t xml:space="preserve"> de las </w:t>
            </w:r>
            <w:proofErr w:type="spellStart"/>
            <w:r w:rsidRPr="007A4E54">
              <w:rPr>
                <w:rFonts w:ascii="Aptos" w:hAnsi="Aptos"/>
                <w:b/>
                <w:i/>
                <w:iCs/>
                <w:color w:val="4B4F54"/>
                <w:sz w:val="18"/>
                <w:szCs w:val="48"/>
              </w:rPr>
              <w:t>pruebas</w:t>
            </w:r>
            <w:proofErr w:type="spellEnd"/>
            <w:r w:rsidRPr="007A4E54">
              <w:rPr>
                <w:rFonts w:ascii="Aptos" w:hAnsi="Aptos"/>
                <w:b/>
                <w:i/>
                <w:iCs/>
                <w:color w:val="4B4F54"/>
                <w:sz w:val="18"/>
                <w:szCs w:val="48"/>
              </w:rPr>
              <w:t>:</w:t>
            </w:r>
          </w:p>
        </w:tc>
        <w:tc>
          <w:tcPr>
            <w:tcW w:w="5688" w:type="dxa"/>
            <w:tcBorders>
              <w:top w:val="single" w:sz="4" w:space="0" w:color="BFC4C8"/>
              <w:left w:val="single" w:sz="4" w:space="0" w:color="BFC4C8"/>
              <w:bottom w:val="single" w:sz="4" w:space="0" w:color="BFC4C8"/>
              <w:right w:val="single" w:sz="4" w:space="0" w:color="BFC4C8"/>
            </w:tcBorders>
            <w:shd w:val="clear" w:color="auto" w:fill="F6F7F8"/>
            <w:tcMar>
              <w:top w:w="2" w:type="dxa"/>
              <w:left w:w="4" w:type="dxa"/>
              <w:bottom w:w="2" w:type="dxa"/>
              <w:right w:w="4" w:type="dxa"/>
            </w:tcMar>
          </w:tcPr>
          <w:p w14:paraId="3440ABDF" w14:textId="0865A97C" w:rsidR="00A769EC" w:rsidRPr="007A4E54" w:rsidRDefault="003546E3" w:rsidP="00911DA5">
            <w:pPr>
              <w:spacing w:after="0" w:line="240" w:lineRule="auto"/>
              <w:rPr>
                <w:i/>
                <w:iCs/>
                <w:sz w:val="48"/>
                <w:szCs w:val="48"/>
              </w:rPr>
            </w:pPr>
            <w:r w:rsidRPr="007A4E54">
              <w:rPr>
                <w:rFonts w:ascii="Aptos" w:hAnsi="Aptos"/>
                <w:i/>
                <w:iCs/>
                <w:color w:val="4B4F54"/>
                <w:sz w:val="18"/>
                <w:szCs w:val="48"/>
              </w:rPr>
              <w:t>____________________________________________________________________</w:t>
            </w:r>
          </w:p>
        </w:tc>
      </w:tr>
      <w:tr w:rsidR="00A769EC" w:rsidRPr="007A4E54" w14:paraId="2ED89992" w14:textId="77777777" w:rsidTr="001C7140">
        <w:trPr>
          <w:trHeight w:val="269"/>
        </w:trPr>
        <w:tc>
          <w:tcPr>
            <w:tcW w:w="5688" w:type="dxa"/>
            <w:tcBorders>
              <w:top w:val="single" w:sz="4" w:space="0" w:color="BFC4C8"/>
              <w:left w:val="single" w:sz="4" w:space="0" w:color="BFC4C8"/>
              <w:bottom w:val="single" w:sz="4" w:space="0" w:color="BFC4C8"/>
              <w:right w:val="single" w:sz="4" w:space="0" w:color="BFC4C8"/>
            </w:tcBorders>
            <w:shd w:val="clear" w:color="auto" w:fill="E2E5E7"/>
            <w:tcMar>
              <w:top w:w="2" w:type="dxa"/>
              <w:left w:w="4" w:type="dxa"/>
              <w:bottom w:w="2" w:type="dxa"/>
              <w:right w:w="4" w:type="dxa"/>
            </w:tcMar>
          </w:tcPr>
          <w:p w14:paraId="31EBA173" w14:textId="77777777" w:rsidR="00A769EC" w:rsidRPr="007A4E54" w:rsidRDefault="003546E3" w:rsidP="00911DA5">
            <w:pPr>
              <w:spacing w:after="0" w:line="240" w:lineRule="auto"/>
              <w:rPr>
                <w:i/>
                <w:iCs/>
                <w:sz w:val="48"/>
                <w:szCs w:val="48"/>
              </w:rPr>
            </w:pPr>
            <w:proofErr w:type="spellStart"/>
            <w:r w:rsidRPr="007A4E54">
              <w:rPr>
                <w:rFonts w:ascii="Aptos" w:hAnsi="Aptos"/>
                <w:b/>
                <w:i/>
                <w:iCs/>
                <w:color w:val="4B4F54"/>
                <w:sz w:val="18"/>
                <w:szCs w:val="48"/>
              </w:rPr>
              <w:t>Beneficios</w:t>
            </w:r>
            <w:proofErr w:type="spellEnd"/>
            <w:r w:rsidRPr="007A4E54">
              <w:rPr>
                <w:rFonts w:ascii="Aptos" w:hAnsi="Aptos"/>
                <w:b/>
                <w:i/>
                <w:iCs/>
                <w:color w:val="4B4F54"/>
                <w:sz w:val="18"/>
                <w:szCs w:val="48"/>
              </w:rPr>
              <w:t xml:space="preserve"> </w:t>
            </w:r>
            <w:proofErr w:type="spellStart"/>
            <w:r w:rsidRPr="007A4E54">
              <w:rPr>
                <w:rFonts w:ascii="Aptos" w:hAnsi="Aptos"/>
                <w:b/>
                <w:i/>
                <w:iCs/>
                <w:color w:val="4B4F54"/>
                <w:sz w:val="18"/>
                <w:szCs w:val="48"/>
              </w:rPr>
              <w:t>esperados</w:t>
            </w:r>
            <w:proofErr w:type="spellEnd"/>
            <w:r w:rsidRPr="007A4E54">
              <w:rPr>
                <w:rFonts w:ascii="Aptos" w:hAnsi="Aptos"/>
                <w:b/>
                <w:i/>
                <w:iCs/>
                <w:color w:val="4B4F54"/>
                <w:sz w:val="18"/>
                <w:szCs w:val="48"/>
              </w:rPr>
              <w:t>:</w:t>
            </w:r>
          </w:p>
        </w:tc>
        <w:tc>
          <w:tcPr>
            <w:tcW w:w="5688" w:type="dxa"/>
            <w:tcBorders>
              <w:top w:val="single" w:sz="4" w:space="0" w:color="BFC4C8"/>
              <w:left w:val="single" w:sz="4" w:space="0" w:color="BFC4C8"/>
              <w:bottom w:val="single" w:sz="4" w:space="0" w:color="BFC4C8"/>
              <w:right w:val="single" w:sz="4" w:space="0" w:color="BFC4C8"/>
            </w:tcBorders>
            <w:shd w:val="clear" w:color="auto" w:fill="F6F7F8"/>
            <w:tcMar>
              <w:top w:w="2" w:type="dxa"/>
              <w:left w:w="4" w:type="dxa"/>
              <w:bottom w:w="2" w:type="dxa"/>
              <w:right w:w="4" w:type="dxa"/>
            </w:tcMar>
          </w:tcPr>
          <w:p w14:paraId="379D7685" w14:textId="3F23C14E" w:rsidR="00A769EC" w:rsidRPr="007A4E54" w:rsidRDefault="003546E3" w:rsidP="00911DA5">
            <w:pPr>
              <w:spacing w:after="0" w:line="240" w:lineRule="auto"/>
              <w:rPr>
                <w:i/>
                <w:iCs/>
                <w:sz w:val="48"/>
                <w:szCs w:val="48"/>
              </w:rPr>
            </w:pPr>
            <w:r w:rsidRPr="007A4E54">
              <w:rPr>
                <w:rFonts w:ascii="Aptos" w:hAnsi="Aptos"/>
                <w:i/>
                <w:iCs/>
                <w:color w:val="4B4F54"/>
                <w:sz w:val="18"/>
                <w:szCs w:val="48"/>
              </w:rPr>
              <w:t>____________________________________________________________________</w:t>
            </w:r>
          </w:p>
        </w:tc>
      </w:tr>
    </w:tbl>
    <w:p w14:paraId="468833EE" w14:textId="77777777" w:rsidR="00A769EC" w:rsidRPr="003C6DB1" w:rsidRDefault="003546E3" w:rsidP="00420615">
      <w:pPr>
        <w:spacing w:after="0" w:line="240" w:lineRule="auto"/>
        <w:jc w:val="both"/>
        <w:rPr>
          <w:i/>
          <w:iCs/>
          <w:sz w:val="48"/>
          <w:szCs w:val="48"/>
          <w:lang w:val="es-MX"/>
        </w:rPr>
      </w:pPr>
      <w:r w:rsidRPr="003C6DB1">
        <w:rPr>
          <w:rFonts w:ascii="Aptos" w:hAnsi="Aptos"/>
          <w:i/>
          <w:iCs/>
          <w:color w:val="2F3235"/>
          <w:sz w:val="18"/>
          <w:szCs w:val="48"/>
          <w:lang w:val="es-MX"/>
        </w:rPr>
        <w:t>Se me ha informado que el material donado podrá ser resguardado para seguimiento o futuras investigaciones, y que los datos obtenidos podrán ser publicados o difundidos con fines didácticos y/o científicos.</w:t>
      </w:r>
    </w:p>
    <w:p w14:paraId="723D0CA5" w14:textId="3C9897D8" w:rsidR="00A769EC" w:rsidRPr="003C6DB1" w:rsidRDefault="003546E3" w:rsidP="00420615">
      <w:pPr>
        <w:spacing w:after="0" w:line="240" w:lineRule="auto"/>
        <w:jc w:val="both"/>
        <w:rPr>
          <w:i/>
          <w:iCs/>
          <w:sz w:val="48"/>
          <w:szCs w:val="48"/>
          <w:lang w:val="es-MX"/>
        </w:rPr>
      </w:pPr>
      <w:r w:rsidRPr="003C6DB1">
        <w:rPr>
          <w:rFonts w:ascii="Aptos" w:hAnsi="Aptos"/>
          <w:b/>
          <w:i/>
          <w:iCs/>
          <w:color w:val="4B4F54"/>
          <w:sz w:val="18"/>
          <w:szCs w:val="48"/>
          <w:lang w:val="es-MX"/>
        </w:rPr>
        <w:t xml:space="preserve">Su participación consistirá en: </w:t>
      </w:r>
      <w:r w:rsidRPr="003C6DB1">
        <w:rPr>
          <w:rFonts w:ascii="Aptos" w:hAnsi="Aptos"/>
          <w:i/>
          <w:iCs/>
          <w:color w:val="747A80"/>
          <w:sz w:val="18"/>
          <w:szCs w:val="48"/>
          <w:lang w:val="es-MX"/>
        </w:rPr>
        <w:t>(Agregar la información pertinente de forma clara y precisa, considerando que la persona participante es adulta y puede no conocer los tecnicismos propios de la investigación).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376"/>
      </w:tblGrid>
      <w:tr w:rsidR="00A769EC" w:rsidRPr="003C6DB1" w14:paraId="4980B75D" w14:textId="77777777" w:rsidTr="006A3BDF">
        <w:trPr>
          <w:trHeight w:val="375"/>
          <w:jc w:val="center"/>
        </w:trPr>
        <w:tc>
          <w:tcPr>
            <w:tcW w:w="11376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  <w:shd w:val="clear" w:color="auto" w:fill="D9D9D9" w:themeFill="background1" w:themeFillShade="D9"/>
            <w:tcMar>
              <w:top w:w="2" w:type="dxa"/>
              <w:left w:w="7" w:type="dxa"/>
              <w:bottom w:w="2" w:type="dxa"/>
              <w:right w:w="7" w:type="dxa"/>
            </w:tcMar>
            <w:vAlign w:val="center"/>
          </w:tcPr>
          <w:p w14:paraId="2B1B1851" w14:textId="21DC0AB9" w:rsidR="00A769EC" w:rsidRPr="003C6DB1" w:rsidRDefault="00B55DAD" w:rsidP="00911DA5">
            <w:pPr>
              <w:spacing w:after="0" w:line="240" w:lineRule="auto"/>
              <w:rPr>
                <w:sz w:val="48"/>
                <w:szCs w:val="48"/>
                <w:lang w:val="es-MX"/>
              </w:rPr>
            </w:pPr>
            <w:r w:rsidRPr="003C6DB1">
              <w:rPr>
                <w:rFonts w:ascii="Aptos" w:hAnsi="Aptos"/>
                <w:b/>
                <w:color w:val="000000" w:themeColor="text1"/>
                <w:sz w:val="24"/>
                <w:szCs w:val="56"/>
                <w:lang w:val="es-MX"/>
              </w:rPr>
              <w:t>▹</w:t>
            </w:r>
            <w:r w:rsidR="003546E3" w:rsidRPr="003C6DB1">
              <w:rPr>
                <w:rFonts w:ascii="Aptos" w:hAnsi="Aptos"/>
                <w:b/>
                <w:color w:val="000000" w:themeColor="text1"/>
                <w:sz w:val="20"/>
                <w:szCs w:val="48"/>
                <w:lang w:val="es-MX"/>
              </w:rPr>
              <w:t xml:space="preserve">  III. CONFIDENCIALIDAD Y PARTICIPACIÓN VOLUNTARIA</w:t>
            </w:r>
          </w:p>
        </w:tc>
      </w:tr>
    </w:tbl>
    <w:p w14:paraId="6A073FC0" w14:textId="77777777" w:rsidR="00A769EC" w:rsidRPr="003C6DB1" w:rsidRDefault="003546E3" w:rsidP="00420615">
      <w:pPr>
        <w:spacing w:after="0" w:line="240" w:lineRule="auto"/>
        <w:jc w:val="both"/>
        <w:rPr>
          <w:i/>
          <w:iCs/>
          <w:sz w:val="48"/>
          <w:szCs w:val="48"/>
          <w:lang w:val="es-MX"/>
        </w:rPr>
      </w:pPr>
      <w:r w:rsidRPr="003C6DB1">
        <w:rPr>
          <w:rFonts w:ascii="Aptos" w:hAnsi="Aptos"/>
          <w:i/>
          <w:iCs/>
          <w:color w:val="2F3235"/>
          <w:sz w:val="18"/>
          <w:szCs w:val="48"/>
          <w:lang w:val="es-MX"/>
        </w:rPr>
        <w:t>La información proporcionada será confidencial; únicamente la persona participante y el equipo investigador conocerán los resultados correspondientes. La participación es voluntaria y se podrá decidir libremente si se desea participar o no. Si durante la investigación surge alguna situación no explicada previamente, ésta será comunicada oportunamente. La donación no generará gasto alguno y la información obtenida será mantenida bajo estricta confidencialidad; para proteger la identidad, el nombre será sustituido por un número de folio.</w:t>
      </w:r>
    </w:p>
    <w:p w14:paraId="3325A834" w14:textId="77777777" w:rsidR="00A769EC" w:rsidRPr="003C6DB1" w:rsidRDefault="003546E3" w:rsidP="00911DA5">
      <w:pPr>
        <w:spacing w:after="0" w:line="240" w:lineRule="auto"/>
        <w:rPr>
          <w:i/>
          <w:iCs/>
          <w:sz w:val="48"/>
          <w:szCs w:val="48"/>
          <w:lang w:val="es-MX"/>
        </w:rPr>
      </w:pPr>
      <w:r w:rsidRPr="003C6DB1">
        <w:rPr>
          <w:rFonts w:ascii="Aptos" w:hAnsi="Aptos"/>
          <w:b/>
          <w:i/>
          <w:iCs/>
          <w:color w:val="4B4F54"/>
          <w:sz w:val="20"/>
          <w:szCs w:val="48"/>
          <w:lang w:val="es-MX"/>
        </w:rPr>
        <w:t xml:space="preserve">Marque con una “X” la opción que corresponda:     </w:t>
      </w:r>
      <w:r w:rsidRPr="003C6DB1">
        <w:rPr>
          <w:rFonts w:ascii="Aptos" w:hAnsi="Aptos"/>
          <w:b/>
          <w:i/>
          <w:iCs/>
          <w:color w:val="4B4F54"/>
          <w:szCs w:val="52"/>
          <w:lang w:val="es-MX"/>
        </w:rPr>
        <w:t xml:space="preserve"> </w:t>
      </w:r>
      <w:r w:rsidRPr="003C6DB1">
        <w:rPr>
          <w:rFonts w:ascii="Aptos" w:hAnsi="Aptos"/>
          <w:b/>
          <w:color w:val="4B4F54"/>
          <w:sz w:val="24"/>
          <w:szCs w:val="56"/>
          <w:lang w:val="es-MX"/>
        </w:rPr>
        <w:t>☐</w:t>
      </w:r>
      <w:r w:rsidRPr="003C6DB1">
        <w:rPr>
          <w:rFonts w:ascii="Aptos" w:hAnsi="Aptos"/>
          <w:b/>
          <w:color w:val="4B4F54"/>
          <w:szCs w:val="52"/>
          <w:lang w:val="es-MX"/>
        </w:rPr>
        <w:t xml:space="preserve"> </w:t>
      </w:r>
      <w:r w:rsidRPr="003C6DB1">
        <w:rPr>
          <w:rFonts w:ascii="Aptos" w:hAnsi="Aptos"/>
          <w:b/>
          <w:i/>
          <w:iCs/>
          <w:color w:val="4B4F54"/>
          <w:sz w:val="20"/>
          <w:szCs w:val="48"/>
          <w:lang w:val="es-MX"/>
        </w:rPr>
        <w:t xml:space="preserve">Sí quiero participar          </w:t>
      </w:r>
      <w:r w:rsidRPr="003C6DB1">
        <w:rPr>
          <w:rFonts w:ascii="Aptos" w:hAnsi="Aptos"/>
          <w:b/>
          <w:color w:val="4B4F54"/>
          <w:sz w:val="24"/>
          <w:szCs w:val="56"/>
          <w:lang w:val="es-MX"/>
        </w:rPr>
        <w:t>☐</w:t>
      </w:r>
      <w:r w:rsidRPr="003C6DB1">
        <w:rPr>
          <w:rFonts w:ascii="Aptos" w:hAnsi="Aptos"/>
          <w:b/>
          <w:i/>
          <w:iCs/>
          <w:color w:val="4B4F54"/>
          <w:sz w:val="20"/>
          <w:szCs w:val="48"/>
          <w:lang w:val="es-MX"/>
        </w:rPr>
        <w:t xml:space="preserve"> No quiero participar</w:t>
      </w:r>
    </w:p>
    <w:tbl>
      <w:tblPr>
        <w:tblW w:w="11522" w:type="dxa"/>
        <w:jc w:val="center"/>
        <w:tblLayout w:type="fixed"/>
        <w:tblLook w:val="04A0" w:firstRow="1" w:lastRow="0" w:firstColumn="1" w:lastColumn="0" w:noHBand="0" w:noVBand="1"/>
      </w:tblPr>
      <w:tblGrid>
        <w:gridCol w:w="5035"/>
        <w:gridCol w:w="3118"/>
        <w:gridCol w:w="3223"/>
        <w:gridCol w:w="146"/>
      </w:tblGrid>
      <w:tr w:rsidR="00A769EC" w:rsidRPr="007A4E54" w14:paraId="3F450036" w14:textId="77777777" w:rsidTr="00970032">
        <w:trPr>
          <w:jc w:val="center"/>
        </w:trPr>
        <w:tc>
          <w:tcPr>
            <w:tcW w:w="5035" w:type="dxa"/>
            <w:tcBorders>
              <w:top w:val="single" w:sz="4" w:space="0" w:color="BFC4C8"/>
              <w:left w:val="single" w:sz="4" w:space="0" w:color="BFC4C8"/>
              <w:bottom w:val="single" w:sz="4" w:space="0" w:color="BFC4C8"/>
              <w:right w:val="single" w:sz="4" w:space="0" w:color="BFC4C8"/>
            </w:tcBorders>
            <w:shd w:val="clear" w:color="auto" w:fill="F6F7F8"/>
            <w:tcMar>
              <w:top w:w="2" w:type="dxa"/>
              <w:left w:w="4" w:type="dxa"/>
              <w:bottom w:w="2" w:type="dxa"/>
              <w:right w:w="4" w:type="dxa"/>
            </w:tcMar>
            <w:vAlign w:val="center"/>
          </w:tcPr>
          <w:p w14:paraId="46B2AB9B" w14:textId="1C854871" w:rsidR="00A769EC" w:rsidRPr="003C6DB1" w:rsidRDefault="003546E3" w:rsidP="00911DA5">
            <w:pPr>
              <w:spacing w:after="0" w:line="240" w:lineRule="auto"/>
              <w:rPr>
                <w:i/>
                <w:iCs/>
                <w:sz w:val="48"/>
                <w:szCs w:val="48"/>
                <w:lang w:val="es-MX"/>
              </w:rPr>
            </w:pPr>
            <w:r w:rsidRPr="003C6DB1">
              <w:rPr>
                <w:rFonts w:ascii="Aptos" w:hAnsi="Aptos"/>
                <w:b/>
                <w:i/>
                <w:iCs/>
                <w:color w:val="4B4F54"/>
                <w:sz w:val="18"/>
                <w:szCs w:val="48"/>
                <w:lang w:val="es-MX"/>
              </w:rPr>
              <w:t>Nombre(s) y apellidos</w:t>
            </w:r>
            <w:r w:rsidR="00E411D6" w:rsidRPr="003C6DB1">
              <w:rPr>
                <w:rFonts w:ascii="Aptos" w:hAnsi="Aptos"/>
                <w:b/>
                <w:i/>
                <w:iCs/>
                <w:color w:val="4B4F54"/>
                <w:sz w:val="18"/>
                <w:szCs w:val="48"/>
                <w:lang w:val="es-MX"/>
              </w:rPr>
              <w:t xml:space="preserve"> del </w:t>
            </w:r>
            <w:r w:rsidR="00E1341A">
              <w:rPr>
                <w:rFonts w:ascii="Aptos" w:hAnsi="Aptos"/>
                <w:b/>
                <w:i/>
                <w:iCs/>
                <w:color w:val="4B4F54"/>
                <w:sz w:val="18"/>
                <w:szCs w:val="48"/>
                <w:lang w:val="es-MX"/>
              </w:rPr>
              <w:t>participante</w:t>
            </w:r>
            <w:r w:rsidRPr="003C6DB1">
              <w:rPr>
                <w:rFonts w:ascii="Aptos" w:hAnsi="Aptos"/>
                <w:b/>
                <w:i/>
                <w:iCs/>
                <w:color w:val="4B4F54"/>
                <w:sz w:val="18"/>
                <w:szCs w:val="48"/>
                <w:lang w:val="es-MX"/>
              </w:rPr>
              <w:t>: _____________________________________________</w:t>
            </w:r>
          </w:p>
        </w:tc>
        <w:tc>
          <w:tcPr>
            <w:tcW w:w="3118" w:type="dxa"/>
            <w:tcBorders>
              <w:top w:val="single" w:sz="4" w:space="0" w:color="BFC4C8"/>
              <w:left w:val="single" w:sz="4" w:space="0" w:color="BFC4C8"/>
              <w:bottom w:val="single" w:sz="4" w:space="0" w:color="BFC4C8"/>
              <w:right w:val="single" w:sz="4" w:space="0" w:color="BFC4C8"/>
            </w:tcBorders>
            <w:shd w:val="clear" w:color="auto" w:fill="F6F7F8"/>
            <w:tcMar>
              <w:top w:w="2" w:type="dxa"/>
              <w:left w:w="4" w:type="dxa"/>
              <w:bottom w:w="2" w:type="dxa"/>
              <w:right w:w="4" w:type="dxa"/>
            </w:tcMar>
            <w:vAlign w:val="center"/>
          </w:tcPr>
          <w:p w14:paraId="4F6E358B" w14:textId="77777777" w:rsidR="00A769EC" w:rsidRPr="007A4E54" w:rsidRDefault="003546E3" w:rsidP="00911DA5">
            <w:pPr>
              <w:spacing w:after="0" w:line="240" w:lineRule="auto"/>
              <w:rPr>
                <w:i/>
                <w:iCs/>
                <w:sz w:val="48"/>
                <w:szCs w:val="48"/>
              </w:rPr>
            </w:pPr>
            <w:proofErr w:type="spellStart"/>
            <w:r w:rsidRPr="00CA6F69">
              <w:rPr>
                <w:rFonts w:ascii="Aptos" w:hAnsi="Aptos"/>
                <w:b/>
                <w:bCs/>
                <w:i/>
                <w:iCs/>
                <w:color w:val="4B4F54"/>
                <w:sz w:val="18"/>
                <w:szCs w:val="48"/>
              </w:rPr>
              <w:t>Fecha</w:t>
            </w:r>
            <w:proofErr w:type="spellEnd"/>
            <w:r w:rsidRPr="00CA6F69">
              <w:rPr>
                <w:rFonts w:ascii="Aptos" w:hAnsi="Aptos"/>
                <w:b/>
                <w:bCs/>
                <w:i/>
                <w:iCs/>
                <w:color w:val="4B4F54"/>
                <w:sz w:val="18"/>
                <w:szCs w:val="48"/>
              </w:rPr>
              <w:t xml:space="preserve"> de </w:t>
            </w:r>
            <w:proofErr w:type="spellStart"/>
            <w:r w:rsidRPr="00CA6F69">
              <w:rPr>
                <w:rFonts w:ascii="Aptos" w:hAnsi="Aptos"/>
                <w:b/>
                <w:bCs/>
                <w:i/>
                <w:iCs/>
                <w:color w:val="4B4F54"/>
                <w:sz w:val="18"/>
                <w:szCs w:val="48"/>
              </w:rPr>
              <w:t>nacimiento</w:t>
            </w:r>
            <w:proofErr w:type="spellEnd"/>
            <w:r w:rsidRPr="00CA6F69">
              <w:rPr>
                <w:rFonts w:ascii="Aptos" w:hAnsi="Aptos"/>
                <w:b/>
                <w:bCs/>
                <w:i/>
                <w:iCs/>
                <w:color w:val="4B4F54"/>
                <w:sz w:val="18"/>
                <w:szCs w:val="48"/>
              </w:rPr>
              <w:t>:</w:t>
            </w:r>
            <w:r w:rsidRPr="007A4E54">
              <w:rPr>
                <w:rFonts w:ascii="Aptos" w:hAnsi="Aptos"/>
                <w:i/>
                <w:iCs/>
                <w:color w:val="4B4F54"/>
                <w:sz w:val="18"/>
                <w:szCs w:val="48"/>
              </w:rPr>
              <w:t xml:space="preserve"> __________</w:t>
            </w:r>
          </w:p>
        </w:tc>
        <w:tc>
          <w:tcPr>
            <w:tcW w:w="3369" w:type="dxa"/>
            <w:gridSpan w:val="2"/>
            <w:tcBorders>
              <w:top w:val="single" w:sz="4" w:space="0" w:color="BFC4C8"/>
              <w:left w:val="single" w:sz="4" w:space="0" w:color="BFC4C8"/>
              <w:bottom w:val="single" w:sz="4" w:space="0" w:color="BFC4C8"/>
              <w:right w:val="single" w:sz="4" w:space="0" w:color="BFC4C8"/>
            </w:tcBorders>
            <w:shd w:val="clear" w:color="auto" w:fill="F6F7F8"/>
            <w:tcMar>
              <w:top w:w="2" w:type="dxa"/>
              <w:left w:w="4" w:type="dxa"/>
              <w:bottom w:w="2" w:type="dxa"/>
              <w:right w:w="4" w:type="dxa"/>
            </w:tcMar>
            <w:vAlign w:val="center"/>
          </w:tcPr>
          <w:p w14:paraId="52090656" w14:textId="688BF29F" w:rsidR="00A769EC" w:rsidRPr="007A4E54" w:rsidRDefault="003546E3" w:rsidP="00911DA5">
            <w:pPr>
              <w:spacing w:after="0" w:line="240" w:lineRule="auto"/>
              <w:rPr>
                <w:i/>
                <w:iCs/>
                <w:sz w:val="48"/>
                <w:szCs w:val="48"/>
              </w:rPr>
            </w:pPr>
            <w:proofErr w:type="spellStart"/>
            <w:r w:rsidRPr="00CA6F69">
              <w:rPr>
                <w:rFonts w:ascii="Aptos" w:hAnsi="Aptos"/>
                <w:b/>
                <w:bCs/>
                <w:i/>
                <w:iCs/>
                <w:color w:val="4B4F54"/>
                <w:sz w:val="18"/>
                <w:szCs w:val="48"/>
              </w:rPr>
              <w:t>Sexo</w:t>
            </w:r>
            <w:proofErr w:type="spellEnd"/>
            <w:r w:rsidRPr="00CA6F69">
              <w:rPr>
                <w:rFonts w:ascii="Aptos" w:hAnsi="Aptos"/>
                <w:b/>
                <w:bCs/>
                <w:i/>
                <w:iCs/>
                <w:color w:val="4B4F54"/>
                <w:sz w:val="18"/>
                <w:szCs w:val="48"/>
              </w:rPr>
              <w:t>:</w:t>
            </w:r>
            <w:r w:rsidR="00447953">
              <w:rPr>
                <w:rFonts w:ascii="Aptos" w:hAnsi="Aptos"/>
                <w:i/>
                <w:iCs/>
                <w:color w:val="4B4F54"/>
                <w:sz w:val="18"/>
                <w:szCs w:val="48"/>
              </w:rPr>
              <w:t xml:space="preserve">           </w:t>
            </w:r>
            <w:r w:rsidRPr="00CA6F69">
              <w:rPr>
                <w:rFonts w:ascii="Aptos" w:hAnsi="Aptos"/>
                <w:i/>
                <w:iCs/>
                <w:color w:val="4B4F54"/>
                <w:sz w:val="20"/>
                <w:szCs w:val="52"/>
              </w:rPr>
              <w:t xml:space="preserve"> </w:t>
            </w:r>
            <w:r w:rsidRPr="00DE614C">
              <w:rPr>
                <w:rFonts w:ascii="Aptos" w:hAnsi="Aptos"/>
                <w:i/>
                <w:iCs/>
                <w:color w:val="4B4F54"/>
                <w:szCs w:val="56"/>
              </w:rPr>
              <w:t>☐</w:t>
            </w:r>
            <w:r w:rsidRPr="00CA6F69">
              <w:rPr>
                <w:rFonts w:ascii="Aptos" w:hAnsi="Aptos"/>
                <w:i/>
                <w:iCs/>
                <w:color w:val="4B4F54"/>
                <w:sz w:val="20"/>
                <w:szCs w:val="52"/>
              </w:rPr>
              <w:t xml:space="preserve"> </w:t>
            </w:r>
            <w:r w:rsidRPr="007A4E54">
              <w:rPr>
                <w:rFonts w:ascii="Aptos" w:hAnsi="Aptos"/>
                <w:i/>
                <w:iCs/>
                <w:color w:val="4B4F54"/>
                <w:sz w:val="18"/>
                <w:szCs w:val="48"/>
              </w:rPr>
              <w:t xml:space="preserve">HOMBRE </w:t>
            </w:r>
            <w:r w:rsidR="00447953">
              <w:rPr>
                <w:rFonts w:ascii="Aptos" w:hAnsi="Aptos"/>
                <w:i/>
                <w:iCs/>
                <w:color w:val="4B4F54"/>
                <w:sz w:val="18"/>
                <w:szCs w:val="48"/>
              </w:rPr>
              <w:t xml:space="preserve">            </w:t>
            </w:r>
            <w:r w:rsidRPr="007A4E54">
              <w:rPr>
                <w:rFonts w:ascii="Aptos" w:hAnsi="Aptos"/>
                <w:i/>
                <w:iCs/>
                <w:color w:val="4B4F54"/>
                <w:sz w:val="18"/>
                <w:szCs w:val="48"/>
              </w:rPr>
              <w:t xml:space="preserve"> </w:t>
            </w:r>
            <w:r w:rsidRPr="00DE614C">
              <w:rPr>
                <w:rFonts w:ascii="Aptos" w:hAnsi="Aptos"/>
                <w:i/>
                <w:iCs/>
                <w:color w:val="4B4F54"/>
                <w:szCs w:val="56"/>
              </w:rPr>
              <w:t>☐</w:t>
            </w:r>
            <w:r w:rsidRPr="007A4E54">
              <w:rPr>
                <w:rFonts w:ascii="Aptos" w:hAnsi="Aptos"/>
                <w:i/>
                <w:iCs/>
                <w:color w:val="4B4F54"/>
                <w:sz w:val="18"/>
                <w:szCs w:val="48"/>
              </w:rPr>
              <w:t xml:space="preserve"> MUJER</w:t>
            </w:r>
          </w:p>
        </w:tc>
      </w:tr>
      <w:tr w:rsidR="00A769EC" w:rsidRPr="007A4E54" w14:paraId="347AEBE6" w14:textId="77777777" w:rsidTr="00970032">
        <w:trPr>
          <w:jc w:val="center"/>
        </w:trPr>
        <w:tc>
          <w:tcPr>
            <w:tcW w:w="5035" w:type="dxa"/>
            <w:tcBorders>
              <w:top w:val="single" w:sz="4" w:space="0" w:color="BFC4C8"/>
              <w:left w:val="single" w:sz="4" w:space="0" w:color="BFC4C8"/>
              <w:bottom w:val="single" w:sz="4" w:space="0" w:color="BFC4C8"/>
              <w:right w:val="single" w:sz="4" w:space="0" w:color="BFC4C8"/>
            </w:tcBorders>
            <w:shd w:val="clear" w:color="auto" w:fill="E2E5E7"/>
            <w:tcMar>
              <w:top w:w="2" w:type="dxa"/>
              <w:left w:w="4" w:type="dxa"/>
              <w:bottom w:w="2" w:type="dxa"/>
              <w:right w:w="4" w:type="dxa"/>
            </w:tcMar>
            <w:vAlign w:val="center"/>
          </w:tcPr>
          <w:p w14:paraId="5525F1D4" w14:textId="298FED5D" w:rsidR="00A769EC" w:rsidRPr="007A4E54" w:rsidRDefault="003546E3" w:rsidP="00911DA5">
            <w:pPr>
              <w:spacing w:after="0" w:line="240" w:lineRule="auto"/>
              <w:rPr>
                <w:i/>
                <w:iCs/>
                <w:sz w:val="48"/>
                <w:szCs w:val="48"/>
              </w:rPr>
            </w:pPr>
            <w:proofErr w:type="spellStart"/>
            <w:r w:rsidRPr="007A4E54">
              <w:rPr>
                <w:rFonts w:ascii="Aptos" w:hAnsi="Aptos"/>
                <w:b/>
                <w:i/>
                <w:iCs/>
                <w:color w:val="4B4F54"/>
                <w:sz w:val="18"/>
                <w:szCs w:val="48"/>
              </w:rPr>
              <w:t>Firma</w:t>
            </w:r>
            <w:proofErr w:type="spellEnd"/>
            <w:r w:rsidRPr="007A4E54">
              <w:rPr>
                <w:rFonts w:ascii="Aptos" w:hAnsi="Aptos"/>
                <w:b/>
                <w:i/>
                <w:iCs/>
                <w:color w:val="4B4F54"/>
                <w:sz w:val="18"/>
                <w:szCs w:val="48"/>
              </w:rPr>
              <w:t>: _____________________________________________</w:t>
            </w:r>
          </w:p>
        </w:tc>
        <w:tc>
          <w:tcPr>
            <w:tcW w:w="3118" w:type="dxa"/>
            <w:tcBorders>
              <w:top w:val="single" w:sz="4" w:space="0" w:color="BFC4C8"/>
              <w:left w:val="single" w:sz="4" w:space="0" w:color="BFC4C8"/>
              <w:bottom w:val="single" w:sz="4" w:space="0" w:color="BFC4C8"/>
              <w:right w:val="single" w:sz="4" w:space="0" w:color="BFC4C8"/>
            </w:tcBorders>
            <w:shd w:val="clear" w:color="auto" w:fill="E2E5E7"/>
            <w:tcMar>
              <w:top w:w="2" w:type="dxa"/>
              <w:left w:w="4" w:type="dxa"/>
              <w:bottom w:w="2" w:type="dxa"/>
              <w:right w:w="4" w:type="dxa"/>
            </w:tcMar>
            <w:vAlign w:val="center"/>
          </w:tcPr>
          <w:p w14:paraId="2BBB4688" w14:textId="77777777" w:rsidR="00A769EC" w:rsidRPr="007A4E54" w:rsidRDefault="00A769EC" w:rsidP="00911DA5">
            <w:pPr>
              <w:spacing w:after="0" w:line="240" w:lineRule="auto"/>
              <w:rPr>
                <w:i/>
                <w:iCs/>
                <w:sz w:val="48"/>
                <w:szCs w:val="48"/>
              </w:rPr>
            </w:pPr>
          </w:p>
        </w:tc>
        <w:tc>
          <w:tcPr>
            <w:tcW w:w="3369" w:type="dxa"/>
            <w:gridSpan w:val="2"/>
            <w:tcBorders>
              <w:top w:val="single" w:sz="4" w:space="0" w:color="BFC4C8"/>
              <w:left w:val="single" w:sz="4" w:space="0" w:color="BFC4C8"/>
              <w:bottom w:val="single" w:sz="4" w:space="0" w:color="BFC4C8"/>
              <w:right w:val="single" w:sz="4" w:space="0" w:color="BFC4C8"/>
            </w:tcBorders>
            <w:shd w:val="clear" w:color="auto" w:fill="E2E5E7"/>
            <w:tcMar>
              <w:top w:w="2" w:type="dxa"/>
              <w:left w:w="4" w:type="dxa"/>
              <w:bottom w:w="2" w:type="dxa"/>
              <w:right w:w="4" w:type="dxa"/>
            </w:tcMar>
            <w:vAlign w:val="center"/>
          </w:tcPr>
          <w:p w14:paraId="4A8D9431" w14:textId="77777777" w:rsidR="00A769EC" w:rsidRPr="007A4E54" w:rsidRDefault="00A769EC" w:rsidP="00911DA5">
            <w:pPr>
              <w:spacing w:after="0" w:line="240" w:lineRule="auto"/>
              <w:rPr>
                <w:i/>
                <w:iCs/>
                <w:sz w:val="48"/>
                <w:szCs w:val="48"/>
              </w:rPr>
            </w:pPr>
          </w:p>
        </w:tc>
      </w:tr>
      <w:tr w:rsidR="00A769EC" w:rsidRPr="003C6DB1" w14:paraId="4B53B8DA" w14:textId="77777777" w:rsidTr="00006B73">
        <w:trPr>
          <w:gridAfter w:val="1"/>
          <w:wAfter w:w="146" w:type="dxa"/>
          <w:trHeight w:val="347"/>
          <w:jc w:val="center"/>
        </w:trPr>
        <w:tc>
          <w:tcPr>
            <w:tcW w:w="11376" w:type="dxa"/>
            <w:gridSpan w:val="3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  <w:shd w:val="clear" w:color="auto" w:fill="D9D9D9" w:themeFill="background1" w:themeFillShade="D9"/>
            <w:tcMar>
              <w:top w:w="2" w:type="dxa"/>
              <w:left w:w="7" w:type="dxa"/>
              <w:bottom w:w="2" w:type="dxa"/>
              <w:right w:w="7" w:type="dxa"/>
            </w:tcMar>
            <w:vAlign w:val="center"/>
          </w:tcPr>
          <w:p w14:paraId="6AB8B70F" w14:textId="77EA4268" w:rsidR="00A769EC" w:rsidRPr="003C6DB1" w:rsidRDefault="00B55DAD" w:rsidP="00911DA5">
            <w:pPr>
              <w:spacing w:after="0" w:line="240" w:lineRule="auto"/>
              <w:rPr>
                <w:sz w:val="48"/>
                <w:szCs w:val="48"/>
                <w:lang w:val="es-MX"/>
              </w:rPr>
            </w:pPr>
            <w:r w:rsidRPr="003C6DB1">
              <w:rPr>
                <w:rFonts w:ascii="Aptos" w:hAnsi="Aptos"/>
                <w:b/>
                <w:color w:val="000000" w:themeColor="text1"/>
                <w:sz w:val="24"/>
                <w:szCs w:val="56"/>
                <w:lang w:val="es-MX"/>
              </w:rPr>
              <w:t>▹</w:t>
            </w:r>
            <w:r w:rsidR="003546E3" w:rsidRPr="003C6DB1">
              <w:rPr>
                <w:rFonts w:ascii="Aptos" w:hAnsi="Aptos"/>
                <w:b/>
                <w:color w:val="000000" w:themeColor="text1"/>
                <w:sz w:val="20"/>
                <w:szCs w:val="48"/>
                <w:lang w:val="es-MX"/>
              </w:rPr>
              <w:t xml:space="preserve">  IV. DECLARACIÓN DEL INVESTIGADOR Y TESTIGOS</w:t>
            </w:r>
          </w:p>
        </w:tc>
      </w:tr>
    </w:tbl>
    <w:p w14:paraId="65E76D71" w14:textId="77777777" w:rsidR="00A769EC" w:rsidRPr="003C6DB1" w:rsidRDefault="003546E3" w:rsidP="00E06CA1">
      <w:pPr>
        <w:spacing w:after="0" w:line="240" w:lineRule="auto"/>
        <w:jc w:val="both"/>
        <w:rPr>
          <w:i/>
          <w:iCs/>
          <w:sz w:val="48"/>
          <w:szCs w:val="48"/>
          <w:lang w:val="es-MX"/>
        </w:rPr>
      </w:pPr>
      <w:r w:rsidRPr="003C6DB1">
        <w:rPr>
          <w:rFonts w:ascii="Aptos" w:hAnsi="Aptos"/>
          <w:i/>
          <w:iCs/>
          <w:color w:val="2F3235"/>
          <w:sz w:val="18"/>
          <w:szCs w:val="48"/>
          <w:lang w:val="es-MX"/>
        </w:rPr>
        <w:t>Declaro que he explicado a la persona participante el objetivo de la investigación, en qué consiste su participación y los posibles beneficios y riesgos que conlleva. Hago constar que todas sus dudas han sido atendidas de forma adecuada y que he leído y explicado los apartados que integran el presente consentimiento informado.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88"/>
        <w:gridCol w:w="5688"/>
      </w:tblGrid>
      <w:tr w:rsidR="00A769EC" w:rsidRPr="007A4E54" w14:paraId="0114B130" w14:textId="77777777" w:rsidTr="0041300A">
        <w:trPr>
          <w:trHeight w:val="367"/>
          <w:jc w:val="center"/>
        </w:trPr>
        <w:tc>
          <w:tcPr>
            <w:tcW w:w="5688" w:type="dxa"/>
            <w:tcBorders>
              <w:top w:val="single" w:sz="4" w:space="0" w:color="BFC4C8"/>
              <w:left w:val="single" w:sz="4" w:space="0" w:color="BFC4C8"/>
              <w:bottom w:val="single" w:sz="4" w:space="0" w:color="BFC4C8"/>
              <w:right w:val="single" w:sz="4" w:space="0" w:color="BFC4C8"/>
            </w:tcBorders>
            <w:shd w:val="clear" w:color="auto" w:fill="E2E5E7"/>
            <w:tcMar>
              <w:top w:w="2" w:type="dxa"/>
              <w:left w:w="5" w:type="dxa"/>
              <w:bottom w:w="2" w:type="dxa"/>
              <w:right w:w="5" w:type="dxa"/>
            </w:tcMar>
            <w:vAlign w:val="center"/>
          </w:tcPr>
          <w:p w14:paraId="7A5E779E" w14:textId="77777777" w:rsidR="00A769EC" w:rsidRPr="007A4E54" w:rsidRDefault="003546E3" w:rsidP="00911DA5">
            <w:pPr>
              <w:spacing w:after="0" w:line="240" w:lineRule="auto"/>
              <w:rPr>
                <w:i/>
                <w:iCs/>
                <w:sz w:val="48"/>
                <w:szCs w:val="48"/>
              </w:rPr>
            </w:pPr>
            <w:proofErr w:type="spellStart"/>
            <w:r w:rsidRPr="007A4E54">
              <w:rPr>
                <w:rFonts w:ascii="Aptos" w:hAnsi="Aptos"/>
                <w:b/>
                <w:i/>
                <w:iCs/>
                <w:color w:val="4B4F54"/>
                <w:sz w:val="18"/>
                <w:szCs w:val="48"/>
              </w:rPr>
              <w:t>Nombre</w:t>
            </w:r>
            <w:proofErr w:type="spellEnd"/>
            <w:r w:rsidRPr="007A4E54">
              <w:rPr>
                <w:rFonts w:ascii="Aptos" w:hAnsi="Aptos"/>
                <w:b/>
                <w:i/>
                <w:iCs/>
                <w:color w:val="4B4F54"/>
                <w:sz w:val="18"/>
                <w:szCs w:val="48"/>
              </w:rPr>
              <w:t xml:space="preserve"> del </w:t>
            </w:r>
            <w:proofErr w:type="spellStart"/>
            <w:r w:rsidRPr="007A4E54">
              <w:rPr>
                <w:rFonts w:ascii="Aptos" w:hAnsi="Aptos"/>
                <w:b/>
                <w:i/>
                <w:iCs/>
                <w:color w:val="4B4F54"/>
                <w:sz w:val="18"/>
                <w:szCs w:val="48"/>
              </w:rPr>
              <w:t>investigador</w:t>
            </w:r>
            <w:proofErr w:type="spellEnd"/>
            <w:r w:rsidRPr="007A4E54">
              <w:rPr>
                <w:rFonts w:ascii="Aptos" w:hAnsi="Aptos"/>
                <w:b/>
                <w:i/>
                <w:iCs/>
                <w:color w:val="4B4F54"/>
                <w:sz w:val="18"/>
                <w:szCs w:val="48"/>
              </w:rPr>
              <w:t>: __________________________________________</w:t>
            </w:r>
          </w:p>
        </w:tc>
        <w:tc>
          <w:tcPr>
            <w:tcW w:w="5688" w:type="dxa"/>
            <w:tcBorders>
              <w:top w:val="single" w:sz="4" w:space="0" w:color="BFC4C8"/>
              <w:left w:val="single" w:sz="4" w:space="0" w:color="BFC4C8"/>
              <w:bottom w:val="single" w:sz="4" w:space="0" w:color="BFC4C8"/>
              <w:right w:val="single" w:sz="4" w:space="0" w:color="BFC4C8"/>
            </w:tcBorders>
            <w:shd w:val="clear" w:color="auto" w:fill="F6F7F8"/>
            <w:tcMar>
              <w:top w:w="2" w:type="dxa"/>
              <w:left w:w="5" w:type="dxa"/>
              <w:bottom w:w="2" w:type="dxa"/>
              <w:right w:w="5" w:type="dxa"/>
            </w:tcMar>
            <w:vAlign w:val="center"/>
          </w:tcPr>
          <w:p w14:paraId="151FD400" w14:textId="41EF6703" w:rsidR="00A769EC" w:rsidRPr="007A4E54" w:rsidRDefault="003546E3" w:rsidP="00911DA5">
            <w:pPr>
              <w:spacing w:after="0" w:line="240" w:lineRule="auto"/>
              <w:rPr>
                <w:i/>
                <w:iCs/>
                <w:sz w:val="48"/>
                <w:szCs w:val="48"/>
              </w:rPr>
            </w:pPr>
            <w:proofErr w:type="spellStart"/>
            <w:r w:rsidRPr="007A4E54">
              <w:rPr>
                <w:rFonts w:ascii="Aptos" w:hAnsi="Aptos"/>
                <w:i/>
                <w:iCs/>
                <w:color w:val="4B4F54"/>
                <w:sz w:val="18"/>
                <w:szCs w:val="48"/>
              </w:rPr>
              <w:t>Firma</w:t>
            </w:r>
            <w:proofErr w:type="spellEnd"/>
            <w:r w:rsidRPr="007A4E54">
              <w:rPr>
                <w:rFonts w:ascii="Aptos" w:hAnsi="Aptos"/>
                <w:i/>
                <w:iCs/>
                <w:color w:val="4B4F54"/>
                <w:sz w:val="18"/>
                <w:szCs w:val="48"/>
              </w:rPr>
              <w:t>: ____________________________________</w:t>
            </w:r>
            <w:r w:rsidR="001C76AD">
              <w:rPr>
                <w:rFonts w:ascii="Aptos" w:hAnsi="Aptos"/>
                <w:i/>
                <w:iCs/>
                <w:color w:val="4B4F54"/>
                <w:sz w:val="18"/>
                <w:szCs w:val="48"/>
              </w:rPr>
              <w:t>______________________</w:t>
            </w:r>
            <w:r w:rsidRPr="007A4E54">
              <w:rPr>
                <w:rFonts w:ascii="Aptos" w:hAnsi="Aptos"/>
                <w:i/>
                <w:iCs/>
                <w:color w:val="4B4F54"/>
                <w:sz w:val="18"/>
                <w:szCs w:val="48"/>
              </w:rPr>
              <w:t>___</w:t>
            </w:r>
          </w:p>
        </w:tc>
      </w:tr>
      <w:tr w:rsidR="00A769EC" w:rsidRPr="007A4E54" w14:paraId="676FDB73" w14:textId="77777777" w:rsidTr="0041300A">
        <w:trPr>
          <w:trHeight w:val="286"/>
          <w:jc w:val="center"/>
        </w:trPr>
        <w:tc>
          <w:tcPr>
            <w:tcW w:w="5688" w:type="dxa"/>
            <w:tcBorders>
              <w:top w:val="single" w:sz="4" w:space="0" w:color="BFC4C8"/>
              <w:left w:val="single" w:sz="4" w:space="0" w:color="BFC4C8"/>
              <w:bottom w:val="single" w:sz="4" w:space="0" w:color="BFC4C8"/>
              <w:right w:val="single" w:sz="4" w:space="0" w:color="BFC4C8"/>
            </w:tcBorders>
            <w:shd w:val="clear" w:color="auto" w:fill="E2E5E7"/>
            <w:tcMar>
              <w:top w:w="2" w:type="dxa"/>
              <w:left w:w="5" w:type="dxa"/>
              <w:bottom w:w="2" w:type="dxa"/>
              <w:right w:w="5" w:type="dxa"/>
            </w:tcMar>
            <w:vAlign w:val="center"/>
          </w:tcPr>
          <w:p w14:paraId="11DE1FDC" w14:textId="77777777" w:rsidR="00A769EC" w:rsidRPr="007A4E54" w:rsidRDefault="003546E3" w:rsidP="00911DA5">
            <w:pPr>
              <w:spacing w:after="0" w:line="240" w:lineRule="auto"/>
              <w:rPr>
                <w:i/>
                <w:iCs/>
                <w:sz w:val="48"/>
                <w:szCs w:val="48"/>
              </w:rPr>
            </w:pPr>
            <w:r w:rsidRPr="007A4E54">
              <w:rPr>
                <w:rFonts w:ascii="Aptos" w:hAnsi="Aptos"/>
                <w:b/>
                <w:i/>
                <w:iCs/>
                <w:color w:val="4B4F54"/>
                <w:sz w:val="18"/>
                <w:szCs w:val="48"/>
              </w:rPr>
              <w:t xml:space="preserve">TESTIGO 1 · </w:t>
            </w:r>
            <w:proofErr w:type="spellStart"/>
            <w:r w:rsidRPr="007A4E54">
              <w:rPr>
                <w:rFonts w:ascii="Aptos" w:hAnsi="Aptos"/>
                <w:b/>
                <w:i/>
                <w:iCs/>
                <w:color w:val="4B4F54"/>
                <w:sz w:val="18"/>
                <w:szCs w:val="48"/>
              </w:rPr>
              <w:t>Nombre</w:t>
            </w:r>
            <w:proofErr w:type="spellEnd"/>
            <w:r w:rsidRPr="007A4E54">
              <w:rPr>
                <w:rFonts w:ascii="Aptos" w:hAnsi="Aptos"/>
                <w:b/>
                <w:i/>
                <w:iCs/>
                <w:color w:val="4B4F54"/>
                <w:sz w:val="18"/>
                <w:szCs w:val="48"/>
              </w:rPr>
              <w:t>: ______________________________________________</w:t>
            </w:r>
          </w:p>
        </w:tc>
        <w:tc>
          <w:tcPr>
            <w:tcW w:w="5688" w:type="dxa"/>
            <w:tcBorders>
              <w:top w:val="single" w:sz="4" w:space="0" w:color="BFC4C8"/>
              <w:left w:val="single" w:sz="4" w:space="0" w:color="BFC4C8"/>
              <w:bottom w:val="single" w:sz="4" w:space="0" w:color="BFC4C8"/>
              <w:right w:val="single" w:sz="4" w:space="0" w:color="BFC4C8"/>
            </w:tcBorders>
            <w:shd w:val="clear" w:color="auto" w:fill="F6F7F8"/>
            <w:tcMar>
              <w:top w:w="2" w:type="dxa"/>
              <w:left w:w="5" w:type="dxa"/>
              <w:bottom w:w="2" w:type="dxa"/>
              <w:right w:w="5" w:type="dxa"/>
            </w:tcMar>
            <w:vAlign w:val="center"/>
          </w:tcPr>
          <w:p w14:paraId="1178EEDA" w14:textId="77777777" w:rsidR="00A769EC" w:rsidRPr="007A4E54" w:rsidRDefault="003546E3" w:rsidP="00911DA5">
            <w:pPr>
              <w:spacing w:after="0" w:line="240" w:lineRule="auto"/>
              <w:rPr>
                <w:i/>
                <w:iCs/>
                <w:sz w:val="48"/>
                <w:szCs w:val="48"/>
              </w:rPr>
            </w:pPr>
            <w:proofErr w:type="spellStart"/>
            <w:r w:rsidRPr="007A4E54">
              <w:rPr>
                <w:rFonts w:ascii="Aptos" w:hAnsi="Aptos"/>
                <w:i/>
                <w:iCs/>
                <w:color w:val="4B4F54"/>
                <w:sz w:val="18"/>
                <w:szCs w:val="48"/>
              </w:rPr>
              <w:t>Correo</w:t>
            </w:r>
            <w:proofErr w:type="spellEnd"/>
            <w:r w:rsidRPr="007A4E54">
              <w:rPr>
                <w:rFonts w:ascii="Aptos" w:hAnsi="Aptos"/>
                <w:i/>
                <w:iCs/>
                <w:color w:val="4B4F54"/>
                <w:sz w:val="18"/>
                <w:szCs w:val="48"/>
              </w:rPr>
              <w:t>/</w:t>
            </w:r>
            <w:proofErr w:type="spellStart"/>
            <w:r w:rsidRPr="007A4E54">
              <w:rPr>
                <w:rFonts w:ascii="Aptos" w:hAnsi="Aptos"/>
                <w:i/>
                <w:iCs/>
                <w:color w:val="4B4F54"/>
                <w:sz w:val="18"/>
                <w:szCs w:val="48"/>
              </w:rPr>
              <w:t>Celular</w:t>
            </w:r>
            <w:proofErr w:type="spellEnd"/>
            <w:r w:rsidRPr="007A4E54">
              <w:rPr>
                <w:rFonts w:ascii="Aptos" w:hAnsi="Aptos"/>
                <w:i/>
                <w:iCs/>
                <w:color w:val="4B4F54"/>
                <w:sz w:val="18"/>
                <w:szCs w:val="48"/>
              </w:rPr>
              <w:t>: ______________________________</w:t>
            </w:r>
            <w:proofErr w:type="gramStart"/>
            <w:r w:rsidRPr="007A4E54">
              <w:rPr>
                <w:rFonts w:ascii="Aptos" w:hAnsi="Aptos"/>
                <w:i/>
                <w:iCs/>
                <w:color w:val="4B4F54"/>
                <w:sz w:val="18"/>
                <w:szCs w:val="48"/>
              </w:rPr>
              <w:t xml:space="preserve">_  </w:t>
            </w:r>
            <w:proofErr w:type="spellStart"/>
            <w:r w:rsidRPr="007A4E54">
              <w:rPr>
                <w:rFonts w:ascii="Aptos" w:hAnsi="Aptos"/>
                <w:i/>
                <w:iCs/>
                <w:color w:val="4B4F54"/>
                <w:sz w:val="18"/>
                <w:szCs w:val="48"/>
              </w:rPr>
              <w:t>Fecha</w:t>
            </w:r>
            <w:proofErr w:type="spellEnd"/>
            <w:proofErr w:type="gramEnd"/>
            <w:r w:rsidRPr="007A4E54">
              <w:rPr>
                <w:rFonts w:ascii="Aptos" w:hAnsi="Aptos"/>
                <w:i/>
                <w:iCs/>
                <w:color w:val="4B4F54"/>
                <w:sz w:val="18"/>
                <w:szCs w:val="48"/>
              </w:rPr>
              <w:t>: __________</w:t>
            </w:r>
          </w:p>
        </w:tc>
      </w:tr>
      <w:tr w:rsidR="00A769EC" w:rsidRPr="007A4E54" w14:paraId="7DC28D3E" w14:textId="77777777" w:rsidTr="0041300A">
        <w:trPr>
          <w:trHeight w:val="263"/>
          <w:jc w:val="center"/>
        </w:trPr>
        <w:tc>
          <w:tcPr>
            <w:tcW w:w="5688" w:type="dxa"/>
            <w:tcBorders>
              <w:top w:val="single" w:sz="4" w:space="0" w:color="BFC4C8"/>
              <w:left w:val="single" w:sz="4" w:space="0" w:color="BFC4C8"/>
              <w:bottom w:val="single" w:sz="4" w:space="0" w:color="BFC4C8"/>
              <w:right w:val="single" w:sz="4" w:space="0" w:color="BFC4C8"/>
            </w:tcBorders>
            <w:shd w:val="clear" w:color="auto" w:fill="E2E5E7"/>
            <w:tcMar>
              <w:top w:w="2" w:type="dxa"/>
              <w:left w:w="5" w:type="dxa"/>
              <w:bottom w:w="2" w:type="dxa"/>
              <w:right w:w="5" w:type="dxa"/>
            </w:tcMar>
            <w:vAlign w:val="center"/>
          </w:tcPr>
          <w:p w14:paraId="4942C074" w14:textId="77777777" w:rsidR="00A769EC" w:rsidRPr="007A4E54" w:rsidRDefault="003546E3" w:rsidP="00911DA5">
            <w:pPr>
              <w:spacing w:after="0" w:line="240" w:lineRule="auto"/>
              <w:rPr>
                <w:i/>
                <w:iCs/>
                <w:sz w:val="48"/>
                <w:szCs w:val="48"/>
              </w:rPr>
            </w:pPr>
            <w:r w:rsidRPr="007A4E54">
              <w:rPr>
                <w:rFonts w:ascii="Aptos" w:hAnsi="Aptos"/>
                <w:b/>
                <w:i/>
                <w:iCs/>
                <w:color w:val="4B4F54"/>
                <w:sz w:val="18"/>
                <w:szCs w:val="48"/>
              </w:rPr>
              <w:t xml:space="preserve">TESTIGO 2 · </w:t>
            </w:r>
            <w:proofErr w:type="spellStart"/>
            <w:r w:rsidRPr="007A4E54">
              <w:rPr>
                <w:rFonts w:ascii="Aptos" w:hAnsi="Aptos"/>
                <w:b/>
                <w:i/>
                <w:iCs/>
                <w:color w:val="4B4F54"/>
                <w:sz w:val="18"/>
                <w:szCs w:val="48"/>
              </w:rPr>
              <w:t>Nombre</w:t>
            </w:r>
            <w:proofErr w:type="spellEnd"/>
            <w:r w:rsidRPr="007A4E54">
              <w:rPr>
                <w:rFonts w:ascii="Aptos" w:hAnsi="Aptos"/>
                <w:b/>
                <w:i/>
                <w:iCs/>
                <w:color w:val="4B4F54"/>
                <w:sz w:val="18"/>
                <w:szCs w:val="48"/>
              </w:rPr>
              <w:t>: ______________________________________________</w:t>
            </w:r>
          </w:p>
        </w:tc>
        <w:tc>
          <w:tcPr>
            <w:tcW w:w="5688" w:type="dxa"/>
            <w:tcBorders>
              <w:top w:val="single" w:sz="4" w:space="0" w:color="BFC4C8"/>
              <w:left w:val="single" w:sz="4" w:space="0" w:color="BFC4C8"/>
              <w:bottom w:val="single" w:sz="4" w:space="0" w:color="BFC4C8"/>
              <w:right w:val="single" w:sz="4" w:space="0" w:color="BFC4C8"/>
            </w:tcBorders>
            <w:shd w:val="clear" w:color="auto" w:fill="F6F7F8"/>
            <w:tcMar>
              <w:top w:w="2" w:type="dxa"/>
              <w:left w:w="5" w:type="dxa"/>
              <w:bottom w:w="2" w:type="dxa"/>
              <w:right w:w="5" w:type="dxa"/>
            </w:tcMar>
            <w:vAlign w:val="center"/>
          </w:tcPr>
          <w:p w14:paraId="20DDF311" w14:textId="77777777" w:rsidR="00A769EC" w:rsidRPr="007A4E54" w:rsidRDefault="003546E3" w:rsidP="00911DA5">
            <w:pPr>
              <w:spacing w:after="0" w:line="240" w:lineRule="auto"/>
              <w:rPr>
                <w:i/>
                <w:iCs/>
                <w:sz w:val="48"/>
                <w:szCs w:val="48"/>
              </w:rPr>
            </w:pPr>
            <w:proofErr w:type="spellStart"/>
            <w:r w:rsidRPr="007A4E54">
              <w:rPr>
                <w:rFonts w:ascii="Aptos" w:hAnsi="Aptos"/>
                <w:i/>
                <w:iCs/>
                <w:color w:val="4B4F54"/>
                <w:sz w:val="18"/>
                <w:szCs w:val="48"/>
              </w:rPr>
              <w:t>Correo</w:t>
            </w:r>
            <w:proofErr w:type="spellEnd"/>
            <w:r w:rsidRPr="007A4E54">
              <w:rPr>
                <w:rFonts w:ascii="Aptos" w:hAnsi="Aptos"/>
                <w:i/>
                <w:iCs/>
                <w:color w:val="4B4F54"/>
                <w:sz w:val="18"/>
                <w:szCs w:val="48"/>
              </w:rPr>
              <w:t>/</w:t>
            </w:r>
            <w:proofErr w:type="spellStart"/>
            <w:r w:rsidRPr="007A4E54">
              <w:rPr>
                <w:rFonts w:ascii="Aptos" w:hAnsi="Aptos"/>
                <w:i/>
                <w:iCs/>
                <w:color w:val="4B4F54"/>
                <w:sz w:val="18"/>
                <w:szCs w:val="48"/>
              </w:rPr>
              <w:t>Celular</w:t>
            </w:r>
            <w:proofErr w:type="spellEnd"/>
            <w:r w:rsidRPr="007A4E54">
              <w:rPr>
                <w:rFonts w:ascii="Aptos" w:hAnsi="Aptos"/>
                <w:i/>
                <w:iCs/>
                <w:color w:val="4B4F54"/>
                <w:sz w:val="18"/>
                <w:szCs w:val="48"/>
              </w:rPr>
              <w:t>: ______________________________</w:t>
            </w:r>
            <w:proofErr w:type="gramStart"/>
            <w:r w:rsidRPr="007A4E54">
              <w:rPr>
                <w:rFonts w:ascii="Aptos" w:hAnsi="Aptos"/>
                <w:i/>
                <w:iCs/>
                <w:color w:val="4B4F54"/>
                <w:sz w:val="18"/>
                <w:szCs w:val="48"/>
              </w:rPr>
              <w:t xml:space="preserve">_  </w:t>
            </w:r>
            <w:proofErr w:type="spellStart"/>
            <w:r w:rsidRPr="007A4E54">
              <w:rPr>
                <w:rFonts w:ascii="Aptos" w:hAnsi="Aptos"/>
                <w:i/>
                <w:iCs/>
                <w:color w:val="4B4F54"/>
                <w:sz w:val="18"/>
                <w:szCs w:val="48"/>
              </w:rPr>
              <w:t>Fecha</w:t>
            </w:r>
            <w:proofErr w:type="spellEnd"/>
            <w:proofErr w:type="gramEnd"/>
            <w:r w:rsidRPr="007A4E54">
              <w:rPr>
                <w:rFonts w:ascii="Aptos" w:hAnsi="Aptos"/>
                <w:i/>
                <w:iCs/>
                <w:color w:val="4B4F54"/>
                <w:sz w:val="18"/>
                <w:szCs w:val="48"/>
              </w:rPr>
              <w:t>: __________</w:t>
            </w:r>
          </w:p>
        </w:tc>
      </w:tr>
    </w:tbl>
    <w:p w14:paraId="2BB17AF6" w14:textId="77777777" w:rsidR="00A769EC" w:rsidRPr="003C6DB1" w:rsidRDefault="003546E3" w:rsidP="00911DA5">
      <w:pPr>
        <w:spacing w:after="0" w:line="240" w:lineRule="auto"/>
        <w:rPr>
          <w:i/>
          <w:iCs/>
          <w:sz w:val="48"/>
          <w:szCs w:val="48"/>
          <w:lang w:val="es-MX"/>
        </w:rPr>
      </w:pPr>
      <w:r w:rsidRPr="003C6DB1">
        <w:rPr>
          <w:rFonts w:ascii="Aptos" w:hAnsi="Aptos"/>
          <w:b/>
          <w:color w:val="4B4F54"/>
          <w:sz w:val="24"/>
          <w:szCs w:val="72"/>
          <w:lang w:val="es-MX"/>
        </w:rPr>
        <w:t>☐</w:t>
      </w:r>
      <w:r w:rsidRPr="003C6DB1">
        <w:rPr>
          <w:rFonts w:ascii="Aptos" w:hAnsi="Aptos"/>
          <w:b/>
          <w:i/>
          <w:iCs/>
          <w:color w:val="4B4F54"/>
          <w:sz w:val="18"/>
          <w:szCs w:val="48"/>
          <w:lang w:val="es-MX"/>
        </w:rPr>
        <w:t xml:space="preserve"> Recibí una copia firmada y fechada de este consentimiento informado.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376"/>
      </w:tblGrid>
      <w:tr w:rsidR="00A769EC" w:rsidRPr="003C6DB1" w14:paraId="3612A673" w14:textId="77777777" w:rsidTr="007C0C59">
        <w:trPr>
          <w:trHeight w:val="361"/>
          <w:jc w:val="center"/>
        </w:trPr>
        <w:tc>
          <w:tcPr>
            <w:tcW w:w="11376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  <w:shd w:val="clear" w:color="auto" w:fill="D9D9D9" w:themeFill="background1" w:themeFillShade="D9"/>
            <w:tcMar>
              <w:top w:w="2" w:type="dxa"/>
              <w:left w:w="7" w:type="dxa"/>
              <w:bottom w:w="2" w:type="dxa"/>
              <w:right w:w="7" w:type="dxa"/>
            </w:tcMar>
            <w:vAlign w:val="center"/>
          </w:tcPr>
          <w:p w14:paraId="52C6F786" w14:textId="0A186B32" w:rsidR="00A769EC" w:rsidRPr="003C6DB1" w:rsidRDefault="00B55DAD" w:rsidP="00911DA5">
            <w:pPr>
              <w:spacing w:after="0" w:line="240" w:lineRule="auto"/>
              <w:rPr>
                <w:sz w:val="48"/>
                <w:szCs w:val="48"/>
                <w:lang w:val="es-MX"/>
              </w:rPr>
            </w:pPr>
            <w:proofErr w:type="gramStart"/>
            <w:r w:rsidRPr="003C6DB1">
              <w:rPr>
                <w:rFonts w:ascii="Aptos" w:hAnsi="Aptos"/>
                <w:b/>
                <w:color w:val="000000" w:themeColor="text1"/>
                <w:sz w:val="24"/>
                <w:szCs w:val="56"/>
                <w:lang w:val="es-MX"/>
              </w:rPr>
              <w:lastRenderedPageBreak/>
              <w:t>▹</w:t>
            </w:r>
            <w:r w:rsidR="003546E3" w:rsidRPr="003C6DB1">
              <w:rPr>
                <w:rFonts w:ascii="Aptos" w:hAnsi="Aptos"/>
                <w:b/>
                <w:color w:val="000000" w:themeColor="text1"/>
                <w:sz w:val="20"/>
                <w:szCs w:val="48"/>
                <w:lang w:val="es-MX"/>
              </w:rPr>
              <w:t xml:space="preserve">  V.</w:t>
            </w:r>
            <w:proofErr w:type="gramEnd"/>
            <w:r w:rsidR="003546E3" w:rsidRPr="003C6DB1">
              <w:rPr>
                <w:rFonts w:ascii="Aptos" w:hAnsi="Aptos"/>
                <w:b/>
                <w:color w:val="000000" w:themeColor="text1"/>
                <w:sz w:val="20"/>
                <w:szCs w:val="48"/>
                <w:lang w:val="es-MX"/>
              </w:rPr>
              <w:t xml:space="preserve"> REVOCACIÓN DEL CONSENTIMIENTO INFORMADO PARA DONACIÓN DE TEJIDOS</w:t>
            </w:r>
          </w:p>
        </w:tc>
      </w:tr>
    </w:tbl>
    <w:p w14:paraId="5306175E" w14:textId="48A81265" w:rsidR="0014594A" w:rsidRPr="003C6DB1" w:rsidRDefault="0014594A" w:rsidP="0014594A">
      <w:pPr>
        <w:spacing w:after="0" w:line="240" w:lineRule="auto"/>
        <w:rPr>
          <w:rFonts w:ascii="Aptos" w:hAnsi="Aptos"/>
          <w:i/>
          <w:iCs/>
          <w:color w:val="2F3235"/>
          <w:sz w:val="18"/>
          <w:szCs w:val="48"/>
          <w:lang w:val="es-MX"/>
        </w:rPr>
      </w:pPr>
      <w:r w:rsidRPr="003C6DB1">
        <w:rPr>
          <w:rFonts w:ascii="Aptos" w:hAnsi="Aptos"/>
          <w:i/>
          <w:iCs/>
          <w:color w:val="2F3235"/>
          <w:sz w:val="18"/>
          <w:szCs w:val="48"/>
          <w:lang w:val="es-MX"/>
        </w:rPr>
        <w:t xml:space="preserve">Yo, ________________________________________________________________________, de ______ </w:t>
      </w:r>
      <w:r w:rsidRPr="003C6DB1">
        <w:rPr>
          <w:rFonts w:ascii="Aptos" w:hAnsi="Aptos"/>
          <w:b/>
          <w:bCs/>
          <w:i/>
          <w:iCs/>
          <w:color w:val="2F3235"/>
          <w:sz w:val="18"/>
          <w:szCs w:val="48"/>
          <w:lang w:val="es-MX"/>
        </w:rPr>
        <w:t>años de edad,</w:t>
      </w:r>
      <w:r w:rsidRPr="003C6DB1">
        <w:rPr>
          <w:rFonts w:ascii="Aptos" w:hAnsi="Aptos"/>
          <w:i/>
          <w:iCs/>
          <w:color w:val="2F3235"/>
          <w:sz w:val="18"/>
          <w:szCs w:val="48"/>
          <w:lang w:val="es-MX"/>
        </w:rPr>
        <w:t xml:space="preserve"> participante en el </w:t>
      </w:r>
      <w:r w:rsidR="00041AF9">
        <w:rPr>
          <w:rFonts w:ascii="Aptos" w:hAnsi="Aptos"/>
          <w:i/>
          <w:iCs/>
          <w:color w:val="2F3235"/>
          <w:sz w:val="18"/>
          <w:szCs w:val="48"/>
          <w:lang w:val="es-MX"/>
        </w:rPr>
        <w:t>p</w:t>
      </w:r>
      <w:r w:rsidRPr="003C6DB1">
        <w:rPr>
          <w:rFonts w:ascii="Aptos" w:hAnsi="Aptos"/>
          <w:i/>
          <w:iCs/>
          <w:color w:val="2F3235"/>
          <w:sz w:val="18"/>
          <w:szCs w:val="48"/>
          <w:lang w:val="es-MX"/>
        </w:rPr>
        <w:t xml:space="preserve">royecto de </w:t>
      </w:r>
      <w:r w:rsidR="00041AF9">
        <w:rPr>
          <w:rFonts w:ascii="Aptos" w:hAnsi="Aptos"/>
          <w:i/>
          <w:iCs/>
          <w:color w:val="2F3235"/>
          <w:sz w:val="18"/>
          <w:szCs w:val="48"/>
          <w:lang w:val="es-MX"/>
        </w:rPr>
        <w:t>i</w:t>
      </w:r>
      <w:r w:rsidRPr="003C6DB1">
        <w:rPr>
          <w:rFonts w:ascii="Aptos" w:hAnsi="Aptos"/>
          <w:i/>
          <w:iCs/>
          <w:color w:val="2F3235"/>
          <w:sz w:val="18"/>
          <w:szCs w:val="48"/>
          <w:lang w:val="es-MX"/>
        </w:rPr>
        <w:t>nvestigación denominado:</w:t>
      </w:r>
    </w:p>
    <w:p w14:paraId="2BBB57CD" w14:textId="77777777" w:rsidR="0014594A" w:rsidRPr="003C6DB1" w:rsidRDefault="0014594A" w:rsidP="0014594A">
      <w:pPr>
        <w:spacing w:after="0" w:line="240" w:lineRule="auto"/>
        <w:rPr>
          <w:rFonts w:ascii="Aptos" w:hAnsi="Aptos"/>
          <w:i/>
          <w:iCs/>
          <w:color w:val="2F3235"/>
          <w:sz w:val="18"/>
          <w:szCs w:val="48"/>
          <w:lang w:val="es-MX"/>
        </w:rPr>
      </w:pPr>
      <w:r w:rsidRPr="003C6DB1">
        <w:rPr>
          <w:rFonts w:ascii="Aptos" w:hAnsi="Aptos"/>
          <w:i/>
          <w:iCs/>
          <w:color w:val="2F3235"/>
          <w:sz w:val="18"/>
          <w:szCs w:val="48"/>
          <w:lang w:val="es-MX"/>
        </w:rPr>
        <w:t>__________________________________________________________________________________</w:t>
      </w:r>
    </w:p>
    <w:p w14:paraId="4D242777" w14:textId="1A3D654A" w:rsidR="0014594A" w:rsidRPr="003C6DB1" w:rsidRDefault="0014594A" w:rsidP="0014594A">
      <w:pPr>
        <w:spacing w:after="0" w:line="240" w:lineRule="auto"/>
        <w:rPr>
          <w:rFonts w:ascii="Aptos" w:hAnsi="Aptos"/>
          <w:i/>
          <w:iCs/>
          <w:color w:val="2F3235"/>
          <w:sz w:val="18"/>
          <w:szCs w:val="48"/>
          <w:lang w:val="es-MX"/>
        </w:rPr>
      </w:pPr>
      <w:r w:rsidRPr="003C6DB1">
        <w:rPr>
          <w:rFonts w:ascii="Aptos" w:hAnsi="Aptos"/>
          <w:i/>
          <w:iCs/>
          <w:color w:val="2F3235"/>
          <w:sz w:val="18"/>
          <w:szCs w:val="48"/>
          <w:lang w:val="es-MX"/>
        </w:rPr>
        <w:t xml:space="preserve">manifiesto de manera </w:t>
      </w:r>
      <w:r w:rsidRPr="003C6DB1">
        <w:rPr>
          <w:rFonts w:ascii="Aptos" w:hAnsi="Aptos"/>
          <w:b/>
          <w:bCs/>
          <w:i/>
          <w:iCs/>
          <w:color w:val="2F3235"/>
          <w:sz w:val="18"/>
          <w:szCs w:val="48"/>
          <w:lang w:val="es-MX"/>
        </w:rPr>
        <w:t xml:space="preserve">libre y voluntaria mi decisión de retirar el consentimiento previamente otorgado para la donación de tejidos y, en consecuencia, dejar de participar en el </w:t>
      </w:r>
      <w:r w:rsidR="00CD3A94">
        <w:rPr>
          <w:rFonts w:ascii="Aptos" w:hAnsi="Aptos"/>
          <w:b/>
          <w:bCs/>
          <w:i/>
          <w:iCs/>
          <w:color w:val="2F3235"/>
          <w:sz w:val="18"/>
          <w:szCs w:val="48"/>
          <w:lang w:val="es-MX"/>
        </w:rPr>
        <w:t>p</w:t>
      </w:r>
      <w:r w:rsidRPr="003C6DB1">
        <w:rPr>
          <w:rFonts w:ascii="Aptos" w:hAnsi="Aptos"/>
          <w:b/>
          <w:bCs/>
          <w:i/>
          <w:iCs/>
          <w:color w:val="2F3235"/>
          <w:sz w:val="18"/>
          <w:szCs w:val="48"/>
          <w:lang w:val="es-MX"/>
        </w:rPr>
        <w:t xml:space="preserve">royecto de </w:t>
      </w:r>
      <w:r w:rsidR="00CD3A94">
        <w:rPr>
          <w:rFonts w:ascii="Aptos" w:hAnsi="Aptos"/>
          <w:b/>
          <w:bCs/>
          <w:i/>
          <w:iCs/>
          <w:color w:val="2F3235"/>
          <w:sz w:val="18"/>
          <w:szCs w:val="48"/>
          <w:lang w:val="es-MX"/>
        </w:rPr>
        <w:t>i</w:t>
      </w:r>
      <w:r w:rsidRPr="003C6DB1">
        <w:rPr>
          <w:rFonts w:ascii="Aptos" w:hAnsi="Aptos"/>
          <w:b/>
          <w:bCs/>
          <w:i/>
          <w:iCs/>
          <w:color w:val="2F3235"/>
          <w:sz w:val="18"/>
          <w:szCs w:val="48"/>
          <w:lang w:val="es-MX"/>
        </w:rPr>
        <w:t>nvestigación antes señalado.</w:t>
      </w:r>
    </w:p>
    <w:p w14:paraId="7F0AF1D1" w14:textId="77777777" w:rsidR="0014594A" w:rsidRPr="003C6DB1" w:rsidRDefault="0014594A" w:rsidP="0014594A">
      <w:pPr>
        <w:spacing w:after="0" w:line="240" w:lineRule="auto"/>
        <w:rPr>
          <w:rFonts w:ascii="Aptos" w:hAnsi="Aptos"/>
          <w:i/>
          <w:iCs/>
          <w:color w:val="2F3235"/>
          <w:sz w:val="18"/>
          <w:szCs w:val="48"/>
          <w:lang w:val="es-MX"/>
        </w:rPr>
      </w:pPr>
      <w:r w:rsidRPr="003C6DB1">
        <w:rPr>
          <w:rFonts w:ascii="Aptos" w:hAnsi="Aptos"/>
          <w:i/>
          <w:iCs/>
          <w:color w:val="2F3235"/>
          <w:sz w:val="18"/>
          <w:szCs w:val="48"/>
          <w:lang w:val="es-MX"/>
        </w:rPr>
        <w:t>Declaro que esta decisión ha sido tomada por voluntad propia y que he tenido la oportunidad de comunicarla al personal responsable de la investigación.</w:t>
      </w:r>
    </w:p>
    <w:p w14:paraId="61EBED36" w14:textId="77777777" w:rsidR="0014594A" w:rsidRPr="0014594A" w:rsidRDefault="0014594A" w:rsidP="0014594A">
      <w:pPr>
        <w:spacing w:after="0" w:line="240" w:lineRule="auto"/>
        <w:rPr>
          <w:rFonts w:ascii="Aptos" w:hAnsi="Aptos"/>
          <w:b/>
          <w:bCs/>
          <w:i/>
          <w:iCs/>
          <w:color w:val="2F3235"/>
          <w:sz w:val="18"/>
          <w:szCs w:val="48"/>
        </w:rPr>
      </w:pPr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 xml:space="preserve">Forma </w:t>
      </w:r>
      <w:proofErr w:type="spellStart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>en</w:t>
      </w:r>
      <w:proofErr w:type="spellEnd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 xml:space="preserve"> la que </w:t>
      </w:r>
      <w:proofErr w:type="spellStart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>manifiesto</w:t>
      </w:r>
      <w:proofErr w:type="spellEnd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 xml:space="preserve"> mi </w:t>
      </w:r>
      <w:proofErr w:type="spellStart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>decisión</w:t>
      </w:r>
      <w:proofErr w:type="spellEnd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 xml:space="preserve"> de </w:t>
      </w:r>
      <w:proofErr w:type="spellStart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>revocar</w:t>
      </w:r>
      <w:proofErr w:type="spellEnd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 xml:space="preserve"> </w:t>
      </w:r>
      <w:proofErr w:type="spellStart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>el</w:t>
      </w:r>
      <w:proofErr w:type="spellEnd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 xml:space="preserve"> </w:t>
      </w:r>
      <w:proofErr w:type="spellStart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>consentimiento</w:t>
      </w:r>
      <w:proofErr w:type="spellEnd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>:</w:t>
      </w:r>
    </w:p>
    <w:p w14:paraId="32F82E6C" w14:textId="77777777" w:rsidR="0014594A" w:rsidRPr="0014594A" w:rsidRDefault="0014594A" w:rsidP="0014594A">
      <w:pPr>
        <w:spacing w:after="0" w:line="240" w:lineRule="auto"/>
        <w:rPr>
          <w:rFonts w:ascii="Aptos" w:hAnsi="Aptos"/>
          <w:i/>
          <w:iCs/>
          <w:color w:val="2F3235"/>
          <w:sz w:val="18"/>
          <w:szCs w:val="48"/>
        </w:rPr>
      </w:pPr>
      <w:r w:rsidRPr="0014594A">
        <w:rPr>
          <w:rFonts w:ascii="Aptos" w:hAnsi="Aptos"/>
          <w:i/>
          <w:iCs/>
          <w:color w:val="2F3235"/>
          <w:sz w:val="18"/>
          <w:szCs w:val="48"/>
        </w:rPr>
        <w:t xml:space="preserve">☐ De </w:t>
      </w:r>
      <w:proofErr w:type="spellStart"/>
      <w:r w:rsidRPr="0014594A">
        <w:rPr>
          <w:rFonts w:ascii="Aptos" w:hAnsi="Aptos"/>
          <w:i/>
          <w:iCs/>
          <w:color w:val="2F3235"/>
          <w:sz w:val="18"/>
          <w:szCs w:val="48"/>
        </w:rPr>
        <w:t>manera</w:t>
      </w:r>
      <w:proofErr w:type="spellEnd"/>
      <w:r w:rsidRPr="0014594A">
        <w:rPr>
          <w:rFonts w:ascii="Aptos" w:hAnsi="Aptos"/>
          <w:i/>
          <w:iCs/>
          <w:color w:val="2F3235"/>
          <w:sz w:val="18"/>
          <w:szCs w:val="48"/>
        </w:rPr>
        <w:t xml:space="preserve"> verbal</w:t>
      </w:r>
      <w:r w:rsidRPr="0014594A">
        <w:rPr>
          <w:rFonts w:ascii="Aptos" w:hAnsi="Aptos"/>
          <w:i/>
          <w:iCs/>
          <w:color w:val="2F3235"/>
          <w:sz w:val="18"/>
          <w:szCs w:val="48"/>
        </w:rPr>
        <w:t> </w:t>
      </w:r>
      <w:r w:rsidRPr="0014594A">
        <w:rPr>
          <w:rFonts w:ascii="Aptos" w:hAnsi="Aptos"/>
          <w:i/>
          <w:iCs/>
          <w:color w:val="2F3235"/>
          <w:sz w:val="18"/>
          <w:szCs w:val="48"/>
        </w:rPr>
        <w:t> </w:t>
      </w:r>
      <w:r w:rsidRPr="0014594A">
        <w:rPr>
          <w:rFonts w:ascii="Aptos" w:hAnsi="Aptos"/>
          <w:i/>
          <w:iCs/>
          <w:color w:val="2F3235"/>
          <w:sz w:val="18"/>
          <w:szCs w:val="48"/>
        </w:rPr>
        <w:t> </w:t>
      </w:r>
      <w:r w:rsidRPr="0014594A">
        <w:rPr>
          <w:rFonts w:ascii="Aptos" w:hAnsi="Aptos"/>
          <w:i/>
          <w:iCs/>
          <w:color w:val="2F3235"/>
          <w:sz w:val="18"/>
          <w:szCs w:val="48"/>
        </w:rPr>
        <w:t xml:space="preserve">☐ De </w:t>
      </w:r>
      <w:proofErr w:type="spellStart"/>
      <w:r w:rsidRPr="0014594A">
        <w:rPr>
          <w:rFonts w:ascii="Aptos" w:hAnsi="Aptos"/>
          <w:i/>
          <w:iCs/>
          <w:color w:val="2F3235"/>
          <w:sz w:val="18"/>
          <w:szCs w:val="48"/>
        </w:rPr>
        <w:t>manera</w:t>
      </w:r>
      <w:proofErr w:type="spellEnd"/>
      <w:r w:rsidRPr="0014594A">
        <w:rPr>
          <w:rFonts w:ascii="Aptos" w:hAnsi="Aptos"/>
          <w:i/>
          <w:iCs/>
          <w:color w:val="2F3235"/>
          <w:sz w:val="18"/>
          <w:szCs w:val="48"/>
        </w:rPr>
        <w:t xml:space="preserve"> </w:t>
      </w:r>
      <w:proofErr w:type="spellStart"/>
      <w:r w:rsidRPr="0014594A">
        <w:rPr>
          <w:rFonts w:ascii="Aptos" w:hAnsi="Aptos"/>
          <w:i/>
          <w:iCs/>
          <w:color w:val="2F3235"/>
          <w:sz w:val="18"/>
          <w:szCs w:val="48"/>
        </w:rPr>
        <w:t>escrita</w:t>
      </w:r>
      <w:proofErr w:type="spellEnd"/>
    </w:p>
    <w:p w14:paraId="7619BE19" w14:textId="77777777" w:rsidR="0014594A" w:rsidRPr="0014594A" w:rsidRDefault="0014594A" w:rsidP="0014594A">
      <w:pPr>
        <w:spacing w:after="0" w:line="240" w:lineRule="auto"/>
        <w:rPr>
          <w:rFonts w:ascii="Aptos" w:hAnsi="Aptos"/>
          <w:b/>
          <w:bCs/>
          <w:i/>
          <w:iCs/>
          <w:color w:val="2F3235"/>
          <w:sz w:val="18"/>
          <w:szCs w:val="48"/>
        </w:rPr>
      </w:pPr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 xml:space="preserve">Si lo </w:t>
      </w:r>
      <w:proofErr w:type="spellStart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>deseo</w:t>
      </w:r>
      <w:proofErr w:type="spellEnd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 xml:space="preserve">, </w:t>
      </w:r>
      <w:proofErr w:type="spellStart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>puedo</w:t>
      </w:r>
      <w:proofErr w:type="spellEnd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 xml:space="preserve"> </w:t>
      </w:r>
      <w:proofErr w:type="spellStart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>expresar</w:t>
      </w:r>
      <w:proofErr w:type="spellEnd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 xml:space="preserve"> a </w:t>
      </w:r>
      <w:proofErr w:type="spellStart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>continuación</w:t>
      </w:r>
      <w:proofErr w:type="spellEnd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 xml:space="preserve"> las </w:t>
      </w:r>
      <w:proofErr w:type="spellStart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>razones</w:t>
      </w:r>
      <w:proofErr w:type="spellEnd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 xml:space="preserve"> que </w:t>
      </w:r>
      <w:proofErr w:type="spellStart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>motivan</w:t>
      </w:r>
      <w:proofErr w:type="spellEnd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 xml:space="preserve"> mi </w:t>
      </w:r>
      <w:proofErr w:type="spellStart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>decisión</w:t>
      </w:r>
      <w:proofErr w:type="spellEnd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 xml:space="preserve">. Este </w:t>
      </w:r>
      <w:proofErr w:type="spellStart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>apartado</w:t>
      </w:r>
      <w:proofErr w:type="spellEnd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 xml:space="preserve"> es </w:t>
      </w:r>
      <w:proofErr w:type="spellStart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>opcional</w:t>
      </w:r>
      <w:proofErr w:type="spellEnd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 xml:space="preserve"> y no es </w:t>
      </w:r>
      <w:proofErr w:type="spellStart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>necesario</w:t>
      </w:r>
      <w:proofErr w:type="spellEnd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 xml:space="preserve"> </w:t>
      </w:r>
      <w:proofErr w:type="spellStart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>proporcionar</w:t>
      </w:r>
      <w:proofErr w:type="spellEnd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 xml:space="preserve"> </w:t>
      </w:r>
      <w:proofErr w:type="spellStart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>una</w:t>
      </w:r>
      <w:proofErr w:type="spellEnd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 xml:space="preserve"> </w:t>
      </w:r>
      <w:proofErr w:type="spellStart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>justificación</w:t>
      </w:r>
      <w:proofErr w:type="spellEnd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 xml:space="preserve"> para </w:t>
      </w:r>
      <w:proofErr w:type="spellStart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>solicitar</w:t>
      </w:r>
      <w:proofErr w:type="spellEnd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 xml:space="preserve"> la </w:t>
      </w:r>
      <w:proofErr w:type="spellStart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>revocación</w:t>
      </w:r>
      <w:proofErr w:type="spellEnd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>:</w:t>
      </w:r>
    </w:p>
    <w:p w14:paraId="549EAF41" w14:textId="77777777" w:rsidR="0014594A" w:rsidRPr="0014594A" w:rsidRDefault="004D7A31" w:rsidP="0014594A">
      <w:pPr>
        <w:spacing w:after="0" w:line="240" w:lineRule="auto"/>
        <w:rPr>
          <w:rFonts w:ascii="Aptos" w:hAnsi="Aptos"/>
          <w:i/>
          <w:iCs/>
          <w:color w:val="2F3235"/>
          <w:sz w:val="18"/>
          <w:szCs w:val="48"/>
        </w:rPr>
      </w:pPr>
      <w:r>
        <w:rPr>
          <w:rFonts w:ascii="Aptos" w:hAnsi="Aptos"/>
          <w:i/>
          <w:iCs/>
          <w:color w:val="2F3235"/>
          <w:sz w:val="18"/>
          <w:szCs w:val="48"/>
        </w:rPr>
        <w:pict w14:anchorId="5C3AD22F">
          <v:rect id="_x0000_i1025" style="width:0;height:1.5pt" o:hralign="center" o:hrstd="t" o:hr="t" fillcolor="#a0a0a0" stroked="f"/>
        </w:pict>
      </w:r>
    </w:p>
    <w:p w14:paraId="66B63949" w14:textId="77777777" w:rsidR="0014594A" w:rsidRPr="0014594A" w:rsidRDefault="004D7A31" w:rsidP="0014594A">
      <w:pPr>
        <w:spacing w:after="0" w:line="240" w:lineRule="auto"/>
        <w:rPr>
          <w:rFonts w:ascii="Aptos" w:hAnsi="Aptos"/>
          <w:i/>
          <w:iCs/>
          <w:color w:val="2F3235"/>
          <w:sz w:val="18"/>
          <w:szCs w:val="48"/>
        </w:rPr>
      </w:pPr>
      <w:r>
        <w:rPr>
          <w:rFonts w:ascii="Aptos" w:hAnsi="Aptos"/>
          <w:i/>
          <w:iCs/>
          <w:color w:val="2F3235"/>
          <w:sz w:val="18"/>
          <w:szCs w:val="48"/>
        </w:rPr>
        <w:pict w14:anchorId="579E2971">
          <v:rect id="_x0000_i1026" style="width:0;height:1.5pt" o:hralign="center" o:hrstd="t" o:hr="t" fillcolor="#a0a0a0" stroked="f"/>
        </w:pict>
      </w:r>
    </w:p>
    <w:p w14:paraId="77C09C34" w14:textId="77777777" w:rsidR="0014594A" w:rsidRPr="0014594A" w:rsidRDefault="004D7A31" w:rsidP="0014594A">
      <w:pPr>
        <w:spacing w:after="0" w:line="240" w:lineRule="auto"/>
        <w:rPr>
          <w:rFonts w:ascii="Aptos" w:hAnsi="Aptos"/>
          <w:i/>
          <w:iCs/>
          <w:color w:val="2F3235"/>
          <w:sz w:val="18"/>
          <w:szCs w:val="48"/>
        </w:rPr>
      </w:pPr>
      <w:r>
        <w:rPr>
          <w:rFonts w:ascii="Aptos" w:hAnsi="Aptos"/>
          <w:i/>
          <w:iCs/>
          <w:color w:val="2F3235"/>
          <w:sz w:val="18"/>
          <w:szCs w:val="48"/>
        </w:rPr>
        <w:pict w14:anchorId="69A8C21E">
          <v:rect id="_x0000_i1027" style="width:0;height:1.5pt" o:hralign="center" o:hrstd="t" o:hr="t" fillcolor="#a0a0a0" stroked="f"/>
        </w:pict>
      </w:r>
    </w:p>
    <w:p w14:paraId="33356C4E" w14:textId="77777777" w:rsidR="0014594A" w:rsidRPr="0014594A" w:rsidRDefault="0014594A" w:rsidP="0014594A">
      <w:pPr>
        <w:spacing w:after="0" w:line="240" w:lineRule="auto"/>
        <w:rPr>
          <w:rFonts w:ascii="Aptos" w:hAnsi="Aptos"/>
          <w:i/>
          <w:iCs/>
          <w:color w:val="2F3235"/>
          <w:sz w:val="18"/>
          <w:szCs w:val="48"/>
        </w:rPr>
      </w:pPr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 xml:space="preserve">Lugar y </w:t>
      </w:r>
      <w:proofErr w:type="spellStart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>fecha</w:t>
      </w:r>
      <w:proofErr w:type="spellEnd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>:</w:t>
      </w:r>
      <w:r w:rsidRPr="0014594A">
        <w:rPr>
          <w:rFonts w:ascii="Aptos" w:hAnsi="Aptos"/>
          <w:i/>
          <w:iCs/>
          <w:color w:val="2F3235"/>
          <w:sz w:val="18"/>
          <w:szCs w:val="48"/>
        </w:rPr>
        <w:t xml:space="preserve"> ___________________________________________________________________</w:t>
      </w:r>
    </w:p>
    <w:p w14:paraId="2388B817" w14:textId="77777777" w:rsidR="0014594A" w:rsidRPr="0014594A" w:rsidRDefault="0014594A" w:rsidP="0014594A">
      <w:pPr>
        <w:spacing w:after="0" w:line="240" w:lineRule="auto"/>
        <w:rPr>
          <w:rFonts w:ascii="Aptos" w:hAnsi="Aptos"/>
          <w:i/>
          <w:iCs/>
          <w:color w:val="2F3235"/>
          <w:sz w:val="18"/>
          <w:szCs w:val="48"/>
        </w:rPr>
      </w:pPr>
      <w:proofErr w:type="spellStart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>Nombre</w:t>
      </w:r>
      <w:proofErr w:type="spellEnd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 xml:space="preserve"> </w:t>
      </w:r>
      <w:proofErr w:type="spellStart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>completo</w:t>
      </w:r>
      <w:proofErr w:type="spellEnd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 xml:space="preserve"> del </w:t>
      </w:r>
      <w:proofErr w:type="spellStart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>participante</w:t>
      </w:r>
      <w:proofErr w:type="spellEnd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 xml:space="preserve">: </w:t>
      </w:r>
      <w:r w:rsidRPr="0014594A">
        <w:rPr>
          <w:rFonts w:ascii="Aptos" w:hAnsi="Aptos"/>
          <w:i/>
          <w:iCs/>
          <w:color w:val="2F3235"/>
          <w:sz w:val="18"/>
          <w:szCs w:val="48"/>
        </w:rPr>
        <w:t>__________________________________________________</w:t>
      </w:r>
    </w:p>
    <w:p w14:paraId="4F0B1655" w14:textId="77777777" w:rsidR="0014594A" w:rsidRPr="0014594A" w:rsidRDefault="0014594A" w:rsidP="0014594A">
      <w:pPr>
        <w:spacing w:after="0" w:line="240" w:lineRule="auto"/>
        <w:rPr>
          <w:rFonts w:ascii="Aptos" w:hAnsi="Aptos"/>
          <w:i/>
          <w:iCs/>
          <w:color w:val="2F3235"/>
          <w:sz w:val="18"/>
          <w:szCs w:val="48"/>
        </w:rPr>
      </w:pPr>
      <w:proofErr w:type="spellStart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>Firma</w:t>
      </w:r>
      <w:proofErr w:type="spellEnd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 xml:space="preserve"> del </w:t>
      </w:r>
      <w:proofErr w:type="spellStart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>participante</w:t>
      </w:r>
      <w:proofErr w:type="spellEnd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>:</w:t>
      </w:r>
      <w:r w:rsidRPr="0014594A">
        <w:rPr>
          <w:rFonts w:ascii="Aptos" w:hAnsi="Aptos"/>
          <w:i/>
          <w:iCs/>
          <w:color w:val="2F3235"/>
          <w:sz w:val="18"/>
          <w:szCs w:val="48"/>
        </w:rPr>
        <w:t xml:space="preserve"> _____________________________________________________________</w:t>
      </w:r>
    </w:p>
    <w:p w14:paraId="77649BC2" w14:textId="1721D8AD" w:rsidR="0014594A" w:rsidRPr="0014594A" w:rsidRDefault="0014594A" w:rsidP="0014594A">
      <w:pPr>
        <w:spacing w:after="0" w:line="240" w:lineRule="auto"/>
        <w:rPr>
          <w:rFonts w:ascii="Aptos" w:hAnsi="Aptos"/>
          <w:b/>
          <w:bCs/>
          <w:i/>
          <w:iCs/>
          <w:color w:val="2F3235"/>
          <w:sz w:val="18"/>
          <w:szCs w:val="48"/>
        </w:rPr>
      </w:pPr>
      <w:proofErr w:type="spellStart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>Nombre</w:t>
      </w:r>
      <w:proofErr w:type="spellEnd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 xml:space="preserve"> </w:t>
      </w:r>
      <w:proofErr w:type="spellStart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>completo</w:t>
      </w:r>
      <w:proofErr w:type="spellEnd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 xml:space="preserve"> de la persona que </w:t>
      </w:r>
      <w:proofErr w:type="spellStart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>recibe</w:t>
      </w:r>
      <w:proofErr w:type="spellEnd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 xml:space="preserve"> la </w:t>
      </w:r>
      <w:proofErr w:type="spellStart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>revocación</w:t>
      </w:r>
      <w:proofErr w:type="spellEnd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 xml:space="preserve"> del </w:t>
      </w:r>
      <w:proofErr w:type="spellStart"/>
      <w:r w:rsidR="00CD3A94">
        <w:rPr>
          <w:rFonts w:ascii="Aptos" w:hAnsi="Aptos"/>
          <w:b/>
          <w:bCs/>
          <w:i/>
          <w:iCs/>
          <w:color w:val="2F3235"/>
          <w:sz w:val="18"/>
          <w:szCs w:val="48"/>
        </w:rPr>
        <w:t>c</w:t>
      </w:r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>onsentimiento</w:t>
      </w:r>
      <w:proofErr w:type="spellEnd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 xml:space="preserve"> </w:t>
      </w:r>
      <w:proofErr w:type="spellStart"/>
      <w:r w:rsidR="00CD3A94">
        <w:rPr>
          <w:rFonts w:ascii="Aptos" w:hAnsi="Aptos"/>
          <w:b/>
          <w:bCs/>
          <w:i/>
          <w:iCs/>
          <w:color w:val="2F3235"/>
          <w:sz w:val="18"/>
          <w:szCs w:val="48"/>
        </w:rPr>
        <w:t>i</w:t>
      </w:r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>nformado</w:t>
      </w:r>
      <w:proofErr w:type="spellEnd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>:</w:t>
      </w:r>
    </w:p>
    <w:p w14:paraId="69B85C5B" w14:textId="77777777" w:rsidR="0014594A" w:rsidRPr="0014594A" w:rsidRDefault="004D7A31" w:rsidP="0014594A">
      <w:pPr>
        <w:spacing w:after="0" w:line="240" w:lineRule="auto"/>
        <w:rPr>
          <w:rFonts w:ascii="Aptos" w:hAnsi="Aptos"/>
          <w:i/>
          <w:iCs/>
          <w:color w:val="2F3235"/>
          <w:sz w:val="18"/>
          <w:szCs w:val="48"/>
        </w:rPr>
      </w:pPr>
      <w:r>
        <w:rPr>
          <w:rFonts w:ascii="Aptos" w:hAnsi="Aptos"/>
          <w:i/>
          <w:iCs/>
          <w:color w:val="2F3235"/>
          <w:sz w:val="18"/>
          <w:szCs w:val="48"/>
        </w:rPr>
        <w:pict w14:anchorId="0A2BF296">
          <v:rect id="_x0000_i1028" style="width:0;height:1.5pt" o:hralign="center" o:hrstd="t" o:hr="t" fillcolor="#a0a0a0" stroked="f"/>
        </w:pict>
      </w:r>
    </w:p>
    <w:p w14:paraId="63973F01" w14:textId="77777777" w:rsidR="00970032" w:rsidRDefault="00970032" w:rsidP="0014594A">
      <w:pPr>
        <w:spacing w:after="0" w:line="240" w:lineRule="auto"/>
        <w:rPr>
          <w:rFonts w:ascii="Aptos" w:hAnsi="Aptos"/>
          <w:b/>
          <w:bCs/>
          <w:i/>
          <w:iCs/>
          <w:color w:val="2F3235"/>
          <w:sz w:val="18"/>
          <w:szCs w:val="48"/>
        </w:rPr>
      </w:pPr>
    </w:p>
    <w:p w14:paraId="60BC0B10" w14:textId="2B6F3028" w:rsidR="0014594A" w:rsidRPr="0014594A" w:rsidRDefault="0014594A" w:rsidP="0014594A">
      <w:pPr>
        <w:spacing w:after="0" w:line="240" w:lineRule="auto"/>
        <w:rPr>
          <w:rFonts w:ascii="Aptos" w:hAnsi="Aptos"/>
          <w:i/>
          <w:iCs/>
          <w:color w:val="2F3235"/>
          <w:sz w:val="18"/>
          <w:szCs w:val="48"/>
        </w:rPr>
      </w:pPr>
      <w:proofErr w:type="spellStart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>Firma</w:t>
      </w:r>
      <w:proofErr w:type="spellEnd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 xml:space="preserve"> de </w:t>
      </w:r>
      <w:proofErr w:type="spellStart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>quien</w:t>
      </w:r>
      <w:proofErr w:type="spellEnd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 xml:space="preserve"> </w:t>
      </w:r>
      <w:proofErr w:type="spellStart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>recibe</w:t>
      </w:r>
      <w:proofErr w:type="spellEnd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 xml:space="preserve"> la </w:t>
      </w:r>
      <w:proofErr w:type="spellStart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>revocación</w:t>
      </w:r>
      <w:proofErr w:type="spellEnd"/>
      <w:r w:rsidRPr="0014594A">
        <w:rPr>
          <w:rFonts w:ascii="Aptos" w:hAnsi="Aptos"/>
          <w:b/>
          <w:bCs/>
          <w:i/>
          <w:iCs/>
          <w:color w:val="2F3235"/>
          <w:sz w:val="18"/>
          <w:szCs w:val="48"/>
        </w:rPr>
        <w:t>:</w:t>
      </w:r>
      <w:r w:rsidRPr="0014594A">
        <w:rPr>
          <w:rFonts w:ascii="Aptos" w:hAnsi="Aptos"/>
          <w:i/>
          <w:iCs/>
          <w:color w:val="2F3235"/>
          <w:sz w:val="18"/>
          <w:szCs w:val="48"/>
        </w:rPr>
        <w:t xml:space="preserve"> 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376"/>
      </w:tblGrid>
      <w:tr w:rsidR="00A769EC" w:rsidRPr="007A4E54" w14:paraId="0628B9D8" w14:textId="77777777">
        <w:tc>
          <w:tcPr>
            <w:tcW w:w="11376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  <w:shd w:val="clear" w:color="auto" w:fill="E2E5E7"/>
            <w:tcMar>
              <w:top w:w="3" w:type="dxa"/>
              <w:left w:w="6" w:type="dxa"/>
              <w:bottom w:w="3" w:type="dxa"/>
              <w:right w:w="6" w:type="dxa"/>
            </w:tcMar>
          </w:tcPr>
          <w:p w14:paraId="2322B93A" w14:textId="114A3C44" w:rsidR="00A769EC" w:rsidRPr="007A4E54" w:rsidRDefault="003546E3" w:rsidP="000F785F">
            <w:pPr>
              <w:spacing w:after="0" w:line="240" w:lineRule="auto"/>
              <w:jc w:val="both"/>
              <w:rPr>
                <w:i/>
                <w:iCs/>
                <w:sz w:val="48"/>
                <w:szCs w:val="48"/>
              </w:rPr>
            </w:pPr>
            <w:r w:rsidRPr="007A4E54">
              <w:rPr>
                <w:rFonts w:ascii="Aptos" w:hAnsi="Aptos"/>
                <w:b/>
                <w:i/>
                <w:iCs/>
                <w:color w:val="4B4F54"/>
                <w:sz w:val="18"/>
                <w:szCs w:val="48"/>
              </w:rPr>
              <w:t xml:space="preserve">NOTA: </w:t>
            </w:r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 xml:space="preserve">Este </w:t>
            </w:r>
            <w:proofErr w:type="spellStart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>documento</w:t>
            </w:r>
            <w:proofErr w:type="spellEnd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 xml:space="preserve"> es solo </w:t>
            </w:r>
            <w:proofErr w:type="spellStart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>una</w:t>
            </w:r>
            <w:proofErr w:type="spellEnd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 xml:space="preserve"> </w:t>
            </w:r>
            <w:proofErr w:type="spellStart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>guía</w:t>
            </w:r>
            <w:proofErr w:type="spellEnd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 xml:space="preserve"> con lo </w:t>
            </w:r>
            <w:proofErr w:type="spellStart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>mínimo</w:t>
            </w:r>
            <w:proofErr w:type="spellEnd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 xml:space="preserve"> </w:t>
            </w:r>
            <w:proofErr w:type="spellStart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>necesario</w:t>
            </w:r>
            <w:proofErr w:type="spellEnd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 xml:space="preserve"> que se </w:t>
            </w:r>
            <w:proofErr w:type="spellStart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>requiere</w:t>
            </w:r>
            <w:proofErr w:type="spellEnd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 xml:space="preserve">; </w:t>
            </w:r>
            <w:proofErr w:type="spellStart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>el</w:t>
            </w:r>
            <w:proofErr w:type="spellEnd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 xml:space="preserve">/la </w:t>
            </w:r>
            <w:proofErr w:type="spellStart"/>
            <w:r w:rsidR="00CD3A9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>i</w:t>
            </w:r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>nvestigador</w:t>
            </w:r>
            <w:proofErr w:type="spellEnd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 xml:space="preserve">(a) </w:t>
            </w:r>
            <w:r w:rsidR="00CD3A9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>p</w:t>
            </w:r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 xml:space="preserve">rincipal </w:t>
            </w:r>
            <w:proofErr w:type="spellStart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>deberá</w:t>
            </w:r>
            <w:proofErr w:type="spellEnd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 xml:space="preserve"> </w:t>
            </w:r>
            <w:proofErr w:type="spellStart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>adecuarlo</w:t>
            </w:r>
            <w:proofErr w:type="spellEnd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 xml:space="preserve"> al </w:t>
            </w:r>
            <w:proofErr w:type="spellStart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>caso</w:t>
            </w:r>
            <w:proofErr w:type="spellEnd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 xml:space="preserve"> particular. </w:t>
            </w:r>
            <w:proofErr w:type="spellStart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>Adaptación</w:t>
            </w:r>
            <w:proofErr w:type="spellEnd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 xml:space="preserve"> de la </w:t>
            </w:r>
            <w:proofErr w:type="spellStart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>guía</w:t>
            </w:r>
            <w:proofErr w:type="spellEnd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 xml:space="preserve"> de </w:t>
            </w:r>
            <w:proofErr w:type="spellStart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>ejemplo</w:t>
            </w:r>
            <w:proofErr w:type="spellEnd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 xml:space="preserve"> de </w:t>
            </w:r>
            <w:proofErr w:type="spellStart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>Consentimiento</w:t>
            </w:r>
            <w:proofErr w:type="spellEnd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 xml:space="preserve"> </w:t>
            </w:r>
            <w:proofErr w:type="spellStart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>informado</w:t>
            </w:r>
            <w:proofErr w:type="spellEnd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 xml:space="preserve">, </w:t>
            </w:r>
            <w:proofErr w:type="spellStart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>Comités</w:t>
            </w:r>
            <w:proofErr w:type="spellEnd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 xml:space="preserve"> de </w:t>
            </w:r>
            <w:proofErr w:type="spellStart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>Investigación</w:t>
            </w:r>
            <w:proofErr w:type="spellEnd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 xml:space="preserve"> y </w:t>
            </w:r>
            <w:proofErr w:type="spellStart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>Ética</w:t>
            </w:r>
            <w:proofErr w:type="spellEnd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 xml:space="preserve"> de la </w:t>
            </w:r>
            <w:proofErr w:type="spellStart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>Investigación</w:t>
            </w:r>
            <w:proofErr w:type="spellEnd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 xml:space="preserve">, </w:t>
            </w:r>
            <w:proofErr w:type="spellStart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>Facultad</w:t>
            </w:r>
            <w:proofErr w:type="spellEnd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 xml:space="preserve"> de </w:t>
            </w:r>
            <w:proofErr w:type="spellStart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>Medicina</w:t>
            </w:r>
            <w:proofErr w:type="spellEnd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 xml:space="preserve">, Universidad Nacional </w:t>
            </w:r>
            <w:proofErr w:type="spellStart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>Autónoma</w:t>
            </w:r>
            <w:proofErr w:type="spellEnd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 xml:space="preserve"> de México, [Internet], </w:t>
            </w:r>
            <w:proofErr w:type="spellStart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>consultado</w:t>
            </w:r>
            <w:proofErr w:type="spellEnd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 xml:space="preserve"> </w:t>
            </w:r>
            <w:proofErr w:type="spellStart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>el</w:t>
            </w:r>
            <w:proofErr w:type="spellEnd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 xml:space="preserve"> 13 de </w:t>
            </w:r>
            <w:proofErr w:type="spellStart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>noviembre</w:t>
            </w:r>
            <w:proofErr w:type="spellEnd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 xml:space="preserve"> de 2024. Disponible </w:t>
            </w:r>
            <w:proofErr w:type="spellStart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>en</w:t>
            </w:r>
            <w:proofErr w:type="spellEnd"/>
            <w:r w:rsidRPr="007A4E54">
              <w:rPr>
                <w:rFonts w:ascii="Aptos" w:hAnsi="Aptos"/>
                <w:i/>
                <w:iCs/>
                <w:color w:val="2F3235"/>
                <w:sz w:val="18"/>
                <w:szCs w:val="48"/>
              </w:rPr>
              <w:t>: https://di.facmed.unam.mx/etica.php</w:t>
            </w:r>
          </w:p>
        </w:tc>
      </w:tr>
    </w:tbl>
    <w:p w14:paraId="27DCC7FC" w14:textId="77777777" w:rsidR="00126F9E" w:rsidRDefault="00126F9E" w:rsidP="00911DA5">
      <w:pPr>
        <w:spacing w:after="0" w:line="240" w:lineRule="auto"/>
        <w:jc w:val="center"/>
        <w:rPr>
          <w:rFonts w:ascii="Aptos" w:hAnsi="Aptos"/>
          <w:b/>
          <w:i/>
          <w:iCs/>
          <w:color w:val="4B4F54"/>
          <w:sz w:val="18"/>
          <w:szCs w:val="48"/>
        </w:rPr>
      </w:pPr>
    </w:p>
    <w:p w14:paraId="10ABF788" w14:textId="77777777" w:rsidR="000F785F" w:rsidRDefault="003546E3" w:rsidP="003546E3">
      <w:pPr>
        <w:spacing w:after="0" w:line="240" w:lineRule="auto"/>
        <w:jc w:val="right"/>
        <w:rPr>
          <w:rFonts w:ascii="Aptos" w:hAnsi="Aptos"/>
          <w:b/>
          <w:i/>
          <w:iCs/>
          <w:color w:val="4B4F54"/>
          <w:sz w:val="18"/>
          <w:szCs w:val="48"/>
        </w:rPr>
      </w:pPr>
      <w:proofErr w:type="spellStart"/>
      <w:r w:rsidRPr="007A4E54">
        <w:rPr>
          <w:rFonts w:ascii="Aptos" w:hAnsi="Aptos"/>
          <w:b/>
          <w:i/>
          <w:iCs/>
          <w:color w:val="4B4F54"/>
          <w:sz w:val="18"/>
          <w:szCs w:val="48"/>
        </w:rPr>
        <w:t>Comité</w:t>
      </w:r>
      <w:proofErr w:type="spellEnd"/>
      <w:r w:rsidRPr="007A4E54">
        <w:rPr>
          <w:rFonts w:ascii="Aptos" w:hAnsi="Aptos"/>
          <w:b/>
          <w:i/>
          <w:iCs/>
          <w:color w:val="4B4F54"/>
          <w:sz w:val="18"/>
          <w:szCs w:val="48"/>
        </w:rPr>
        <w:t xml:space="preserve"> de </w:t>
      </w:r>
      <w:proofErr w:type="spellStart"/>
      <w:r w:rsidRPr="007A4E54">
        <w:rPr>
          <w:rFonts w:ascii="Aptos" w:hAnsi="Aptos"/>
          <w:b/>
          <w:i/>
          <w:iCs/>
          <w:color w:val="4B4F54"/>
          <w:sz w:val="18"/>
          <w:szCs w:val="48"/>
        </w:rPr>
        <w:t>Ética</w:t>
      </w:r>
      <w:proofErr w:type="spellEnd"/>
      <w:r w:rsidRPr="007A4E54">
        <w:rPr>
          <w:rFonts w:ascii="Aptos" w:hAnsi="Aptos"/>
          <w:b/>
          <w:i/>
          <w:iCs/>
          <w:color w:val="4B4F54"/>
          <w:sz w:val="18"/>
          <w:szCs w:val="48"/>
        </w:rPr>
        <w:t xml:space="preserve"> e </w:t>
      </w:r>
      <w:proofErr w:type="spellStart"/>
      <w:r w:rsidRPr="007A4E54">
        <w:rPr>
          <w:rFonts w:ascii="Aptos" w:hAnsi="Aptos"/>
          <w:b/>
          <w:i/>
          <w:iCs/>
          <w:color w:val="4B4F54"/>
          <w:sz w:val="18"/>
          <w:szCs w:val="48"/>
        </w:rPr>
        <w:t>Investigación</w:t>
      </w:r>
      <w:proofErr w:type="spellEnd"/>
      <w:r w:rsidRPr="007A4E54">
        <w:rPr>
          <w:rFonts w:ascii="Aptos" w:hAnsi="Aptos"/>
          <w:b/>
          <w:i/>
          <w:iCs/>
          <w:color w:val="4B4F54"/>
          <w:sz w:val="18"/>
          <w:szCs w:val="48"/>
        </w:rPr>
        <w:t xml:space="preserve"> de la </w:t>
      </w:r>
      <w:proofErr w:type="spellStart"/>
      <w:r w:rsidRPr="007A4E54">
        <w:rPr>
          <w:rFonts w:ascii="Aptos" w:hAnsi="Aptos"/>
          <w:b/>
          <w:i/>
          <w:iCs/>
          <w:color w:val="4B4F54"/>
          <w:sz w:val="18"/>
          <w:szCs w:val="48"/>
        </w:rPr>
        <w:t>Facultad</w:t>
      </w:r>
      <w:proofErr w:type="spellEnd"/>
      <w:r w:rsidRPr="007A4E54">
        <w:rPr>
          <w:rFonts w:ascii="Aptos" w:hAnsi="Aptos"/>
          <w:b/>
          <w:i/>
          <w:iCs/>
          <w:color w:val="4B4F54"/>
          <w:sz w:val="18"/>
          <w:szCs w:val="48"/>
        </w:rPr>
        <w:t xml:space="preserve"> de </w:t>
      </w:r>
      <w:proofErr w:type="spellStart"/>
      <w:r w:rsidRPr="007A4E54">
        <w:rPr>
          <w:rFonts w:ascii="Aptos" w:hAnsi="Aptos"/>
          <w:b/>
          <w:i/>
          <w:iCs/>
          <w:color w:val="4B4F54"/>
          <w:sz w:val="18"/>
          <w:szCs w:val="48"/>
        </w:rPr>
        <w:t>Estomatología</w:t>
      </w:r>
      <w:proofErr w:type="spellEnd"/>
      <w:r w:rsidRPr="007A4E54">
        <w:rPr>
          <w:rFonts w:ascii="Aptos" w:hAnsi="Aptos"/>
          <w:b/>
          <w:i/>
          <w:iCs/>
          <w:color w:val="4B4F54"/>
          <w:sz w:val="18"/>
          <w:szCs w:val="48"/>
        </w:rPr>
        <w:t xml:space="preserve"> (CEIFE-BUAP) </w:t>
      </w:r>
    </w:p>
    <w:p w14:paraId="636E49CA" w14:textId="153AED3D" w:rsidR="00A769EC" w:rsidRPr="007A4E54" w:rsidRDefault="003546E3" w:rsidP="003546E3">
      <w:pPr>
        <w:spacing w:after="0" w:line="240" w:lineRule="auto"/>
        <w:jc w:val="right"/>
        <w:rPr>
          <w:i/>
          <w:iCs/>
          <w:sz w:val="48"/>
          <w:szCs w:val="48"/>
        </w:rPr>
      </w:pPr>
      <w:r w:rsidRPr="007A4E54">
        <w:rPr>
          <w:rFonts w:ascii="Aptos" w:hAnsi="Aptos"/>
          <w:b/>
          <w:i/>
          <w:iCs/>
          <w:color w:val="4B4F54"/>
          <w:sz w:val="18"/>
          <w:szCs w:val="48"/>
        </w:rPr>
        <w:t xml:space="preserve">· Este </w:t>
      </w:r>
      <w:proofErr w:type="spellStart"/>
      <w:r w:rsidRPr="007A4E54">
        <w:rPr>
          <w:rFonts w:ascii="Aptos" w:hAnsi="Aptos"/>
          <w:b/>
          <w:i/>
          <w:iCs/>
          <w:color w:val="4B4F54"/>
          <w:sz w:val="18"/>
          <w:szCs w:val="48"/>
        </w:rPr>
        <w:t>estudio</w:t>
      </w:r>
      <w:proofErr w:type="spellEnd"/>
      <w:r w:rsidRPr="007A4E54">
        <w:rPr>
          <w:rFonts w:ascii="Aptos" w:hAnsi="Aptos"/>
          <w:b/>
          <w:i/>
          <w:iCs/>
          <w:color w:val="4B4F54"/>
          <w:sz w:val="18"/>
          <w:szCs w:val="48"/>
        </w:rPr>
        <w:t xml:space="preserve"> </w:t>
      </w:r>
      <w:proofErr w:type="spellStart"/>
      <w:r w:rsidRPr="007A4E54">
        <w:rPr>
          <w:rFonts w:ascii="Aptos" w:hAnsi="Aptos"/>
          <w:b/>
          <w:i/>
          <w:iCs/>
          <w:color w:val="4B4F54"/>
          <w:sz w:val="18"/>
          <w:szCs w:val="48"/>
        </w:rPr>
        <w:t>fue</w:t>
      </w:r>
      <w:proofErr w:type="spellEnd"/>
      <w:r w:rsidRPr="007A4E54">
        <w:rPr>
          <w:rFonts w:ascii="Aptos" w:hAnsi="Aptos"/>
          <w:b/>
          <w:i/>
          <w:iCs/>
          <w:color w:val="4B4F54"/>
          <w:sz w:val="18"/>
          <w:szCs w:val="48"/>
        </w:rPr>
        <w:t xml:space="preserve"> </w:t>
      </w:r>
      <w:proofErr w:type="spellStart"/>
      <w:r w:rsidRPr="007A4E54">
        <w:rPr>
          <w:rFonts w:ascii="Aptos" w:hAnsi="Aptos"/>
          <w:b/>
          <w:i/>
          <w:iCs/>
          <w:color w:val="4B4F54"/>
          <w:sz w:val="18"/>
          <w:szCs w:val="48"/>
        </w:rPr>
        <w:t>revisado</w:t>
      </w:r>
      <w:proofErr w:type="spellEnd"/>
      <w:r w:rsidRPr="007A4E54">
        <w:rPr>
          <w:rFonts w:ascii="Aptos" w:hAnsi="Aptos"/>
          <w:b/>
          <w:i/>
          <w:iCs/>
          <w:color w:val="4B4F54"/>
          <w:sz w:val="18"/>
          <w:szCs w:val="48"/>
        </w:rPr>
        <w:t xml:space="preserve"> y </w:t>
      </w:r>
      <w:proofErr w:type="spellStart"/>
      <w:r w:rsidRPr="007A4E54">
        <w:rPr>
          <w:rFonts w:ascii="Aptos" w:hAnsi="Aptos"/>
          <w:b/>
          <w:i/>
          <w:iCs/>
          <w:color w:val="4B4F54"/>
          <w:sz w:val="18"/>
          <w:szCs w:val="48"/>
        </w:rPr>
        <w:t>aprobado</w:t>
      </w:r>
      <w:proofErr w:type="spellEnd"/>
      <w:r w:rsidRPr="007A4E54">
        <w:rPr>
          <w:rFonts w:ascii="Aptos" w:hAnsi="Aptos"/>
          <w:b/>
          <w:i/>
          <w:iCs/>
          <w:color w:val="4B4F54"/>
          <w:sz w:val="18"/>
          <w:szCs w:val="48"/>
        </w:rPr>
        <w:t xml:space="preserve"> </w:t>
      </w:r>
      <w:proofErr w:type="spellStart"/>
      <w:r w:rsidRPr="007A4E54">
        <w:rPr>
          <w:rFonts w:ascii="Aptos" w:hAnsi="Aptos"/>
          <w:b/>
          <w:i/>
          <w:iCs/>
          <w:color w:val="4B4F54"/>
          <w:sz w:val="18"/>
          <w:szCs w:val="48"/>
        </w:rPr>
        <w:t>conforme</w:t>
      </w:r>
      <w:proofErr w:type="spellEnd"/>
      <w:r w:rsidRPr="007A4E54">
        <w:rPr>
          <w:rFonts w:ascii="Aptos" w:hAnsi="Aptos"/>
          <w:b/>
          <w:i/>
          <w:iCs/>
          <w:color w:val="4B4F54"/>
          <w:sz w:val="18"/>
          <w:szCs w:val="48"/>
        </w:rPr>
        <w:t xml:space="preserve"> a </w:t>
      </w:r>
      <w:proofErr w:type="spellStart"/>
      <w:r w:rsidRPr="007A4E54">
        <w:rPr>
          <w:rFonts w:ascii="Aptos" w:hAnsi="Aptos"/>
          <w:b/>
          <w:i/>
          <w:iCs/>
          <w:color w:val="4B4F54"/>
          <w:sz w:val="18"/>
          <w:szCs w:val="48"/>
        </w:rPr>
        <w:t>los</w:t>
      </w:r>
      <w:proofErr w:type="spellEnd"/>
      <w:r w:rsidRPr="007A4E54">
        <w:rPr>
          <w:rFonts w:ascii="Aptos" w:hAnsi="Aptos"/>
          <w:b/>
          <w:i/>
          <w:iCs/>
          <w:color w:val="4B4F54"/>
          <w:sz w:val="18"/>
          <w:szCs w:val="48"/>
        </w:rPr>
        <w:t xml:space="preserve"> </w:t>
      </w:r>
      <w:proofErr w:type="spellStart"/>
      <w:r w:rsidRPr="007A4E54">
        <w:rPr>
          <w:rFonts w:ascii="Aptos" w:hAnsi="Aptos"/>
          <w:b/>
          <w:i/>
          <w:iCs/>
          <w:color w:val="4B4F54"/>
          <w:sz w:val="18"/>
          <w:szCs w:val="48"/>
        </w:rPr>
        <w:t>principios</w:t>
      </w:r>
      <w:proofErr w:type="spellEnd"/>
      <w:r w:rsidRPr="007A4E54">
        <w:rPr>
          <w:rFonts w:ascii="Aptos" w:hAnsi="Aptos"/>
          <w:b/>
          <w:i/>
          <w:iCs/>
          <w:color w:val="4B4F54"/>
          <w:sz w:val="18"/>
          <w:szCs w:val="48"/>
        </w:rPr>
        <w:t xml:space="preserve"> </w:t>
      </w:r>
      <w:proofErr w:type="spellStart"/>
      <w:r w:rsidRPr="007A4E54">
        <w:rPr>
          <w:rFonts w:ascii="Aptos" w:hAnsi="Aptos"/>
          <w:b/>
          <w:i/>
          <w:iCs/>
          <w:color w:val="4B4F54"/>
          <w:sz w:val="18"/>
          <w:szCs w:val="48"/>
        </w:rPr>
        <w:t>éticos</w:t>
      </w:r>
      <w:proofErr w:type="spellEnd"/>
      <w:r w:rsidRPr="007A4E54">
        <w:rPr>
          <w:rFonts w:ascii="Aptos" w:hAnsi="Aptos"/>
          <w:b/>
          <w:i/>
          <w:iCs/>
          <w:color w:val="4B4F54"/>
          <w:sz w:val="18"/>
          <w:szCs w:val="48"/>
        </w:rPr>
        <w:t xml:space="preserve"> </w:t>
      </w:r>
      <w:proofErr w:type="spellStart"/>
      <w:r w:rsidRPr="007A4E54">
        <w:rPr>
          <w:rFonts w:ascii="Aptos" w:hAnsi="Aptos"/>
          <w:b/>
          <w:i/>
          <w:iCs/>
          <w:color w:val="4B4F54"/>
          <w:sz w:val="18"/>
          <w:szCs w:val="48"/>
        </w:rPr>
        <w:t>internacionales</w:t>
      </w:r>
      <w:proofErr w:type="spellEnd"/>
      <w:r w:rsidRPr="007A4E54">
        <w:rPr>
          <w:rFonts w:ascii="Aptos" w:hAnsi="Aptos"/>
          <w:b/>
          <w:i/>
          <w:iCs/>
          <w:color w:val="4B4F54"/>
          <w:sz w:val="18"/>
          <w:szCs w:val="48"/>
        </w:rPr>
        <w:t>.</w:t>
      </w:r>
    </w:p>
    <w:sectPr w:rsidR="00A769EC" w:rsidRPr="007A4E54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346" w:right="432" w:bottom="346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8D79F" w14:textId="77777777" w:rsidR="00386F12" w:rsidRDefault="00386F12" w:rsidP="0091203B">
      <w:pPr>
        <w:spacing w:after="0" w:line="240" w:lineRule="auto"/>
      </w:pPr>
      <w:r>
        <w:separator/>
      </w:r>
    </w:p>
  </w:endnote>
  <w:endnote w:type="continuationSeparator" w:id="0">
    <w:p w14:paraId="7CB7DF59" w14:textId="77777777" w:rsidR="00386F12" w:rsidRDefault="00386F12" w:rsidP="009120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359F4" w14:textId="77777777" w:rsidR="0091203B" w:rsidRDefault="0091203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DEAA2" w14:textId="77777777" w:rsidR="0091203B" w:rsidRPr="003A7E7B" w:rsidRDefault="0091203B" w:rsidP="0091203B">
    <w:pPr>
      <w:pStyle w:val="Piedepgina"/>
      <w:jc w:val="center"/>
      <w:rPr>
        <w:color w:val="002060"/>
        <w:sz w:val="10"/>
        <w:szCs w:val="24"/>
        <w:lang w:val="es-MX"/>
      </w:rPr>
    </w:pPr>
    <w:r w:rsidRPr="003A7E7B">
      <w:rPr>
        <w:color w:val="002060"/>
        <w:sz w:val="10"/>
        <w:szCs w:val="24"/>
        <w:lang w:val="es-MX"/>
      </w:rPr>
      <w:t xml:space="preserve">Revisado y autorizado. </w:t>
    </w:r>
  </w:p>
  <w:p w14:paraId="2D3F0D7D" w14:textId="77777777" w:rsidR="0091203B" w:rsidRPr="003A7E7B" w:rsidRDefault="0091203B" w:rsidP="0091203B">
    <w:pPr>
      <w:pStyle w:val="Piedepgina"/>
      <w:jc w:val="center"/>
      <w:rPr>
        <w:color w:val="002060"/>
        <w:sz w:val="10"/>
        <w:szCs w:val="24"/>
        <w:lang w:val="es-MX"/>
      </w:rPr>
    </w:pPr>
    <w:r w:rsidRPr="003A7E7B">
      <w:rPr>
        <w:color w:val="002060"/>
        <w:sz w:val="10"/>
        <w:szCs w:val="24"/>
        <w:lang w:val="es-MX"/>
      </w:rPr>
      <w:t xml:space="preserve">Comité de Ética e Investigación de la Facultad de Estomatología, </w:t>
    </w:r>
  </w:p>
  <w:p w14:paraId="66F53692" w14:textId="77777777" w:rsidR="0091203B" w:rsidRPr="003A7E7B" w:rsidRDefault="0091203B" w:rsidP="0091203B">
    <w:pPr>
      <w:pStyle w:val="Piedepgina"/>
      <w:jc w:val="center"/>
      <w:rPr>
        <w:color w:val="002060"/>
        <w:sz w:val="10"/>
        <w:szCs w:val="24"/>
        <w:lang w:val="es-MX"/>
      </w:rPr>
    </w:pPr>
    <w:r w:rsidRPr="003A7E7B">
      <w:rPr>
        <w:color w:val="002060"/>
        <w:sz w:val="10"/>
        <w:szCs w:val="24"/>
        <w:lang w:val="es-MX"/>
      </w:rPr>
      <w:t xml:space="preserve">Secretaría de Investigación y Estudios de Posgrado </w:t>
    </w:r>
  </w:p>
  <w:p w14:paraId="683B67C9" w14:textId="77777777" w:rsidR="0091203B" w:rsidRPr="003A7E7B" w:rsidRDefault="0091203B" w:rsidP="0091203B">
    <w:pPr>
      <w:pStyle w:val="Piedepgina"/>
      <w:jc w:val="center"/>
      <w:rPr>
        <w:color w:val="002060"/>
        <w:sz w:val="10"/>
        <w:szCs w:val="24"/>
        <w:lang w:val="es-MX"/>
      </w:rPr>
    </w:pPr>
    <w:r w:rsidRPr="003A7E7B">
      <w:rPr>
        <w:color w:val="002060"/>
        <w:sz w:val="10"/>
        <w:szCs w:val="24"/>
        <w:lang w:val="es-MX"/>
      </w:rPr>
      <w:t>Facultad de Estomatología</w:t>
    </w:r>
  </w:p>
  <w:p w14:paraId="4A0987AD" w14:textId="77777777" w:rsidR="0091203B" w:rsidRPr="003A7E7B" w:rsidRDefault="0091203B" w:rsidP="0091203B">
    <w:pPr>
      <w:pStyle w:val="Piedepgina"/>
      <w:jc w:val="center"/>
      <w:rPr>
        <w:color w:val="002060"/>
        <w:sz w:val="10"/>
        <w:szCs w:val="24"/>
        <w:lang w:val="es-MX"/>
      </w:rPr>
    </w:pPr>
    <w:r w:rsidRPr="003A7E7B">
      <w:rPr>
        <w:color w:val="002060"/>
        <w:sz w:val="10"/>
        <w:szCs w:val="24"/>
        <w:lang w:val="es-MX"/>
      </w:rPr>
      <w:t>Benemérita Universidad Autónoma de Puebla</w:t>
    </w:r>
  </w:p>
  <w:p w14:paraId="30FD21DC" w14:textId="18F40442" w:rsidR="0091203B" w:rsidRDefault="0091203B" w:rsidP="0091203B">
    <w:pPr>
      <w:pStyle w:val="Piedepgina"/>
      <w:ind w:right="321"/>
      <w:jc w:val="right"/>
    </w:pPr>
    <w:r>
      <w:rPr>
        <w:rFonts w:ascii="Times New Roman" w:eastAsia="Times New Roman" w:hAnsi="Times New Roman" w:cs="Times New Roman"/>
        <w:sz w:val="20"/>
      </w:rPr>
      <w:tab/>
      <w:t xml:space="preserve">          </w:t>
    </w:r>
    <w:proofErr w:type="spellStart"/>
    <w:r w:rsidRPr="00BE522A">
      <w:rPr>
        <w:rFonts w:ascii="Bookman Old Style" w:hAnsi="Bookman Old Style"/>
        <w:i/>
        <w:sz w:val="18"/>
        <w:szCs w:val="20"/>
      </w:rPr>
      <w:t>Página</w:t>
    </w:r>
    <w:proofErr w:type="spellEnd"/>
    <w:r w:rsidRPr="00BE522A">
      <w:rPr>
        <w:rFonts w:ascii="Bookman Old Style" w:hAnsi="Bookman Old Style"/>
        <w:i/>
        <w:sz w:val="18"/>
        <w:szCs w:val="20"/>
      </w:rPr>
      <w:t xml:space="preserve"> </w: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begin"/>
    </w:r>
    <w:r w:rsidRPr="00BE522A">
      <w:rPr>
        <w:rFonts w:ascii="Bookman Old Style" w:hAnsi="Bookman Old Style"/>
        <w:b/>
        <w:bCs/>
        <w:i/>
        <w:sz w:val="18"/>
        <w:szCs w:val="20"/>
      </w:rPr>
      <w:instrText>PAGE</w:instrTex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separate"/>
    </w:r>
    <w:r>
      <w:rPr>
        <w:rFonts w:ascii="Bookman Old Style" w:hAnsi="Bookman Old Style"/>
        <w:b/>
        <w:bCs/>
        <w:i/>
        <w:sz w:val="18"/>
        <w:szCs w:val="20"/>
      </w:rPr>
      <w:t>1</w: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end"/>
    </w:r>
    <w:r w:rsidRPr="00BE522A">
      <w:rPr>
        <w:rFonts w:ascii="Bookman Old Style" w:hAnsi="Bookman Old Style"/>
        <w:i/>
        <w:sz w:val="18"/>
        <w:szCs w:val="20"/>
      </w:rPr>
      <w:t xml:space="preserve"> de </w: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begin"/>
    </w:r>
    <w:r w:rsidRPr="00BE522A">
      <w:rPr>
        <w:rFonts w:ascii="Bookman Old Style" w:hAnsi="Bookman Old Style"/>
        <w:b/>
        <w:bCs/>
        <w:i/>
        <w:sz w:val="18"/>
        <w:szCs w:val="20"/>
      </w:rPr>
      <w:instrText>NUMPAGES</w:instrTex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separate"/>
    </w:r>
    <w:r>
      <w:rPr>
        <w:rFonts w:ascii="Bookman Old Style" w:hAnsi="Bookman Old Style"/>
        <w:b/>
        <w:bCs/>
        <w:i/>
        <w:sz w:val="18"/>
        <w:szCs w:val="20"/>
      </w:rPr>
      <w:t>2</w: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D8ED9" w14:textId="77777777" w:rsidR="0091203B" w:rsidRDefault="0091203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D3D93E" w14:textId="77777777" w:rsidR="00386F12" w:rsidRDefault="00386F12" w:rsidP="0091203B">
      <w:pPr>
        <w:spacing w:after="0" w:line="240" w:lineRule="auto"/>
      </w:pPr>
      <w:r>
        <w:separator/>
      </w:r>
    </w:p>
  </w:footnote>
  <w:footnote w:type="continuationSeparator" w:id="0">
    <w:p w14:paraId="6EF95492" w14:textId="77777777" w:rsidR="00386F12" w:rsidRDefault="00386F12" w:rsidP="009120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CDAD3" w14:textId="77777777" w:rsidR="0091203B" w:rsidRDefault="0091203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423AA" w14:textId="77777777" w:rsidR="0091203B" w:rsidRDefault="0091203B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81564" w14:textId="77777777" w:rsidR="0091203B" w:rsidRDefault="0091203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67001864">
    <w:abstractNumId w:val="8"/>
  </w:num>
  <w:num w:numId="2" w16cid:durableId="988557126">
    <w:abstractNumId w:val="6"/>
  </w:num>
  <w:num w:numId="3" w16cid:durableId="2037122317">
    <w:abstractNumId w:val="5"/>
  </w:num>
  <w:num w:numId="4" w16cid:durableId="625237050">
    <w:abstractNumId w:val="4"/>
  </w:num>
  <w:num w:numId="5" w16cid:durableId="84763784">
    <w:abstractNumId w:val="7"/>
  </w:num>
  <w:num w:numId="6" w16cid:durableId="102767843">
    <w:abstractNumId w:val="3"/>
  </w:num>
  <w:num w:numId="7" w16cid:durableId="1758818233">
    <w:abstractNumId w:val="2"/>
  </w:num>
  <w:num w:numId="8" w16cid:durableId="1878152829">
    <w:abstractNumId w:val="1"/>
  </w:num>
  <w:num w:numId="9" w16cid:durableId="174226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6B73"/>
    <w:rsid w:val="000265DC"/>
    <w:rsid w:val="0003318C"/>
    <w:rsid w:val="00034616"/>
    <w:rsid w:val="00041AF9"/>
    <w:rsid w:val="0006063C"/>
    <w:rsid w:val="00064BDC"/>
    <w:rsid w:val="000F785F"/>
    <w:rsid w:val="00126F9E"/>
    <w:rsid w:val="00143CBB"/>
    <w:rsid w:val="0014594A"/>
    <w:rsid w:val="001475F0"/>
    <w:rsid w:val="0015074B"/>
    <w:rsid w:val="00184BA1"/>
    <w:rsid w:val="001C7140"/>
    <w:rsid w:val="001C76AD"/>
    <w:rsid w:val="001F74E1"/>
    <w:rsid w:val="002140E1"/>
    <w:rsid w:val="00224646"/>
    <w:rsid w:val="002421B4"/>
    <w:rsid w:val="00277796"/>
    <w:rsid w:val="0029639D"/>
    <w:rsid w:val="002A0AB6"/>
    <w:rsid w:val="002C312C"/>
    <w:rsid w:val="002E505B"/>
    <w:rsid w:val="003034D9"/>
    <w:rsid w:val="00326F90"/>
    <w:rsid w:val="00353235"/>
    <w:rsid w:val="003546E3"/>
    <w:rsid w:val="00386517"/>
    <w:rsid w:val="00386F12"/>
    <w:rsid w:val="003A4750"/>
    <w:rsid w:val="003C6DB1"/>
    <w:rsid w:val="003E2F24"/>
    <w:rsid w:val="003E3781"/>
    <w:rsid w:val="0040055A"/>
    <w:rsid w:val="0041300A"/>
    <w:rsid w:val="00420615"/>
    <w:rsid w:val="00447953"/>
    <w:rsid w:val="00457532"/>
    <w:rsid w:val="004739C4"/>
    <w:rsid w:val="00490DB2"/>
    <w:rsid w:val="004A235D"/>
    <w:rsid w:val="004B6F21"/>
    <w:rsid w:val="004D7A31"/>
    <w:rsid w:val="004F1EF6"/>
    <w:rsid w:val="004F7D50"/>
    <w:rsid w:val="0051357E"/>
    <w:rsid w:val="005E5F19"/>
    <w:rsid w:val="00625E05"/>
    <w:rsid w:val="00646624"/>
    <w:rsid w:val="00677D69"/>
    <w:rsid w:val="00682EEB"/>
    <w:rsid w:val="006A3BDF"/>
    <w:rsid w:val="006A6559"/>
    <w:rsid w:val="006B364C"/>
    <w:rsid w:val="00753F83"/>
    <w:rsid w:val="00760100"/>
    <w:rsid w:val="00763313"/>
    <w:rsid w:val="007A3596"/>
    <w:rsid w:val="007A4E54"/>
    <w:rsid w:val="007C0C59"/>
    <w:rsid w:val="00832629"/>
    <w:rsid w:val="008B6751"/>
    <w:rsid w:val="00911DA5"/>
    <w:rsid w:val="0091203B"/>
    <w:rsid w:val="00970032"/>
    <w:rsid w:val="0099103B"/>
    <w:rsid w:val="009C6711"/>
    <w:rsid w:val="009F4FBE"/>
    <w:rsid w:val="009F6518"/>
    <w:rsid w:val="00A07FFD"/>
    <w:rsid w:val="00A769EC"/>
    <w:rsid w:val="00AA1D8D"/>
    <w:rsid w:val="00AB10D7"/>
    <w:rsid w:val="00AC39DC"/>
    <w:rsid w:val="00AE2FF9"/>
    <w:rsid w:val="00AF4672"/>
    <w:rsid w:val="00B01011"/>
    <w:rsid w:val="00B04EEB"/>
    <w:rsid w:val="00B1435E"/>
    <w:rsid w:val="00B14DE0"/>
    <w:rsid w:val="00B27793"/>
    <w:rsid w:val="00B47730"/>
    <w:rsid w:val="00B55DAD"/>
    <w:rsid w:val="00B63C40"/>
    <w:rsid w:val="00B665E8"/>
    <w:rsid w:val="00B829AF"/>
    <w:rsid w:val="00B82D91"/>
    <w:rsid w:val="00BA11C4"/>
    <w:rsid w:val="00C672CF"/>
    <w:rsid w:val="00CA6F69"/>
    <w:rsid w:val="00CB0664"/>
    <w:rsid w:val="00CD3A94"/>
    <w:rsid w:val="00CD5567"/>
    <w:rsid w:val="00CE5A23"/>
    <w:rsid w:val="00CE767F"/>
    <w:rsid w:val="00D32B70"/>
    <w:rsid w:val="00D56CA5"/>
    <w:rsid w:val="00D8406E"/>
    <w:rsid w:val="00D85E95"/>
    <w:rsid w:val="00DC7CCA"/>
    <w:rsid w:val="00DE243F"/>
    <w:rsid w:val="00DE614C"/>
    <w:rsid w:val="00E06CA1"/>
    <w:rsid w:val="00E1341A"/>
    <w:rsid w:val="00E411D6"/>
    <w:rsid w:val="00E577EE"/>
    <w:rsid w:val="00E7637A"/>
    <w:rsid w:val="00EA18CB"/>
    <w:rsid w:val="00ED6C32"/>
    <w:rsid w:val="00EE0006"/>
    <w:rsid w:val="00EE01DC"/>
    <w:rsid w:val="00EE1BEC"/>
    <w:rsid w:val="00F07835"/>
    <w:rsid w:val="00F16B5C"/>
    <w:rsid w:val="00F24919"/>
    <w:rsid w:val="00F31811"/>
    <w:rsid w:val="00F9712F"/>
    <w:rsid w:val="00FC693F"/>
    <w:rsid w:val="00FE7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0"/>
    <o:shapelayout v:ext="edit">
      <o:idmap v:ext="edit" data="1"/>
    </o:shapelayout>
  </w:shapeDefaults>
  <w:decimalSymbol w:val="."/>
  <w:listSeparator w:val=","/>
  <w14:docId w14:val="24062061"/>
  <w14:defaultImageDpi w14:val="300"/>
  <w15:docId w15:val="{AB02439C-C32E-4C8F-8A4B-F53104E98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184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character" w:styleId="Refdecomentario">
    <w:name w:val="annotation reference"/>
    <w:basedOn w:val="Fuentedeprrafopredeter"/>
    <w:uiPriority w:val="99"/>
    <w:semiHidden/>
    <w:unhideWhenUsed/>
    <w:rsid w:val="0097003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7003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7003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7003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7003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1081</Words>
  <Characters>5948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Yaneth</cp:lastModifiedBy>
  <cp:revision>144</cp:revision>
  <dcterms:created xsi:type="dcterms:W3CDTF">2013-12-23T23:15:00Z</dcterms:created>
  <dcterms:modified xsi:type="dcterms:W3CDTF">2026-10-12T16:51:00Z</dcterms:modified>
  <cp:category/>
</cp:coreProperties>
</file>