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1AE03" w14:textId="05C5C2D7" w:rsidR="003E743E" w:rsidRPr="00A21504" w:rsidRDefault="009C3EC4" w:rsidP="002825A1">
      <w:pPr>
        <w:spacing w:after="0" w:line="240" w:lineRule="auto"/>
        <w:jc w:val="center"/>
        <w:rPr>
          <w:rFonts w:ascii="Source Sans Pro" w:eastAsia="Arial" w:hAnsi="Source Sans Pro" w:cs="Arial"/>
          <w:b/>
          <w:color w:val="00B0F0"/>
          <w:sz w:val="44"/>
          <w:szCs w:val="32"/>
          <w:lang w:val="es-MX" w:eastAsia="es-MX"/>
        </w:rPr>
      </w:pPr>
      <w:proofErr w:type="gramStart"/>
      <w:r w:rsidRPr="00F1750F">
        <w:rPr>
          <w:rFonts w:ascii="Aptos" w:hAnsi="Aptos"/>
          <w:b/>
          <w:color w:val="00B050"/>
          <w:sz w:val="72"/>
          <w:szCs w:val="96"/>
          <w:lang w:val="es-MX"/>
        </w:rPr>
        <w:t>◃</w:t>
      </w:r>
      <w:r w:rsidRPr="00F1750F">
        <w:rPr>
          <w:rFonts w:ascii="Aptos" w:hAnsi="Aptos"/>
          <w:b/>
          <w:color w:val="183A5A"/>
          <w:sz w:val="20"/>
          <w:lang w:val="es-MX"/>
        </w:rPr>
        <w:t xml:space="preserve">  </w:t>
      </w:r>
      <w:r w:rsidRPr="00A21504">
        <w:rPr>
          <w:rFonts w:ascii="Source Sans Pro" w:eastAsia="Arial" w:hAnsi="Source Sans Pro" w:cs="Arial"/>
          <w:b/>
          <w:color w:val="00B0F0"/>
          <w:sz w:val="44"/>
          <w:szCs w:val="32"/>
          <w:lang w:val="es-MX" w:eastAsia="es-MX"/>
        </w:rPr>
        <w:t>REC</w:t>
      </w:r>
      <w:r w:rsidR="00F1750F">
        <w:rPr>
          <w:rFonts w:ascii="Source Sans Pro" w:eastAsia="Arial" w:hAnsi="Source Sans Pro" w:cs="Arial"/>
          <w:b/>
          <w:color w:val="00B0F0"/>
          <w:sz w:val="44"/>
          <w:szCs w:val="32"/>
          <w:lang w:val="es-MX" w:eastAsia="es-MX"/>
        </w:rPr>
        <w:t>URSOS</w:t>
      </w:r>
      <w:proofErr w:type="gramEnd"/>
      <w:r w:rsidRPr="00A21504">
        <w:rPr>
          <w:rFonts w:ascii="Source Sans Pro" w:eastAsia="Arial" w:hAnsi="Source Sans Pro" w:cs="Arial"/>
          <w:b/>
          <w:color w:val="00B0F0"/>
          <w:sz w:val="44"/>
          <w:szCs w:val="32"/>
          <w:lang w:val="es-MX" w:eastAsia="es-MX"/>
        </w:rPr>
        <w:t xml:space="preserve"> ADIC</w:t>
      </w:r>
      <w:r w:rsidR="00F1750F">
        <w:rPr>
          <w:rFonts w:ascii="Source Sans Pro" w:eastAsia="Arial" w:hAnsi="Source Sans Pro" w:cs="Arial"/>
          <w:b/>
          <w:color w:val="00B0F0"/>
          <w:sz w:val="44"/>
          <w:szCs w:val="32"/>
          <w:lang w:val="es-MX" w:eastAsia="es-MX"/>
        </w:rPr>
        <w:t>I</w:t>
      </w:r>
      <w:r w:rsidR="007E19CF">
        <w:rPr>
          <w:rFonts w:ascii="Source Sans Pro" w:eastAsia="Arial" w:hAnsi="Source Sans Pro" w:cs="Arial"/>
          <w:b/>
          <w:color w:val="00B0F0"/>
          <w:sz w:val="44"/>
          <w:szCs w:val="32"/>
          <w:lang w:val="es-MX" w:eastAsia="es-MX"/>
        </w:rPr>
        <w:t>ON</w:t>
      </w:r>
      <w:r w:rsidR="00F1750F">
        <w:rPr>
          <w:rFonts w:ascii="Source Sans Pro" w:eastAsia="Arial" w:hAnsi="Source Sans Pro" w:cs="Arial"/>
          <w:b/>
          <w:color w:val="00B0F0"/>
          <w:sz w:val="44"/>
          <w:szCs w:val="32"/>
          <w:lang w:val="es-MX" w:eastAsia="es-MX"/>
        </w:rPr>
        <w:t>ALES</w:t>
      </w:r>
      <w:r w:rsidRPr="00A21504">
        <w:rPr>
          <w:rFonts w:ascii="Source Sans Pro" w:eastAsia="Arial" w:hAnsi="Source Sans Pro" w:cs="Arial"/>
          <w:b/>
          <w:color w:val="00B0F0"/>
          <w:sz w:val="44"/>
          <w:szCs w:val="32"/>
          <w:lang w:val="es-MX" w:eastAsia="es-MX"/>
        </w:rPr>
        <w:t xml:space="preserve"> 03 · C.E.I.F.E.</w:t>
      </w:r>
    </w:p>
    <w:p w14:paraId="530D7571" w14:textId="77777777" w:rsidR="003E743E" w:rsidRPr="009D4A11" w:rsidRDefault="009C3EC4" w:rsidP="002825A1">
      <w:pPr>
        <w:spacing w:after="0" w:line="240" w:lineRule="auto"/>
        <w:jc w:val="center"/>
        <w:rPr>
          <w:b/>
          <w:sz w:val="24"/>
          <w:szCs w:val="20"/>
          <w:lang w:val="es-MX"/>
        </w:rPr>
      </w:pPr>
      <w:r w:rsidRPr="009D4A11">
        <w:rPr>
          <w:b/>
          <w:sz w:val="24"/>
          <w:szCs w:val="20"/>
          <w:lang w:val="es-MX"/>
        </w:rPr>
        <w:t>CONSENTIMIENTO INFORMADO PARA MENORES DE EDAD E INCAPACES</w:t>
      </w:r>
    </w:p>
    <w:p w14:paraId="5BEF8460" w14:textId="4D4B3600" w:rsidR="008A6DD6" w:rsidRDefault="008A6DD6" w:rsidP="008A6DD6">
      <w:pPr>
        <w:spacing w:after="0" w:line="240" w:lineRule="auto"/>
        <w:jc w:val="center"/>
        <w:rPr>
          <w:i/>
          <w:sz w:val="20"/>
          <w:szCs w:val="20"/>
          <w:lang w:val="es-MX"/>
        </w:rPr>
      </w:pPr>
      <w:r>
        <w:rPr>
          <w:i/>
          <w:sz w:val="20"/>
          <w:szCs w:val="20"/>
          <w:lang w:val="es-MX"/>
        </w:rPr>
        <w:t>C</w:t>
      </w:r>
      <w:r w:rsidRPr="00A30540">
        <w:rPr>
          <w:i/>
          <w:sz w:val="20"/>
          <w:szCs w:val="20"/>
          <w:lang w:val="es-MX"/>
        </w:rPr>
        <w:t xml:space="preserve">omité de </w:t>
      </w:r>
      <w:r>
        <w:rPr>
          <w:i/>
          <w:sz w:val="20"/>
          <w:szCs w:val="20"/>
          <w:lang w:val="es-MX"/>
        </w:rPr>
        <w:t>É</w:t>
      </w:r>
      <w:r w:rsidRPr="00A30540">
        <w:rPr>
          <w:i/>
          <w:sz w:val="20"/>
          <w:szCs w:val="20"/>
          <w:lang w:val="es-MX"/>
        </w:rPr>
        <w:t xml:space="preserve">tica e </w:t>
      </w:r>
      <w:r>
        <w:rPr>
          <w:i/>
          <w:sz w:val="20"/>
          <w:szCs w:val="20"/>
          <w:lang w:val="es-MX"/>
        </w:rPr>
        <w:t>I</w:t>
      </w:r>
      <w:r w:rsidRPr="00A30540">
        <w:rPr>
          <w:i/>
          <w:sz w:val="20"/>
          <w:szCs w:val="20"/>
          <w:lang w:val="es-MX"/>
        </w:rPr>
        <w:t>nvestigación</w:t>
      </w:r>
      <w:r w:rsidR="00383A29" w:rsidRPr="000B1623">
        <w:rPr>
          <w:i/>
          <w:sz w:val="20"/>
          <w:szCs w:val="20"/>
          <w:lang w:val="es-MX"/>
        </w:rPr>
        <w:t xml:space="preserve"> · </w:t>
      </w:r>
      <w:r w:rsidRPr="000B1623">
        <w:rPr>
          <w:i/>
          <w:sz w:val="20"/>
          <w:szCs w:val="20"/>
          <w:lang w:val="es-MX"/>
        </w:rPr>
        <w:t>Secretaría de Investigación y Estudios de Posgrado · Facultad de Estomatología · BUAP</w:t>
      </w:r>
    </w:p>
    <w:p w14:paraId="51299B6C" w14:textId="77777777" w:rsidR="003E743E" w:rsidRPr="005C3D57" w:rsidRDefault="009C3EC4" w:rsidP="002825A1">
      <w:pPr>
        <w:spacing w:after="0" w:line="240" w:lineRule="auto"/>
        <w:jc w:val="center"/>
        <w:rPr>
          <w:sz w:val="56"/>
          <w:szCs w:val="56"/>
          <w:lang w:val="es-MX"/>
        </w:rPr>
      </w:pPr>
      <w:r w:rsidRPr="005C3D57">
        <w:rPr>
          <w:rFonts w:ascii="Aptos" w:hAnsi="Aptos"/>
          <w:i/>
          <w:color w:val="26323A"/>
          <w:szCs w:val="56"/>
          <w:lang w:val="es-MX"/>
        </w:rPr>
        <w:t>(No necesario para sujetos mayores de 16 años de edad, emancipados y competentes)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93"/>
        <w:gridCol w:w="5967"/>
      </w:tblGrid>
      <w:tr w:rsidR="003E743E" w:rsidRPr="00BE1952" w14:paraId="59B28695" w14:textId="77777777" w:rsidTr="004B0142">
        <w:trPr>
          <w:trHeight w:val="381"/>
          <w:jc w:val="center"/>
        </w:trPr>
        <w:tc>
          <w:tcPr>
            <w:tcW w:w="11360" w:type="dxa"/>
            <w:gridSpan w:val="2"/>
            <w:tcBorders>
              <w:top w:val="single" w:sz="4" w:space="0" w:color="183A5A"/>
              <w:left w:val="single" w:sz="4" w:space="0" w:color="183A5A"/>
              <w:bottom w:val="single" w:sz="4" w:space="0" w:color="183A5A"/>
              <w:right w:val="single" w:sz="4" w:space="0" w:color="183A5A"/>
            </w:tcBorders>
            <w:shd w:val="clear" w:color="auto" w:fill="00B050"/>
            <w:tcMar>
              <w:top w:w="1" w:type="dxa"/>
              <w:left w:w="6" w:type="dxa"/>
              <w:bottom w:w="1" w:type="dxa"/>
              <w:right w:w="6" w:type="dxa"/>
            </w:tcMar>
            <w:vAlign w:val="center"/>
          </w:tcPr>
          <w:p w14:paraId="443C55C0" w14:textId="269EA772" w:rsidR="003E743E" w:rsidRPr="00BE1952" w:rsidRDefault="009C3EC4" w:rsidP="002825A1">
            <w:pPr>
              <w:spacing w:after="0" w:line="240" w:lineRule="auto"/>
              <w:rPr>
                <w:sz w:val="48"/>
                <w:szCs w:val="48"/>
                <w:lang w:val="es-MX"/>
              </w:rPr>
            </w:pPr>
            <w:proofErr w:type="gramStart"/>
            <w:r w:rsidRPr="00BE1952">
              <w:rPr>
                <w:rFonts w:ascii="Aptos" w:hAnsi="Aptos"/>
                <w:b/>
                <w:color w:val="FFFFFF"/>
                <w:sz w:val="24"/>
                <w:szCs w:val="56"/>
                <w:lang w:val="es-MX"/>
              </w:rPr>
              <w:t xml:space="preserve">◃ </w:t>
            </w:r>
            <w:r w:rsidRPr="00BE1952">
              <w:rPr>
                <w:rFonts w:ascii="Aptos" w:hAnsi="Aptos"/>
                <w:b/>
                <w:color w:val="FFFFFF"/>
                <w:sz w:val="20"/>
                <w:szCs w:val="48"/>
                <w:lang w:val="es-MX"/>
              </w:rPr>
              <w:t xml:space="preserve"> I.</w:t>
            </w:r>
            <w:proofErr w:type="gramEnd"/>
            <w:r w:rsidRPr="00BE1952">
              <w:rPr>
                <w:rFonts w:ascii="Aptos" w:hAnsi="Aptos"/>
                <w:b/>
                <w:color w:val="FFFFFF"/>
                <w:sz w:val="20"/>
                <w:szCs w:val="48"/>
                <w:lang w:val="es-MX"/>
              </w:rPr>
              <w:t xml:space="preserve"> DATOS GENERALES</w:t>
            </w:r>
            <w:r w:rsidR="00BE1952" w:rsidRPr="00BE1952">
              <w:rPr>
                <w:rFonts w:ascii="Aptos" w:hAnsi="Aptos"/>
                <w:b/>
                <w:color w:val="FFFFFF"/>
                <w:sz w:val="20"/>
                <w:szCs w:val="48"/>
                <w:lang w:val="es-MX"/>
              </w:rPr>
              <w:t xml:space="preserve"> DEL P</w:t>
            </w:r>
            <w:r w:rsidR="00BE1952">
              <w:rPr>
                <w:rFonts w:ascii="Aptos" w:hAnsi="Aptos"/>
                <w:b/>
                <w:color w:val="FFFFFF"/>
                <w:sz w:val="20"/>
                <w:szCs w:val="48"/>
                <w:lang w:val="es-MX"/>
              </w:rPr>
              <w:t>ROYECTO</w:t>
            </w:r>
          </w:p>
        </w:tc>
      </w:tr>
      <w:tr w:rsidR="003E743E" w:rsidRPr="002825A1" w14:paraId="236DC6C6" w14:textId="77777777" w:rsidTr="00F14884">
        <w:trPr>
          <w:trHeight w:val="429"/>
          <w:jc w:val="center"/>
        </w:trPr>
        <w:tc>
          <w:tcPr>
            <w:tcW w:w="5393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17365D" w:themeFill="text2" w:themeFillShade="BF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30E1E82F" w14:textId="77777777" w:rsidR="003E743E" w:rsidRPr="004B0142" w:rsidRDefault="009C3EC4" w:rsidP="002825A1">
            <w:pPr>
              <w:spacing w:after="0" w:line="240" w:lineRule="auto"/>
              <w:rPr>
                <w:i/>
                <w:iCs/>
                <w:color w:val="FFFFFF" w:themeColor="background1"/>
                <w:sz w:val="18"/>
                <w:szCs w:val="48"/>
              </w:rPr>
            </w:pPr>
            <w:proofErr w:type="spellStart"/>
            <w:r w:rsidRPr="004B0142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Número</w:t>
            </w:r>
            <w:proofErr w:type="spellEnd"/>
            <w:r w:rsidRPr="004B0142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 xml:space="preserve"> de </w:t>
            </w:r>
            <w:proofErr w:type="spellStart"/>
            <w:r w:rsidRPr="004B0142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registro</w:t>
            </w:r>
            <w:proofErr w:type="spellEnd"/>
            <w:r w:rsidRPr="004B0142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: ______________________________</w:t>
            </w:r>
          </w:p>
        </w:tc>
        <w:tc>
          <w:tcPr>
            <w:tcW w:w="5967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17365D" w:themeFill="text2" w:themeFillShade="BF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659515AF" w14:textId="449F03E1" w:rsidR="003E743E" w:rsidRPr="004B0142" w:rsidRDefault="00ED672A" w:rsidP="002825A1">
            <w:pPr>
              <w:spacing w:after="0" w:line="240" w:lineRule="auto"/>
              <w:rPr>
                <w:i/>
                <w:iCs/>
                <w:color w:val="FFFFFF" w:themeColor="background1"/>
                <w:sz w:val="18"/>
                <w:szCs w:val="48"/>
              </w:rPr>
            </w:pPr>
            <w:proofErr w:type="spellStart"/>
            <w:r w:rsidRPr="00ED672A">
              <w:rPr>
                <w:rFonts w:ascii="Aptos" w:hAnsi="Aptos"/>
                <w:i/>
                <w:iCs/>
                <w:color w:val="FFFFFF" w:themeColor="background1"/>
                <w:sz w:val="18"/>
                <w:szCs w:val="48"/>
              </w:rPr>
              <w:t>Investigador</w:t>
            </w:r>
            <w:proofErr w:type="spellEnd"/>
            <w:r w:rsidRPr="00ED672A">
              <w:rPr>
                <w:rFonts w:ascii="Aptos" w:hAnsi="Aptos"/>
                <w:i/>
                <w:iCs/>
                <w:color w:val="FFFFFF" w:themeColor="background1"/>
                <w:sz w:val="18"/>
                <w:szCs w:val="48"/>
              </w:rPr>
              <w:t xml:space="preserve"> </w:t>
            </w:r>
            <w:proofErr w:type="spellStart"/>
            <w:r w:rsidRPr="00ED672A">
              <w:rPr>
                <w:rFonts w:ascii="Aptos" w:hAnsi="Aptos"/>
                <w:i/>
                <w:iCs/>
                <w:color w:val="FFFFFF" w:themeColor="background1"/>
                <w:sz w:val="18"/>
                <w:szCs w:val="48"/>
              </w:rPr>
              <w:t>responsable</w:t>
            </w:r>
            <w:proofErr w:type="spellEnd"/>
            <w:r w:rsidRPr="00ED672A">
              <w:rPr>
                <w:rFonts w:ascii="Aptos" w:hAnsi="Aptos"/>
                <w:i/>
                <w:iCs/>
                <w:color w:val="FFFFFF" w:themeColor="background1"/>
                <w:sz w:val="18"/>
                <w:szCs w:val="48"/>
              </w:rPr>
              <w:t xml:space="preserve"> (</w:t>
            </w:r>
            <w:proofErr w:type="spellStart"/>
            <w:r w:rsidRPr="00ED672A">
              <w:rPr>
                <w:rFonts w:ascii="Aptos" w:hAnsi="Aptos"/>
                <w:i/>
                <w:iCs/>
                <w:color w:val="FFFFFF" w:themeColor="background1"/>
                <w:sz w:val="18"/>
                <w:szCs w:val="48"/>
              </w:rPr>
              <w:t>Docente</w:t>
            </w:r>
            <w:proofErr w:type="spellEnd"/>
            <w:r w:rsidRPr="00ED672A">
              <w:rPr>
                <w:rFonts w:ascii="Aptos" w:hAnsi="Aptos"/>
                <w:i/>
                <w:iCs/>
                <w:color w:val="FFFFFF" w:themeColor="background1"/>
                <w:sz w:val="18"/>
                <w:szCs w:val="48"/>
              </w:rPr>
              <w:t xml:space="preserve"> </w:t>
            </w:r>
            <w:proofErr w:type="spellStart"/>
            <w:r w:rsidRPr="00ED672A">
              <w:rPr>
                <w:rFonts w:ascii="Aptos" w:hAnsi="Aptos"/>
                <w:i/>
                <w:iCs/>
                <w:color w:val="FFFFFF" w:themeColor="background1"/>
                <w:sz w:val="18"/>
                <w:szCs w:val="48"/>
              </w:rPr>
              <w:t>investigador</w:t>
            </w:r>
            <w:proofErr w:type="spellEnd"/>
            <w:r w:rsidRPr="00ED672A">
              <w:rPr>
                <w:rFonts w:ascii="Aptos" w:hAnsi="Aptos"/>
                <w:i/>
                <w:iCs/>
                <w:color w:val="FFFFFF" w:themeColor="background1"/>
                <w:sz w:val="18"/>
                <w:szCs w:val="48"/>
              </w:rPr>
              <w:t>)</w:t>
            </w:r>
            <w:r w:rsidR="009C3EC4" w:rsidRPr="004B0142">
              <w:rPr>
                <w:rFonts w:ascii="Aptos" w:hAnsi="Aptos"/>
                <w:i/>
                <w:iCs/>
                <w:color w:val="FFFFFF" w:themeColor="background1"/>
                <w:sz w:val="18"/>
                <w:szCs w:val="48"/>
              </w:rPr>
              <w:t>: __________________________________</w:t>
            </w:r>
          </w:p>
        </w:tc>
      </w:tr>
      <w:tr w:rsidR="003E743E" w:rsidRPr="002825A1" w14:paraId="0FAB535A" w14:textId="77777777" w:rsidTr="00F14884">
        <w:trPr>
          <w:trHeight w:val="406"/>
          <w:jc w:val="center"/>
        </w:trPr>
        <w:tc>
          <w:tcPr>
            <w:tcW w:w="5393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17365D" w:themeFill="text2" w:themeFillShade="BF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456F587F" w14:textId="0D56DFDA" w:rsidR="003E743E" w:rsidRPr="005C3D57" w:rsidRDefault="009C3EC4" w:rsidP="002825A1">
            <w:pPr>
              <w:spacing w:after="0" w:line="240" w:lineRule="auto"/>
              <w:rPr>
                <w:i/>
                <w:iCs/>
                <w:color w:val="FFFFFF" w:themeColor="background1"/>
                <w:sz w:val="18"/>
                <w:szCs w:val="48"/>
                <w:lang w:val="es-MX"/>
              </w:rPr>
            </w:pPr>
            <w:r w:rsidRPr="005C3D57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  <w:lang w:val="es-MX"/>
              </w:rPr>
              <w:t>Sede donde se realizará el estudio: _____________________________</w:t>
            </w:r>
          </w:p>
        </w:tc>
        <w:tc>
          <w:tcPr>
            <w:tcW w:w="5967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17365D" w:themeFill="text2" w:themeFillShade="BF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5BA2CD50" w14:textId="77777777" w:rsidR="003E743E" w:rsidRPr="004B0142" w:rsidRDefault="009C3EC4" w:rsidP="002825A1">
            <w:pPr>
              <w:spacing w:after="0" w:line="240" w:lineRule="auto"/>
              <w:rPr>
                <w:i/>
                <w:iCs/>
                <w:color w:val="FFFFFF" w:themeColor="background1"/>
                <w:sz w:val="18"/>
                <w:szCs w:val="48"/>
              </w:rPr>
            </w:pPr>
            <w:r w:rsidRPr="004B0142">
              <w:rPr>
                <w:rFonts w:ascii="Aptos" w:hAnsi="Aptos"/>
                <w:i/>
                <w:iCs/>
                <w:color w:val="FFFFFF" w:themeColor="background1"/>
                <w:sz w:val="18"/>
                <w:szCs w:val="48"/>
              </w:rPr>
              <w:t xml:space="preserve">Proyecto de </w:t>
            </w:r>
            <w:proofErr w:type="spellStart"/>
            <w:r w:rsidRPr="004B0142">
              <w:rPr>
                <w:rFonts w:ascii="Aptos" w:hAnsi="Aptos"/>
                <w:i/>
                <w:iCs/>
                <w:color w:val="FFFFFF" w:themeColor="background1"/>
                <w:sz w:val="18"/>
                <w:szCs w:val="48"/>
              </w:rPr>
              <w:t>Investigación</w:t>
            </w:r>
            <w:proofErr w:type="spellEnd"/>
            <w:r w:rsidRPr="004B0142">
              <w:rPr>
                <w:rFonts w:ascii="Aptos" w:hAnsi="Aptos"/>
                <w:i/>
                <w:iCs/>
                <w:color w:val="FFFFFF" w:themeColor="background1"/>
                <w:sz w:val="18"/>
                <w:szCs w:val="48"/>
              </w:rPr>
              <w:t>: _____________________________________________</w:t>
            </w:r>
          </w:p>
        </w:tc>
      </w:tr>
      <w:tr w:rsidR="003E743E" w:rsidRPr="00F1750F" w14:paraId="0E53DB38" w14:textId="77777777" w:rsidTr="004B0142">
        <w:trPr>
          <w:trHeight w:val="371"/>
          <w:jc w:val="center"/>
        </w:trPr>
        <w:tc>
          <w:tcPr>
            <w:tcW w:w="11360" w:type="dxa"/>
            <w:gridSpan w:val="2"/>
            <w:tcBorders>
              <w:top w:val="single" w:sz="4" w:space="0" w:color="183A5A"/>
              <w:left w:val="single" w:sz="4" w:space="0" w:color="183A5A"/>
              <w:bottom w:val="single" w:sz="4" w:space="0" w:color="183A5A"/>
              <w:right w:val="single" w:sz="4" w:space="0" w:color="183A5A"/>
            </w:tcBorders>
            <w:shd w:val="clear" w:color="auto" w:fill="00B050"/>
            <w:tcMar>
              <w:top w:w="1" w:type="dxa"/>
              <w:left w:w="6" w:type="dxa"/>
              <w:bottom w:w="1" w:type="dxa"/>
              <w:right w:w="6" w:type="dxa"/>
            </w:tcMar>
            <w:vAlign w:val="center"/>
          </w:tcPr>
          <w:p w14:paraId="3AA95CA4" w14:textId="77777777" w:rsidR="003E743E" w:rsidRPr="005C3D57" w:rsidRDefault="009C3EC4" w:rsidP="002825A1">
            <w:pPr>
              <w:spacing w:after="0" w:line="240" w:lineRule="auto"/>
              <w:rPr>
                <w:sz w:val="48"/>
                <w:szCs w:val="48"/>
                <w:lang w:val="es-MX"/>
              </w:rPr>
            </w:pPr>
            <w:r w:rsidRPr="005C3D57">
              <w:rPr>
                <w:rFonts w:ascii="Aptos" w:hAnsi="Aptos"/>
                <w:b/>
                <w:color w:val="FFFFFF"/>
                <w:sz w:val="24"/>
                <w:szCs w:val="56"/>
                <w:lang w:val="es-MX"/>
              </w:rPr>
              <w:t>◃</w:t>
            </w:r>
            <w:r w:rsidRPr="005C3D57">
              <w:rPr>
                <w:rFonts w:ascii="Aptos" w:hAnsi="Aptos"/>
                <w:b/>
                <w:color w:val="FFFFFF"/>
                <w:sz w:val="20"/>
                <w:szCs w:val="48"/>
                <w:lang w:val="es-MX"/>
              </w:rPr>
              <w:t xml:space="preserve">  II. INFORMACIÓN PARA EL/LA TUTOR(A) LEGAL</w:t>
            </w:r>
          </w:p>
        </w:tc>
      </w:tr>
    </w:tbl>
    <w:p w14:paraId="420DAC70" w14:textId="6FFA82AA" w:rsidR="003E743E" w:rsidRPr="005C3D57" w:rsidRDefault="007158D6" w:rsidP="007C148D">
      <w:pPr>
        <w:spacing w:after="0" w:line="240" w:lineRule="auto"/>
        <w:rPr>
          <w:rFonts w:ascii="Aptos" w:hAnsi="Aptos"/>
          <w:b/>
          <w:i/>
          <w:iCs/>
          <w:color w:val="183A5A"/>
          <w:sz w:val="18"/>
          <w:szCs w:val="48"/>
          <w:lang w:val="es-MX"/>
        </w:rPr>
      </w:pPr>
      <w:r w:rsidRPr="005C3D57">
        <w:rPr>
          <w:rFonts w:ascii="Aptos" w:hAnsi="Aptos"/>
          <w:b/>
          <w:i/>
          <w:iCs/>
          <w:color w:val="183A5A"/>
          <w:sz w:val="18"/>
          <w:szCs w:val="48"/>
          <w:lang w:val="es-MX"/>
        </w:rPr>
        <w:t>Explicación por parte del/</w:t>
      </w:r>
      <w:proofErr w:type="gramStart"/>
      <w:r w:rsidRPr="005C3D57">
        <w:rPr>
          <w:rFonts w:ascii="Aptos" w:hAnsi="Aptos"/>
          <w:b/>
          <w:i/>
          <w:iCs/>
          <w:color w:val="183A5A"/>
          <w:sz w:val="18"/>
          <w:szCs w:val="48"/>
          <w:lang w:val="es-MX"/>
        </w:rPr>
        <w:t>de la investigador</w:t>
      </w:r>
      <w:proofErr w:type="gramEnd"/>
      <w:r w:rsidR="00D57B81">
        <w:rPr>
          <w:rFonts w:ascii="Aptos" w:hAnsi="Aptos"/>
          <w:b/>
          <w:i/>
          <w:iCs/>
          <w:color w:val="183A5A"/>
          <w:sz w:val="18"/>
          <w:szCs w:val="48"/>
          <w:lang w:val="es-MX"/>
        </w:rPr>
        <w:t xml:space="preserve"> </w:t>
      </w:r>
      <w:r w:rsidRPr="005C3D57">
        <w:rPr>
          <w:rFonts w:ascii="Aptos" w:hAnsi="Aptos"/>
          <w:b/>
          <w:i/>
          <w:iCs/>
          <w:color w:val="183A5A"/>
          <w:sz w:val="18"/>
          <w:szCs w:val="48"/>
          <w:lang w:val="es-MX"/>
        </w:rPr>
        <w:t>(a) al padre, madre o tutor(a) legal:</w:t>
      </w:r>
    </w:p>
    <w:p w14:paraId="2164425B" w14:textId="77777777" w:rsidR="007C148D" w:rsidRPr="005C3D57" w:rsidRDefault="007C148D" w:rsidP="00252344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Mi nombre es ________________________________________________________, soy el/la investigador(a) responsable o integrante del Proyecto de Investigación denominado:</w:t>
      </w:r>
    </w:p>
    <w:p w14:paraId="1E525D20" w14:textId="77777777" w:rsidR="007C148D" w:rsidRPr="005C3D57" w:rsidRDefault="007C148D" w:rsidP="00252344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__________________________________________________________________________________</w:t>
      </w:r>
    </w:p>
    <w:p w14:paraId="58CB53B7" w14:textId="77777777" w:rsidR="007C148D" w:rsidRPr="005C3D57" w:rsidRDefault="007C148D" w:rsidP="00252344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El estudio corresponde a una investigación de tipo ________________________________________, cuyo propósito general es ____________________________________________________________________________________________________________________________________________________________.</w:t>
      </w:r>
    </w:p>
    <w:p w14:paraId="0B576B13" w14:textId="725DCCEC" w:rsidR="007C148D" w:rsidRPr="005C3D57" w:rsidRDefault="007C148D" w:rsidP="00252344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Por medio del presente documento, se solicita su autorización para que el/la niño(a), menor de edad o sujeto de investigación bajo su responsabilidad pueda participar en este </w:t>
      </w:r>
      <w:r w:rsidR="00C86E94">
        <w:rPr>
          <w:rFonts w:ascii="Aptos" w:hAnsi="Aptos"/>
          <w:i/>
          <w:iCs/>
          <w:color w:val="26323A"/>
          <w:sz w:val="18"/>
          <w:szCs w:val="48"/>
          <w:lang w:val="es-MX"/>
        </w:rPr>
        <w:t>p</w:t>
      </w: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royecto de </w:t>
      </w:r>
      <w:r w:rsidR="00C86E94">
        <w:rPr>
          <w:rFonts w:ascii="Aptos" w:hAnsi="Aptos"/>
          <w:i/>
          <w:iCs/>
          <w:color w:val="26323A"/>
          <w:sz w:val="18"/>
          <w:szCs w:val="48"/>
          <w:lang w:val="es-MX"/>
        </w:rPr>
        <w:t>i</w:t>
      </w: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nvestigación.</w:t>
      </w:r>
    </w:p>
    <w:p w14:paraId="33B37857" w14:textId="77777777" w:rsidR="007C148D" w:rsidRPr="005C3D57" w:rsidRDefault="007C148D" w:rsidP="00252344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Antes de tomar una decisión, es importante que usted conozca y comprenda en qué consiste el estudio, cuál es su finalidad, qué procedimientos se realizarán, cuáles son los posibles beneficios y riesgos asociados, así como cualquier otra información relevante relacionada con la participación.</w:t>
      </w:r>
    </w:p>
    <w:p w14:paraId="071C838A" w14:textId="77777777" w:rsidR="007C148D" w:rsidRPr="005C3D57" w:rsidRDefault="007C148D" w:rsidP="00252344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Puede realizar libremente todas las preguntas que considere necesarias y solicitar las explicaciones adicionales que requiera. El equipo investigador deberá proporcionarle información clara y comprensible que le permita tomar una decisión informada.</w:t>
      </w:r>
    </w:p>
    <w:p w14:paraId="6BEF081E" w14:textId="77777777" w:rsidR="007C148D" w:rsidRPr="005C3D57" w:rsidRDefault="007C148D" w:rsidP="00252344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La investigación se llevará a cabo en ________________________________________________________ (indicar sede) y la participación tendrá exclusivamente fines de investigación.</w:t>
      </w:r>
    </w:p>
    <w:p w14:paraId="4C174F93" w14:textId="77777777" w:rsidR="007C148D" w:rsidRPr="005C3D57" w:rsidRDefault="007C148D" w:rsidP="00252344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Los beneficios esperados de la participación serán:</w:t>
      </w:r>
    </w:p>
    <w:p w14:paraId="35548ACD" w14:textId="77777777" w:rsidR="007C148D" w:rsidRPr="007C148D" w:rsidRDefault="00E1137D" w:rsidP="00252344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</w:rPr>
      </w:pPr>
      <w:r>
        <w:rPr>
          <w:rFonts w:ascii="Aptos" w:hAnsi="Aptos"/>
          <w:i/>
          <w:iCs/>
          <w:color w:val="26323A"/>
          <w:sz w:val="18"/>
          <w:szCs w:val="48"/>
        </w:rPr>
        <w:pict w14:anchorId="3C38BAD8">
          <v:rect id="_x0000_i1025" style="width:0;height:1.5pt" o:hralign="center" o:hrstd="t" o:hr="t" fillcolor="#a0a0a0" stroked="f"/>
        </w:pict>
      </w:r>
    </w:p>
    <w:p w14:paraId="075DB07E" w14:textId="77777777" w:rsidR="007C148D" w:rsidRPr="007C148D" w:rsidRDefault="00E1137D" w:rsidP="00252344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</w:rPr>
      </w:pPr>
      <w:r>
        <w:rPr>
          <w:rFonts w:ascii="Aptos" w:hAnsi="Aptos"/>
          <w:i/>
          <w:iCs/>
          <w:color w:val="26323A"/>
          <w:sz w:val="18"/>
          <w:szCs w:val="48"/>
        </w:rPr>
        <w:pict w14:anchorId="6764CEF4">
          <v:rect id="_x0000_i1026" style="width:0;height:1.5pt" o:hralign="center" o:hrstd="t" o:hr="t" fillcolor="#a0a0a0" stroked="f"/>
        </w:pict>
      </w:r>
    </w:p>
    <w:p w14:paraId="30489955" w14:textId="58076E4A" w:rsidR="007C148D" w:rsidRPr="005C3D57" w:rsidRDefault="007C148D" w:rsidP="00252344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Cuando corresponda, se le informará sobre el resguardo del material donado para seguimiento o para futuras investigaciones, así como sobre la posibilidad de que los datos obtenidos sean publicados o difundidos con fines didácticos y/o científicos, de acuerdo con lo establecido en el presente </w:t>
      </w:r>
      <w:r w:rsidR="0021711C">
        <w:rPr>
          <w:rFonts w:ascii="Aptos" w:hAnsi="Aptos"/>
          <w:i/>
          <w:iCs/>
          <w:color w:val="26323A"/>
          <w:sz w:val="18"/>
          <w:szCs w:val="48"/>
          <w:lang w:val="es-MX"/>
        </w:rPr>
        <w:t>c</w:t>
      </w: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onsentimiento </w:t>
      </w:r>
      <w:r w:rsidR="0021711C">
        <w:rPr>
          <w:rFonts w:ascii="Aptos" w:hAnsi="Aptos"/>
          <w:i/>
          <w:iCs/>
          <w:color w:val="26323A"/>
          <w:sz w:val="18"/>
          <w:szCs w:val="48"/>
          <w:lang w:val="es-MX"/>
        </w:rPr>
        <w:t>i</w:t>
      </w: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nformado.</w:t>
      </w:r>
    </w:p>
    <w:p w14:paraId="19370CE9" w14:textId="12195BC3" w:rsidR="003E743E" w:rsidRPr="005C3D57" w:rsidRDefault="007C148D" w:rsidP="00252344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Una vez que haya leído y comprendido la información, recibido las explicaciones correspondientes y aclarado sus dudas, podrá decidir libremente si autoriza o no la participación del niño(a)/sujeto de investigación. En caso de aceptar, se solicitará su firma como manifestación de su consentimiento.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9449"/>
      </w:tblGrid>
      <w:tr w:rsidR="003E743E" w:rsidRPr="002825A1" w14:paraId="48E13E6A" w14:textId="77777777" w:rsidTr="00F4506B">
        <w:trPr>
          <w:trHeight w:val="379"/>
          <w:jc w:val="center"/>
        </w:trPr>
        <w:tc>
          <w:tcPr>
            <w:tcW w:w="1985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17365D" w:themeFill="text2" w:themeFillShade="BF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6FF716D1" w14:textId="77777777" w:rsidR="003E743E" w:rsidRPr="00006A3E" w:rsidRDefault="009C3EC4" w:rsidP="002825A1">
            <w:pPr>
              <w:spacing w:after="0" w:line="240" w:lineRule="auto"/>
              <w:rPr>
                <w:i/>
                <w:iCs/>
                <w:color w:val="FFFFFF" w:themeColor="background1"/>
                <w:sz w:val="18"/>
                <w:szCs w:val="48"/>
              </w:rPr>
            </w:pPr>
            <w:proofErr w:type="spellStart"/>
            <w:r w:rsidRPr="00006A3E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Justificación</w:t>
            </w:r>
            <w:proofErr w:type="spellEnd"/>
          </w:p>
        </w:tc>
        <w:tc>
          <w:tcPr>
            <w:tcW w:w="9449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F7F9FA"/>
            <w:tcMar>
              <w:top w:w="1" w:type="dxa"/>
              <w:left w:w="4" w:type="dxa"/>
              <w:bottom w:w="1" w:type="dxa"/>
              <w:right w:w="4" w:type="dxa"/>
            </w:tcMar>
          </w:tcPr>
          <w:p w14:paraId="75333766" w14:textId="77777777" w:rsidR="003E743E" w:rsidRPr="00006A3E" w:rsidRDefault="009C3EC4" w:rsidP="002825A1">
            <w:pPr>
              <w:spacing w:after="0" w:line="240" w:lineRule="auto"/>
              <w:rPr>
                <w:sz w:val="18"/>
                <w:szCs w:val="48"/>
              </w:rPr>
            </w:pPr>
            <w:r w:rsidRPr="00006A3E">
              <w:rPr>
                <w:rFonts w:ascii="Aptos" w:hAnsi="Aptos"/>
                <w:color w:val="183A5A"/>
                <w:sz w:val="18"/>
                <w:szCs w:val="48"/>
              </w:rPr>
              <w:t>________________________________________________________________________________</w:t>
            </w:r>
          </w:p>
        </w:tc>
      </w:tr>
      <w:tr w:rsidR="003E743E" w:rsidRPr="002825A1" w14:paraId="07531AF8" w14:textId="77777777" w:rsidTr="00F4506B">
        <w:trPr>
          <w:trHeight w:val="426"/>
          <w:jc w:val="center"/>
        </w:trPr>
        <w:tc>
          <w:tcPr>
            <w:tcW w:w="1985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17365D" w:themeFill="text2" w:themeFillShade="BF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042433D1" w14:textId="77777777" w:rsidR="003E743E" w:rsidRPr="00006A3E" w:rsidRDefault="009C3EC4" w:rsidP="002825A1">
            <w:pPr>
              <w:spacing w:after="0" w:line="240" w:lineRule="auto"/>
              <w:rPr>
                <w:i/>
                <w:iCs/>
                <w:color w:val="FFFFFF" w:themeColor="background1"/>
                <w:sz w:val="18"/>
                <w:szCs w:val="48"/>
              </w:rPr>
            </w:pPr>
            <w:proofErr w:type="spellStart"/>
            <w:r w:rsidRPr="00006A3E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Objetivo</w:t>
            </w:r>
            <w:proofErr w:type="spellEnd"/>
          </w:p>
        </w:tc>
        <w:tc>
          <w:tcPr>
            <w:tcW w:w="9449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F7F9FA"/>
            <w:tcMar>
              <w:top w:w="1" w:type="dxa"/>
              <w:left w:w="4" w:type="dxa"/>
              <w:bottom w:w="1" w:type="dxa"/>
              <w:right w:w="4" w:type="dxa"/>
            </w:tcMar>
          </w:tcPr>
          <w:p w14:paraId="7BE47B17" w14:textId="77777777" w:rsidR="003E743E" w:rsidRPr="00006A3E" w:rsidRDefault="009C3EC4" w:rsidP="002825A1">
            <w:pPr>
              <w:spacing w:after="0" w:line="240" w:lineRule="auto"/>
              <w:rPr>
                <w:sz w:val="18"/>
                <w:szCs w:val="48"/>
              </w:rPr>
            </w:pPr>
            <w:r w:rsidRPr="00006A3E">
              <w:rPr>
                <w:rFonts w:ascii="Aptos" w:hAnsi="Aptos"/>
                <w:color w:val="183A5A"/>
                <w:sz w:val="18"/>
                <w:szCs w:val="48"/>
              </w:rPr>
              <w:t>________________________________________________________________________________</w:t>
            </w:r>
          </w:p>
        </w:tc>
      </w:tr>
      <w:tr w:rsidR="003E743E" w:rsidRPr="002825A1" w14:paraId="15EC7371" w14:textId="77777777" w:rsidTr="00F4506B">
        <w:trPr>
          <w:trHeight w:val="391"/>
          <w:jc w:val="center"/>
        </w:trPr>
        <w:tc>
          <w:tcPr>
            <w:tcW w:w="1985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17365D" w:themeFill="text2" w:themeFillShade="BF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1A3E4814" w14:textId="77777777" w:rsidR="003E743E" w:rsidRPr="00006A3E" w:rsidRDefault="009C3EC4" w:rsidP="002825A1">
            <w:pPr>
              <w:spacing w:after="0" w:line="240" w:lineRule="auto"/>
              <w:rPr>
                <w:i/>
                <w:iCs/>
                <w:color w:val="FFFFFF" w:themeColor="background1"/>
                <w:sz w:val="18"/>
                <w:szCs w:val="48"/>
              </w:rPr>
            </w:pPr>
            <w:proofErr w:type="spellStart"/>
            <w:r w:rsidRPr="00006A3E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Procedimientos</w:t>
            </w:r>
            <w:proofErr w:type="spellEnd"/>
          </w:p>
        </w:tc>
        <w:tc>
          <w:tcPr>
            <w:tcW w:w="9449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F7F9FA"/>
            <w:tcMar>
              <w:top w:w="1" w:type="dxa"/>
              <w:left w:w="4" w:type="dxa"/>
              <w:bottom w:w="1" w:type="dxa"/>
              <w:right w:w="4" w:type="dxa"/>
            </w:tcMar>
          </w:tcPr>
          <w:p w14:paraId="625FF2A4" w14:textId="77777777" w:rsidR="003E743E" w:rsidRPr="00006A3E" w:rsidRDefault="009C3EC4" w:rsidP="002825A1">
            <w:pPr>
              <w:spacing w:after="0" w:line="240" w:lineRule="auto"/>
              <w:rPr>
                <w:sz w:val="18"/>
                <w:szCs w:val="48"/>
              </w:rPr>
            </w:pPr>
            <w:r w:rsidRPr="00006A3E">
              <w:rPr>
                <w:rFonts w:ascii="Aptos" w:hAnsi="Aptos"/>
                <w:color w:val="183A5A"/>
                <w:sz w:val="18"/>
                <w:szCs w:val="48"/>
              </w:rPr>
              <w:t>________________________________________________________________________________</w:t>
            </w:r>
          </w:p>
        </w:tc>
      </w:tr>
      <w:tr w:rsidR="003E743E" w:rsidRPr="002825A1" w14:paraId="4AC4B486" w14:textId="77777777" w:rsidTr="00F4506B">
        <w:trPr>
          <w:trHeight w:val="411"/>
          <w:jc w:val="center"/>
        </w:trPr>
        <w:tc>
          <w:tcPr>
            <w:tcW w:w="1985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17365D" w:themeFill="text2" w:themeFillShade="BF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2B15852D" w14:textId="77777777" w:rsidR="003E743E" w:rsidRPr="00006A3E" w:rsidRDefault="009C3EC4" w:rsidP="002825A1">
            <w:pPr>
              <w:spacing w:after="0" w:line="240" w:lineRule="auto"/>
              <w:rPr>
                <w:i/>
                <w:iCs/>
                <w:color w:val="FFFFFF" w:themeColor="background1"/>
                <w:sz w:val="18"/>
                <w:szCs w:val="48"/>
              </w:rPr>
            </w:pPr>
            <w:proofErr w:type="spellStart"/>
            <w:r w:rsidRPr="00006A3E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Beneficios</w:t>
            </w:r>
            <w:proofErr w:type="spellEnd"/>
          </w:p>
        </w:tc>
        <w:tc>
          <w:tcPr>
            <w:tcW w:w="9449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F7F9FA"/>
            <w:tcMar>
              <w:top w:w="1" w:type="dxa"/>
              <w:left w:w="4" w:type="dxa"/>
              <w:bottom w:w="1" w:type="dxa"/>
              <w:right w:w="4" w:type="dxa"/>
            </w:tcMar>
          </w:tcPr>
          <w:p w14:paraId="73A2E1FE" w14:textId="77777777" w:rsidR="003E743E" w:rsidRPr="00006A3E" w:rsidRDefault="009C3EC4" w:rsidP="002825A1">
            <w:pPr>
              <w:spacing w:after="0" w:line="240" w:lineRule="auto"/>
              <w:rPr>
                <w:sz w:val="18"/>
                <w:szCs w:val="48"/>
              </w:rPr>
            </w:pPr>
            <w:r w:rsidRPr="00006A3E">
              <w:rPr>
                <w:rFonts w:ascii="Aptos" w:hAnsi="Aptos"/>
                <w:color w:val="183A5A"/>
                <w:sz w:val="18"/>
                <w:szCs w:val="48"/>
              </w:rPr>
              <w:t>________________________________________________________________________________</w:t>
            </w:r>
          </w:p>
        </w:tc>
      </w:tr>
      <w:tr w:rsidR="003E743E" w:rsidRPr="002825A1" w14:paraId="32630F65" w14:textId="77777777" w:rsidTr="00F4506B">
        <w:trPr>
          <w:trHeight w:val="417"/>
          <w:jc w:val="center"/>
        </w:trPr>
        <w:tc>
          <w:tcPr>
            <w:tcW w:w="1985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17365D" w:themeFill="text2" w:themeFillShade="BF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774E5E34" w14:textId="77777777" w:rsidR="003E743E" w:rsidRPr="00006A3E" w:rsidRDefault="009C3EC4" w:rsidP="002825A1">
            <w:pPr>
              <w:spacing w:after="0" w:line="240" w:lineRule="auto"/>
              <w:rPr>
                <w:i/>
                <w:iCs/>
                <w:color w:val="FFFFFF" w:themeColor="background1"/>
                <w:sz w:val="18"/>
                <w:szCs w:val="48"/>
              </w:rPr>
            </w:pPr>
            <w:proofErr w:type="spellStart"/>
            <w:r w:rsidRPr="00006A3E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Riesgos</w:t>
            </w:r>
            <w:proofErr w:type="spellEnd"/>
            <w:r w:rsidRPr="00006A3E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 xml:space="preserve"> </w:t>
            </w:r>
            <w:proofErr w:type="spellStart"/>
            <w:r w:rsidRPr="00006A3E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asociados</w:t>
            </w:r>
            <w:proofErr w:type="spellEnd"/>
          </w:p>
        </w:tc>
        <w:tc>
          <w:tcPr>
            <w:tcW w:w="9449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F7F9FA"/>
            <w:tcMar>
              <w:top w:w="1" w:type="dxa"/>
              <w:left w:w="4" w:type="dxa"/>
              <w:bottom w:w="1" w:type="dxa"/>
              <w:right w:w="4" w:type="dxa"/>
            </w:tcMar>
          </w:tcPr>
          <w:p w14:paraId="1480F5D1" w14:textId="77777777" w:rsidR="003E743E" w:rsidRPr="00006A3E" w:rsidRDefault="009C3EC4" w:rsidP="002825A1">
            <w:pPr>
              <w:spacing w:after="0" w:line="240" w:lineRule="auto"/>
              <w:rPr>
                <w:sz w:val="18"/>
                <w:szCs w:val="48"/>
              </w:rPr>
            </w:pPr>
            <w:r w:rsidRPr="00006A3E">
              <w:rPr>
                <w:rFonts w:ascii="Aptos" w:hAnsi="Aptos"/>
                <w:color w:val="183A5A"/>
                <w:sz w:val="18"/>
                <w:szCs w:val="48"/>
              </w:rPr>
              <w:t>________________________________________________________________________________</w:t>
            </w:r>
          </w:p>
        </w:tc>
      </w:tr>
    </w:tbl>
    <w:p w14:paraId="1D525F93" w14:textId="77777777" w:rsidR="003E743E" w:rsidRPr="005C3D57" w:rsidRDefault="009C3EC4" w:rsidP="002825A1">
      <w:pPr>
        <w:spacing w:after="0" w:line="240" w:lineRule="auto"/>
        <w:rPr>
          <w:i/>
          <w:iCs/>
          <w:sz w:val="48"/>
          <w:szCs w:val="48"/>
          <w:lang w:val="es-MX"/>
        </w:rPr>
      </w:pPr>
      <w:r w:rsidRPr="005C3D57">
        <w:rPr>
          <w:rFonts w:ascii="Aptos" w:hAnsi="Aptos"/>
          <w:b/>
          <w:i/>
          <w:iCs/>
          <w:color w:val="183A5A"/>
          <w:sz w:val="18"/>
          <w:szCs w:val="48"/>
          <w:lang w:val="es-MX"/>
        </w:rPr>
        <w:t>Participación del niño(a)/sujeto de investigación: ______________________________________________________________________</w:t>
      </w: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br/>
        <w:t>En caso de donación de tejido, especificar el tipo (dientes, células, biopelícula dental, tejido óseo, biopsia, entre otros). La explicación deberá ser clara y precisa, evitando tecnicismos.</w:t>
      </w:r>
    </w:p>
    <w:p w14:paraId="7C29419F" w14:textId="77777777" w:rsidR="003E743E" w:rsidRPr="005C3D57" w:rsidRDefault="009C3EC4" w:rsidP="002825A1">
      <w:pPr>
        <w:spacing w:after="0" w:line="240" w:lineRule="auto"/>
        <w:rPr>
          <w:i/>
          <w:iCs/>
          <w:sz w:val="48"/>
          <w:szCs w:val="48"/>
          <w:lang w:val="es-MX"/>
        </w:rPr>
      </w:pPr>
      <w:r w:rsidRPr="005C3D57">
        <w:rPr>
          <w:rFonts w:ascii="Aptos" w:hAnsi="Aptos"/>
          <w:b/>
          <w:bCs/>
          <w:i/>
          <w:iCs/>
          <w:color w:val="002060"/>
          <w:sz w:val="18"/>
          <w:szCs w:val="48"/>
          <w:lang w:val="es-MX"/>
        </w:rPr>
        <w:t>NOTA:</w:t>
      </w: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 Si la investigación genera incomodidad por los procedimientos realizados, incluir una breve explicación; de no aplicar, omitir este apartado.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434"/>
      </w:tblGrid>
      <w:tr w:rsidR="003E743E" w:rsidRPr="002825A1" w14:paraId="5E84EE11" w14:textId="77777777" w:rsidTr="00954089">
        <w:trPr>
          <w:trHeight w:val="379"/>
        </w:trPr>
        <w:tc>
          <w:tcPr>
            <w:tcW w:w="11434" w:type="dxa"/>
            <w:tcBorders>
              <w:top w:val="single" w:sz="4" w:space="0" w:color="183A5A"/>
              <w:left w:val="single" w:sz="4" w:space="0" w:color="183A5A"/>
              <w:bottom w:val="single" w:sz="4" w:space="0" w:color="183A5A"/>
              <w:right w:val="single" w:sz="4" w:space="0" w:color="183A5A"/>
            </w:tcBorders>
            <w:shd w:val="clear" w:color="auto" w:fill="00B050"/>
            <w:tcMar>
              <w:top w:w="1" w:type="dxa"/>
              <w:left w:w="6" w:type="dxa"/>
              <w:bottom w:w="1" w:type="dxa"/>
              <w:right w:w="6" w:type="dxa"/>
            </w:tcMar>
            <w:vAlign w:val="center"/>
          </w:tcPr>
          <w:p w14:paraId="55C76BF1" w14:textId="77777777" w:rsidR="003E743E" w:rsidRPr="002825A1" w:rsidRDefault="009C3EC4" w:rsidP="002825A1">
            <w:pPr>
              <w:spacing w:after="0" w:line="240" w:lineRule="auto"/>
              <w:rPr>
                <w:sz w:val="48"/>
                <w:szCs w:val="48"/>
              </w:rPr>
            </w:pPr>
            <w:r w:rsidRPr="00FE0695">
              <w:rPr>
                <w:rFonts w:ascii="Aptos" w:hAnsi="Aptos"/>
                <w:b/>
                <w:color w:val="FFFFFF"/>
                <w:szCs w:val="52"/>
              </w:rPr>
              <w:t xml:space="preserve">◃ </w:t>
            </w:r>
            <w:r w:rsidRPr="002825A1">
              <w:rPr>
                <w:rFonts w:ascii="Aptos" w:hAnsi="Aptos"/>
                <w:b/>
                <w:color w:val="FFFFFF"/>
                <w:sz w:val="20"/>
                <w:szCs w:val="48"/>
              </w:rPr>
              <w:t xml:space="preserve"> III. CONFIDENCIALIDAD Y ACLARACIONES</w:t>
            </w:r>
          </w:p>
        </w:tc>
      </w:tr>
    </w:tbl>
    <w:p w14:paraId="2CADE322" w14:textId="77777777" w:rsidR="003E743E" w:rsidRPr="005C3D57" w:rsidRDefault="009C3EC4" w:rsidP="002825A1">
      <w:pPr>
        <w:spacing w:after="0" w:line="240" w:lineRule="auto"/>
        <w:rPr>
          <w:i/>
          <w:iCs/>
          <w:sz w:val="4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La información proporcionada será confidencial; únicamente los investigadores y usted conocerán los resultados.</w:t>
      </w:r>
    </w:p>
    <w:p w14:paraId="794AB497" w14:textId="77777777" w:rsidR="00606D4B" w:rsidRPr="005C3D57" w:rsidRDefault="009C3EC4" w:rsidP="00E6323D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1. Su decisión de permitir la colaboración del niño(a)/sujeto de investigación es completamente voluntaria.   </w:t>
      </w:r>
    </w:p>
    <w:p w14:paraId="6C1C28AE" w14:textId="77777777" w:rsidR="00606D4B" w:rsidRPr="005C3D57" w:rsidRDefault="009C3EC4" w:rsidP="00E6323D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2. Si autoriza su participación, puede retirarlo(a) en cualquier momento, aun cuando el investigador responsable no lo solicite, pudiendo informar o no las razones de su decisión; ésta será respetada en su integridad.  </w:t>
      </w:r>
    </w:p>
    <w:p w14:paraId="447CD49A" w14:textId="120DE091" w:rsidR="00606D4B" w:rsidRPr="005C3D57" w:rsidRDefault="009C3EC4" w:rsidP="00E6323D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3. No tendrá que realizar gasto alguno durante el estudio.  </w:t>
      </w:r>
    </w:p>
    <w:p w14:paraId="68878B32" w14:textId="396CC7B5" w:rsidR="00606D4B" w:rsidRPr="005C3D57" w:rsidRDefault="009C3EC4" w:rsidP="002825A1">
      <w:pPr>
        <w:spacing w:after="0" w:line="240" w:lineRule="auto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4. Podrá solicitar información actualizada al investigador responsable durante el desarrollo del estudio.</w:t>
      </w:r>
    </w:p>
    <w:p w14:paraId="25EF6AD7" w14:textId="1D364AF7" w:rsidR="003E743E" w:rsidRPr="005C3D57" w:rsidRDefault="009C3EC4" w:rsidP="002825A1">
      <w:pPr>
        <w:spacing w:after="0" w:line="240" w:lineRule="auto"/>
        <w:rPr>
          <w:i/>
          <w:iCs/>
          <w:sz w:val="4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5. En caso de padres legalmente divorciados, la autorización corresponderá al tutor legal que tenga la guarda y custodia y/o patria potestad.</w:t>
      </w:r>
    </w:p>
    <w:p w14:paraId="6CE28BA0" w14:textId="399F2276" w:rsidR="003E743E" w:rsidRPr="005C3D57" w:rsidRDefault="009C3EC4" w:rsidP="002825A1">
      <w:pPr>
        <w:spacing w:after="0" w:line="240" w:lineRule="auto"/>
        <w:rPr>
          <w:i/>
          <w:iCs/>
          <w:sz w:val="48"/>
          <w:szCs w:val="48"/>
          <w:lang w:val="es-MX"/>
        </w:rPr>
      </w:pPr>
      <w:r w:rsidRPr="005C3D57">
        <w:rPr>
          <w:rFonts w:ascii="Aptos" w:hAnsi="Aptos"/>
          <w:b/>
          <w:bCs/>
          <w:i/>
          <w:iCs/>
          <w:color w:val="002060"/>
          <w:sz w:val="18"/>
          <w:szCs w:val="48"/>
          <w:lang w:val="es-MX"/>
        </w:rPr>
        <w:t>NOTA:</w:t>
      </w: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 Se pueden agregar más aclaraciones de acuerdo con las necesidades del </w:t>
      </w:r>
      <w:r w:rsidR="00086C62">
        <w:rPr>
          <w:rFonts w:ascii="Aptos" w:hAnsi="Aptos"/>
          <w:i/>
          <w:iCs/>
          <w:color w:val="26323A"/>
          <w:sz w:val="18"/>
          <w:szCs w:val="48"/>
          <w:lang w:val="es-MX"/>
        </w:rPr>
        <w:t>p</w:t>
      </w: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royecto de </w:t>
      </w:r>
      <w:r w:rsidR="00086C62">
        <w:rPr>
          <w:rFonts w:ascii="Aptos" w:hAnsi="Aptos"/>
          <w:i/>
          <w:iCs/>
          <w:color w:val="26323A"/>
          <w:sz w:val="18"/>
          <w:szCs w:val="48"/>
          <w:lang w:val="es-MX"/>
        </w:rPr>
        <w:t>i</w:t>
      </w: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nvestigación.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434"/>
      </w:tblGrid>
      <w:tr w:rsidR="003E743E" w:rsidRPr="002825A1" w14:paraId="65FA7617" w14:textId="77777777" w:rsidTr="007A6D82">
        <w:trPr>
          <w:trHeight w:val="367"/>
        </w:trPr>
        <w:tc>
          <w:tcPr>
            <w:tcW w:w="11434" w:type="dxa"/>
            <w:tcBorders>
              <w:top w:val="single" w:sz="4" w:space="0" w:color="183A5A"/>
              <w:left w:val="single" w:sz="4" w:space="0" w:color="183A5A"/>
              <w:bottom w:val="single" w:sz="4" w:space="0" w:color="183A5A"/>
              <w:right w:val="single" w:sz="4" w:space="0" w:color="183A5A"/>
            </w:tcBorders>
            <w:shd w:val="clear" w:color="auto" w:fill="00B050"/>
            <w:tcMar>
              <w:top w:w="1" w:type="dxa"/>
              <w:left w:w="6" w:type="dxa"/>
              <w:bottom w:w="1" w:type="dxa"/>
              <w:right w:w="6" w:type="dxa"/>
            </w:tcMar>
            <w:vAlign w:val="center"/>
          </w:tcPr>
          <w:p w14:paraId="4A136AF1" w14:textId="77777777" w:rsidR="003E743E" w:rsidRPr="002825A1" w:rsidRDefault="009C3EC4" w:rsidP="002825A1">
            <w:pPr>
              <w:spacing w:after="0" w:line="240" w:lineRule="auto"/>
              <w:rPr>
                <w:sz w:val="48"/>
                <w:szCs w:val="48"/>
              </w:rPr>
            </w:pPr>
            <w:r w:rsidRPr="00FE0695">
              <w:rPr>
                <w:rFonts w:ascii="Aptos" w:hAnsi="Aptos"/>
                <w:b/>
                <w:color w:val="FFFFFF"/>
                <w:szCs w:val="52"/>
              </w:rPr>
              <w:lastRenderedPageBreak/>
              <w:t>◃</w:t>
            </w:r>
            <w:r w:rsidRPr="002825A1">
              <w:rPr>
                <w:rFonts w:ascii="Aptos" w:hAnsi="Aptos"/>
                <w:b/>
                <w:color w:val="FFFFFF"/>
                <w:sz w:val="20"/>
                <w:szCs w:val="48"/>
              </w:rPr>
              <w:t xml:space="preserve">  IV. AUTORIZACIÓN DE PARTICIPACIÓN</w:t>
            </w:r>
          </w:p>
        </w:tc>
      </w:tr>
    </w:tbl>
    <w:p w14:paraId="271451DC" w14:textId="1E75302D" w:rsidR="00AF5F7E" w:rsidRPr="005C3D57" w:rsidRDefault="00AF5F7E" w:rsidP="00587524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Una vez que ha recibido y comprendido la información relacionada con el </w:t>
      </w:r>
      <w:r w:rsidR="009F1C7B">
        <w:rPr>
          <w:rFonts w:ascii="Aptos" w:hAnsi="Aptos"/>
          <w:i/>
          <w:iCs/>
          <w:color w:val="26323A"/>
          <w:sz w:val="18"/>
          <w:szCs w:val="48"/>
          <w:lang w:val="es-MX"/>
        </w:rPr>
        <w:t>p</w:t>
      </w: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royecto de </w:t>
      </w:r>
      <w:r w:rsidR="009F1C7B">
        <w:rPr>
          <w:rFonts w:ascii="Aptos" w:hAnsi="Aptos"/>
          <w:i/>
          <w:iCs/>
          <w:color w:val="26323A"/>
          <w:sz w:val="18"/>
          <w:szCs w:val="48"/>
          <w:lang w:val="es-MX"/>
        </w:rPr>
        <w:t>i</w:t>
      </w: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nvestigación, y después de haber tenido la oportunidad de realizar las preguntas que considere necesarias y aclarar sus dudas, marque con una “X” la opción que corresponda a su decisión:</w:t>
      </w:r>
    </w:p>
    <w:p w14:paraId="51953B63" w14:textId="176D1B8D" w:rsidR="00AF5F7E" w:rsidRPr="005C3D57" w:rsidRDefault="000F3289" w:rsidP="00587524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24"/>
          <w:szCs w:val="72"/>
          <w:lang w:val="es-MX"/>
        </w:rPr>
        <w:t xml:space="preserve">                                                   </w:t>
      </w:r>
      <w:r w:rsidR="00AF5F7E" w:rsidRPr="005C3D57">
        <w:rPr>
          <w:rFonts w:ascii="Aptos" w:hAnsi="Aptos"/>
          <w:i/>
          <w:iCs/>
          <w:color w:val="26323A"/>
          <w:sz w:val="28"/>
          <w:szCs w:val="96"/>
          <w:lang w:val="es-MX"/>
        </w:rPr>
        <w:t>☐</w:t>
      </w:r>
      <w:r w:rsidR="00AF5F7E" w:rsidRPr="005C3D57">
        <w:rPr>
          <w:rFonts w:ascii="Aptos" w:hAnsi="Aptos"/>
          <w:i/>
          <w:iCs/>
          <w:color w:val="26323A"/>
          <w:sz w:val="24"/>
          <w:szCs w:val="72"/>
          <w:lang w:val="es-MX"/>
        </w:rPr>
        <w:t xml:space="preserve"> </w:t>
      </w:r>
      <w:r w:rsidR="00AF5F7E" w:rsidRPr="005C3D57">
        <w:rPr>
          <w:rFonts w:ascii="Aptos" w:hAnsi="Aptos"/>
          <w:b/>
          <w:bCs/>
          <w:i/>
          <w:iCs/>
          <w:color w:val="26323A"/>
          <w:sz w:val="18"/>
          <w:szCs w:val="48"/>
          <w:lang w:val="es-MX"/>
        </w:rPr>
        <w:t>SÍ autorizo su participación</w:t>
      </w:r>
      <w:r w:rsidR="00AF5F7E" w:rsidRPr="00AF5F7E">
        <w:rPr>
          <w:rFonts w:ascii="Aptos" w:hAnsi="Aptos"/>
          <w:i/>
          <w:iCs/>
          <w:color w:val="26323A"/>
          <w:sz w:val="18"/>
          <w:szCs w:val="48"/>
        </w:rPr>
        <w:t> </w:t>
      </w:r>
      <w:r w:rsidR="00AF5F7E" w:rsidRPr="00AF5F7E">
        <w:rPr>
          <w:rFonts w:ascii="Aptos" w:hAnsi="Aptos"/>
          <w:i/>
          <w:iCs/>
          <w:color w:val="26323A"/>
          <w:sz w:val="18"/>
          <w:szCs w:val="48"/>
        </w:rPr>
        <w:t> </w:t>
      </w:r>
      <w:r w:rsidR="00AF5F7E" w:rsidRPr="00AF5F7E">
        <w:rPr>
          <w:rFonts w:ascii="Aptos" w:hAnsi="Aptos"/>
          <w:i/>
          <w:iCs/>
          <w:color w:val="26323A"/>
          <w:sz w:val="18"/>
          <w:szCs w:val="48"/>
        </w:rPr>
        <w:t> </w:t>
      </w:r>
      <w:r w:rsidR="00AF5F7E" w:rsidRPr="005C3D57">
        <w:rPr>
          <w:rFonts w:ascii="Aptos" w:hAnsi="Aptos"/>
          <w:i/>
          <w:iCs/>
          <w:color w:val="26323A"/>
          <w:sz w:val="28"/>
          <w:szCs w:val="96"/>
          <w:lang w:val="es-MX"/>
        </w:rPr>
        <w:t>☐</w:t>
      </w:r>
      <w:r w:rsidR="00AF5F7E"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 </w:t>
      </w:r>
      <w:r w:rsidR="00AF5F7E" w:rsidRPr="005C3D57">
        <w:rPr>
          <w:rFonts w:ascii="Aptos" w:hAnsi="Aptos"/>
          <w:b/>
          <w:bCs/>
          <w:i/>
          <w:iCs/>
          <w:color w:val="26323A"/>
          <w:sz w:val="18"/>
          <w:szCs w:val="48"/>
          <w:lang w:val="es-MX"/>
        </w:rPr>
        <w:t>NO autorizo su participación</w:t>
      </w:r>
    </w:p>
    <w:p w14:paraId="65143654" w14:textId="77777777" w:rsidR="00AF5F7E" w:rsidRPr="005C3D57" w:rsidRDefault="00AF5F7E" w:rsidP="00587524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Nombre completo del niño(a)/sujeto de investigación: </w:t>
      </w:r>
    </w:p>
    <w:p w14:paraId="53752DE6" w14:textId="77777777" w:rsidR="00AF5F7E" w:rsidRPr="00AF5F7E" w:rsidRDefault="00E1137D" w:rsidP="00587524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</w:rPr>
      </w:pPr>
      <w:r>
        <w:rPr>
          <w:rFonts w:ascii="Aptos" w:hAnsi="Aptos"/>
          <w:i/>
          <w:iCs/>
          <w:color w:val="26323A"/>
          <w:sz w:val="18"/>
          <w:szCs w:val="48"/>
        </w:rPr>
        <w:pict w14:anchorId="5BA36987">
          <v:rect id="_x0000_i1027" style="width:0;height:1.5pt" o:hralign="center" o:hrstd="t" o:hr="t" fillcolor="#a0a0a0" stroked="f"/>
        </w:pict>
      </w:r>
    </w:p>
    <w:p w14:paraId="516EB449" w14:textId="77777777" w:rsidR="00AF5F7E" w:rsidRPr="005C3D57" w:rsidRDefault="00AF5F7E" w:rsidP="00DC072A">
      <w:pPr>
        <w:spacing w:after="0" w:line="240" w:lineRule="auto"/>
        <w:jc w:val="center"/>
        <w:rPr>
          <w:rFonts w:ascii="Aptos" w:hAnsi="Aptos"/>
          <w:i/>
          <w:iCs/>
          <w:color w:val="26323A"/>
          <w:sz w:val="16"/>
          <w:szCs w:val="44"/>
          <w:lang w:val="es-MX"/>
        </w:rPr>
      </w:pPr>
      <w:r w:rsidRPr="005C3D57">
        <w:rPr>
          <w:rFonts w:ascii="Aptos" w:hAnsi="Aptos"/>
          <w:i/>
          <w:iCs/>
          <w:color w:val="26323A"/>
          <w:sz w:val="16"/>
          <w:szCs w:val="44"/>
          <w:lang w:val="es-MX"/>
        </w:rPr>
        <w:t>Nombre(s) — Apellido paterno — Apellido materno</w:t>
      </w:r>
    </w:p>
    <w:p w14:paraId="702E80BD" w14:textId="277A91D9" w:rsidR="00AF5F7E" w:rsidRPr="005C3D57" w:rsidRDefault="00AF5F7E" w:rsidP="00587524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Yo, ____________________________________________________________________________, en mi carácter de padre, madre, tutor(a) legal o responsable directo del niño(a)/sujeto de investigación:</w:t>
      </w:r>
      <w:r w:rsidR="00A13551"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 </w:t>
      </w: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____________________________________________________________________________, de ______ años de edad, manifiesto que he recibido información</w:t>
      </w:r>
      <w:r w:rsidR="0099632E"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 </w:t>
      </w: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clara y suficiente respecto al </w:t>
      </w:r>
      <w:r w:rsidR="009F1C7B">
        <w:rPr>
          <w:rFonts w:ascii="Aptos" w:hAnsi="Aptos"/>
          <w:i/>
          <w:iCs/>
          <w:color w:val="26323A"/>
          <w:sz w:val="18"/>
          <w:szCs w:val="48"/>
          <w:lang w:val="es-MX"/>
        </w:rPr>
        <w:t>p</w:t>
      </w: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royecto de </w:t>
      </w:r>
      <w:r w:rsidR="009F1C7B">
        <w:rPr>
          <w:rFonts w:ascii="Aptos" w:hAnsi="Aptos"/>
          <w:i/>
          <w:iCs/>
          <w:color w:val="26323A"/>
          <w:sz w:val="18"/>
          <w:szCs w:val="48"/>
          <w:lang w:val="es-MX"/>
        </w:rPr>
        <w:t>i</w:t>
      </w: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nvestigación y que he tenido la oportunidad de expresar y resolver las dudas relacionadas con su participación.</w:t>
      </w:r>
    </w:p>
    <w:p w14:paraId="430DD257" w14:textId="77777777" w:rsidR="00AF5F7E" w:rsidRPr="005C3D57" w:rsidRDefault="00AF5F7E" w:rsidP="00587524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Asimismo, manifiesto que, cuando corresponde de acuerdo con su edad y capacidad de comprensión, se ha solicitado y obtenido el asentimiento del niño(a)/sujeto de investigación, después de explicarle de manera clara y comprensible en qué consiste su participación.</w:t>
      </w:r>
    </w:p>
    <w:p w14:paraId="044B1ADE" w14:textId="5458F313" w:rsidR="00AF5F7E" w:rsidRPr="005C3D57" w:rsidRDefault="00AF5F7E" w:rsidP="00587524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Con base en la información que me ha sido proporcionada, otorgo de manera libre y voluntaria mi autorización para que sea incluido(a) y participe en el </w:t>
      </w:r>
      <w:r w:rsidR="007D5166">
        <w:rPr>
          <w:rFonts w:ascii="Aptos" w:hAnsi="Aptos"/>
          <w:i/>
          <w:iCs/>
          <w:color w:val="26323A"/>
          <w:sz w:val="18"/>
          <w:szCs w:val="48"/>
          <w:lang w:val="es-MX"/>
        </w:rPr>
        <w:t>p</w:t>
      </w: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royecto de </w:t>
      </w:r>
      <w:r w:rsidR="007D5166">
        <w:rPr>
          <w:rFonts w:ascii="Aptos" w:hAnsi="Aptos"/>
          <w:i/>
          <w:iCs/>
          <w:color w:val="26323A"/>
          <w:sz w:val="18"/>
          <w:szCs w:val="48"/>
          <w:lang w:val="es-MX"/>
        </w:rPr>
        <w:t>i</w:t>
      </w: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nvestigación, de conformidad con los procedimientos y condiciones que me han sido explicados.</w:t>
      </w:r>
    </w:p>
    <w:p w14:paraId="50526028" w14:textId="77777777" w:rsidR="00AF5F7E" w:rsidRPr="005C3D57" w:rsidRDefault="00AF5F7E" w:rsidP="00587524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Declaro que comprendo que la decisión de autorizar su participación es voluntaria y que, si durante el desarrollo de la investigación surge alguna situación o información relevante que no haya sido explicada previamente, ésta me será comunicada oportunamente.</w:t>
      </w:r>
    </w:p>
    <w:p w14:paraId="4383A11A" w14:textId="6D41DFBE" w:rsidR="003E743E" w:rsidRPr="005C3D57" w:rsidRDefault="0026043C" w:rsidP="00587524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De igual</w:t>
      </w:r>
      <w:r w:rsidR="00CF669F"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 </w:t>
      </w: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forma</w:t>
      </w:r>
      <w:r w:rsidR="00AF5F7E"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, se me ha informado que no tendré que realizar gasto alguno derivado de la participación y que la información obtenida será manejada bajo estricta confidencialidad. Para proteger la identidad del niño(a)/sujeto de investigación, su nombre será sustituido por un número de folio.</w:t>
      </w:r>
    </w:p>
    <w:tbl>
      <w:tblPr>
        <w:tblW w:w="11477" w:type="dxa"/>
        <w:jc w:val="center"/>
        <w:tblLayout w:type="fixed"/>
        <w:tblLook w:val="04A0" w:firstRow="1" w:lastRow="0" w:firstColumn="1" w:lastColumn="0" w:noHBand="0" w:noVBand="1"/>
      </w:tblPr>
      <w:tblGrid>
        <w:gridCol w:w="5551"/>
        <w:gridCol w:w="5839"/>
        <w:gridCol w:w="87"/>
      </w:tblGrid>
      <w:tr w:rsidR="003E743E" w:rsidRPr="002825A1" w14:paraId="524045FE" w14:textId="77777777" w:rsidTr="00C0326E">
        <w:trPr>
          <w:trHeight w:val="390"/>
          <w:jc w:val="center"/>
        </w:trPr>
        <w:tc>
          <w:tcPr>
            <w:tcW w:w="5551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17365D" w:themeFill="text2" w:themeFillShade="BF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2BC846B3" w14:textId="77777777" w:rsidR="003E743E" w:rsidRPr="00602AE4" w:rsidRDefault="009C3EC4" w:rsidP="002825A1">
            <w:pPr>
              <w:spacing w:after="0" w:line="240" w:lineRule="auto"/>
              <w:rPr>
                <w:i/>
                <w:iCs/>
                <w:color w:val="FFFFFF" w:themeColor="background1"/>
                <w:sz w:val="48"/>
                <w:szCs w:val="48"/>
              </w:rPr>
            </w:pPr>
            <w:proofErr w:type="spellStart"/>
            <w:r w:rsidRPr="00602AE4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Fecha</w:t>
            </w:r>
            <w:proofErr w:type="spellEnd"/>
            <w:r w:rsidRPr="00602AE4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 xml:space="preserve"> de </w:t>
            </w:r>
            <w:proofErr w:type="spellStart"/>
            <w:r w:rsidRPr="00602AE4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nacimiento</w:t>
            </w:r>
            <w:proofErr w:type="spellEnd"/>
            <w:r w:rsidRPr="00602AE4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: ____________________</w:t>
            </w:r>
          </w:p>
        </w:tc>
        <w:tc>
          <w:tcPr>
            <w:tcW w:w="5926" w:type="dxa"/>
            <w:gridSpan w:val="2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F7F9FA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3D4D1C37" w14:textId="622E09C5" w:rsidR="003E743E" w:rsidRPr="00602AE4" w:rsidRDefault="007D1A30" w:rsidP="002825A1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r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 xml:space="preserve">                                   </w:t>
            </w:r>
            <w:proofErr w:type="spellStart"/>
            <w:r w:rsidRPr="00602AE4"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>Sexo</w:t>
            </w:r>
            <w:proofErr w:type="spellEnd"/>
            <w:r w:rsidRPr="00602AE4"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 xml:space="preserve">: </w:t>
            </w:r>
            <w:r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 xml:space="preserve">             </w:t>
            </w:r>
            <w:r w:rsidRPr="007D1A30">
              <w:rPr>
                <w:rFonts w:ascii="Aptos" w:hAnsi="Aptos"/>
                <w:i/>
                <w:iCs/>
                <w:color w:val="183A5A"/>
                <w:szCs w:val="56"/>
              </w:rPr>
              <w:t>☐</w:t>
            </w:r>
            <w:r w:rsidRPr="00602AE4"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 xml:space="preserve"> HOMBRE   </w:t>
            </w:r>
            <w:r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 xml:space="preserve">                    </w:t>
            </w:r>
            <w:r w:rsidRPr="007D1A30">
              <w:rPr>
                <w:rFonts w:ascii="Aptos" w:hAnsi="Aptos"/>
                <w:i/>
                <w:iCs/>
                <w:color w:val="183A5A"/>
                <w:szCs w:val="56"/>
              </w:rPr>
              <w:t>☐</w:t>
            </w:r>
            <w:r w:rsidRPr="00602AE4"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 xml:space="preserve"> </w:t>
            </w:r>
            <w:r w:rsidR="007D5166"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>MUJER</w:t>
            </w:r>
          </w:p>
        </w:tc>
      </w:tr>
      <w:tr w:rsidR="003E743E" w:rsidRPr="002825A1" w14:paraId="4425B495" w14:textId="77777777" w:rsidTr="00C0326E">
        <w:trPr>
          <w:jc w:val="center"/>
        </w:trPr>
        <w:tc>
          <w:tcPr>
            <w:tcW w:w="5551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17365D" w:themeFill="text2" w:themeFillShade="BF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06C9FD37" w14:textId="77777777" w:rsidR="003E743E" w:rsidRPr="00602AE4" w:rsidRDefault="009C3EC4" w:rsidP="002825A1">
            <w:pPr>
              <w:spacing w:after="0" w:line="240" w:lineRule="auto"/>
              <w:rPr>
                <w:i/>
                <w:iCs/>
                <w:color w:val="FFFFFF" w:themeColor="background1"/>
                <w:sz w:val="48"/>
                <w:szCs w:val="48"/>
              </w:rPr>
            </w:pPr>
            <w:proofErr w:type="spellStart"/>
            <w:r w:rsidRPr="00602AE4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Firma</w:t>
            </w:r>
            <w:proofErr w:type="spellEnd"/>
            <w:r w:rsidRPr="00602AE4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: __________________________________</w:t>
            </w:r>
          </w:p>
        </w:tc>
        <w:tc>
          <w:tcPr>
            <w:tcW w:w="5926" w:type="dxa"/>
            <w:gridSpan w:val="2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F7F9FA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0E03D597" w14:textId="77777777" w:rsidR="003E743E" w:rsidRPr="00602AE4" w:rsidRDefault="003E743E" w:rsidP="002825A1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</w:p>
        </w:tc>
      </w:tr>
      <w:tr w:rsidR="003E743E" w:rsidRPr="00F1750F" w14:paraId="52FA8AB4" w14:textId="77777777" w:rsidTr="007D1A30">
        <w:trPr>
          <w:gridAfter w:val="1"/>
          <w:wAfter w:w="87" w:type="dxa"/>
          <w:jc w:val="center"/>
        </w:trPr>
        <w:tc>
          <w:tcPr>
            <w:tcW w:w="11390" w:type="dxa"/>
            <w:gridSpan w:val="2"/>
            <w:tcBorders>
              <w:top w:val="single" w:sz="4" w:space="0" w:color="183A5A"/>
              <w:left w:val="single" w:sz="4" w:space="0" w:color="183A5A"/>
              <w:bottom w:val="single" w:sz="4" w:space="0" w:color="183A5A"/>
              <w:right w:val="single" w:sz="4" w:space="0" w:color="183A5A"/>
            </w:tcBorders>
            <w:shd w:val="clear" w:color="auto" w:fill="00B050"/>
            <w:tcMar>
              <w:top w:w="1" w:type="dxa"/>
              <w:left w:w="6" w:type="dxa"/>
              <w:bottom w:w="1" w:type="dxa"/>
              <w:right w:w="6" w:type="dxa"/>
            </w:tcMar>
          </w:tcPr>
          <w:p w14:paraId="758D90D7" w14:textId="40092F86" w:rsidR="003E743E" w:rsidRPr="005C3D57" w:rsidRDefault="009C3EC4" w:rsidP="002825A1">
            <w:pPr>
              <w:spacing w:after="0" w:line="240" w:lineRule="auto"/>
              <w:rPr>
                <w:sz w:val="48"/>
                <w:szCs w:val="48"/>
                <w:lang w:val="es-MX"/>
              </w:rPr>
            </w:pPr>
            <w:proofErr w:type="gramStart"/>
            <w:r w:rsidRPr="005C3D57">
              <w:rPr>
                <w:rFonts w:ascii="Aptos" w:hAnsi="Aptos"/>
                <w:b/>
                <w:color w:val="FFFFFF"/>
                <w:szCs w:val="52"/>
                <w:lang w:val="es-MX"/>
              </w:rPr>
              <w:t>◃</w:t>
            </w:r>
            <w:r w:rsidRPr="005C3D57">
              <w:rPr>
                <w:rFonts w:ascii="Aptos" w:hAnsi="Aptos"/>
                <w:b/>
                <w:color w:val="FFFFFF"/>
                <w:sz w:val="20"/>
                <w:szCs w:val="48"/>
                <w:lang w:val="es-MX"/>
              </w:rPr>
              <w:t xml:space="preserve">  V.</w:t>
            </w:r>
            <w:proofErr w:type="gramEnd"/>
            <w:r w:rsidRPr="005C3D57">
              <w:rPr>
                <w:rFonts w:ascii="Aptos" w:hAnsi="Aptos"/>
                <w:b/>
                <w:color w:val="FFFFFF"/>
                <w:sz w:val="20"/>
                <w:szCs w:val="48"/>
                <w:lang w:val="es-MX"/>
              </w:rPr>
              <w:t xml:space="preserve"> DECLARACIÓN </w:t>
            </w:r>
            <w:r w:rsidR="00EC1798" w:rsidRPr="00EC1798">
              <w:rPr>
                <w:rFonts w:ascii="Aptos" w:hAnsi="Aptos"/>
                <w:b/>
                <w:color w:val="FFFFFF"/>
                <w:sz w:val="20"/>
                <w:szCs w:val="48"/>
                <w:lang w:val="es-MX"/>
              </w:rPr>
              <w:t>DEL/DE LA INVESTIGADOR(A) RESPONSABLE Y TESTIGOS</w:t>
            </w:r>
          </w:p>
        </w:tc>
      </w:tr>
    </w:tbl>
    <w:p w14:paraId="70A80C4E" w14:textId="77777777" w:rsidR="003E743E" w:rsidRPr="005C3D57" w:rsidRDefault="009C3EC4" w:rsidP="002825A1">
      <w:pPr>
        <w:spacing w:after="0" w:line="240" w:lineRule="auto"/>
        <w:rPr>
          <w:i/>
          <w:iCs/>
          <w:sz w:val="4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Declaro que he explicado al responsable directo del niño(a)/sujeto de investigación el objetivo del estudio, en qué consiste su participación y los posibles beneficios y riesgos. Hago constar que sus dudas fueron contestadas adecuadamente y que he leído y explicado los apartados del consentimiento.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17"/>
        <w:gridCol w:w="2858"/>
        <w:gridCol w:w="2859"/>
      </w:tblGrid>
      <w:tr w:rsidR="004931B3" w:rsidRPr="002825A1" w14:paraId="1C825C06" w14:textId="77777777" w:rsidTr="004931B3">
        <w:trPr>
          <w:trHeight w:val="305"/>
          <w:jc w:val="center"/>
        </w:trPr>
        <w:tc>
          <w:tcPr>
            <w:tcW w:w="5717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17365D" w:themeFill="text2" w:themeFillShade="BF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79ED0245" w14:textId="081C4830" w:rsidR="004931B3" w:rsidRPr="002238D7" w:rsidRDefault="002238D7" w:rsidP="002825A1">
            <w:pPr>
              <w:spacing w:after="0" w:line="240" w:lineRule="auto"/>
              <w:rPr>
                <w:i/>
                <w:iCs/>
                <w:color w:val="FFFFFF" w:themeColor="background1"/>
                <w:sz w:val="48"/>
                <w:szCs w:val="48"/>
                <w:lang w:val="es-MX"/>
              </w:rPr>
            </w:pPr>
            <w:r w:rsidRPr="002238D7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 xml:space="preserve">Nombre del/de la </w:t>
            </w:r>
            <w:proofErr w:type="spellStart"/>
            <w:r w:rsidR="0094611F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i</w:t>
            </w:r>
            <w:r w:rsidRPr="002238D7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nvestigador</w:t>
            </w:r>
            <w:proofErr w:type="spellEnd"/>
            <w:r w:rsidRPr="002238D7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 xml:space="preserve">(a) </w:t>
            </w:r>
            <w:proofErr w:type="spellStart"/>
            <w:r w:rsidR="0094611F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r</w:t>
            </w:r>
            <w:r w:rsidRPr="002238D7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esponsable</w:t>
            </w:r>
            <w:proofErr w:type="spellEnd"/>
            <w:r w:rsidR="004931B3" w:rsidRPr="002238D7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:</w:t>
            </w:r>
            <w:r w:rsidR="004931B3" w:rsidRPr="002238D7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  <w:lang w:val="es-MX"/>
              </w:rPr>
              <w:t xml:space="preserve"> __________________________________</w:t>
            </w:r>
          </w:p>
        </w:tc>
        <w:tc>
          <w:tcPr>
            <w:tcW w:w="2858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F7F9FA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05FF08E4" w14:textId="77777777" w:rsidR="004931B3" w:rsidRPr="00602AE4" w:rsidRDefault="004931B3" w:rsidP="002825A1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proofErr w:type="spellStart"/>
            <w:r w:rsidRPr="00602AE4"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>Firma</w:t>
            </w:r>
            <w:proofErr w:type="spellEnd"/>
            <w:r w:rsidRPr="00602AE4"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>: __________________________</w:t>
            </w:r>
          </w:p>
        </w:tc>
        <w:tc>
          <w:tcPr>
            <w:tcW w:w="2859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F7F9FA"/>
            <w:vAlign w:val="center"/>
          </w:tcPr>
          <w:p w14:paraId="147D0DAD" w14:textId="60CF2659" w:rsidR="004931B3" w:rsidRPr="00602AE4" w:rsidRDefault="004931B3" w:rsidP="002825A1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</w:p>
        </w:tc>
      </w:tr>
      <w:tr w:rsidR="004931B3" w:rsidRPr="002825A1" w14:paraId="34A61986" w14:textId="77777777" w:rsidTr="004931B3">
        <w:trPr>
          <w:trHeight w:val="266"/>
          <w:jc w:val="center"/>
        </w:trPr>
        <w:tc>
          <w:tcPr>
            <w:tcW w:w="5717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17365D" w:themeFill="text2" w:themeFillShade="BF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5011122B" w14:textId="77777777" w:rsidR="004931B3" w:rsidRPr="00646C5B" w:rsidRDefault="004931B3" w:rsidP="002825A1">
            <w:pPr>
              <w:spacing w:after="0" w:line="240" w:lineRule="auto"/>
              <w:rPr>
                <w:i/>
                <w:iCs/>
                <w:color w:val="FFFFFF" w:themeColor="background1"/>
                <w:sz w:val="48"/>
                <w:szCs w:val="48"/>
              </w:rPr>
            </w:pPr>
            <w:r w:rsidRPr="00646C5B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TESTIGO 1 · Nombre: _______________________________________</w:t>
            </w:r>
          </w:p>
        </w:tc>
        <w:tc>
          <w:tcPr>
            <w:tcW w:w="2858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F7F9FA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06B8DBA1" w14:textId="6B270D53" w:rsidR="004931B3" w:rsidRPr="00602AE4" w:rsidRDefault="004931B3" w:rsidP="002825A1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proofErr w:type="spellStart"/>
            <w:r w:rsidRPr="00602AE4"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>Correo</w:t>
            </w:r>
            <w:proofErr w:type="spellEnd"/>
            <w:r w:rsidR="00646C5B"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 xml:space="preserve"> </w:t>
            </w:r>
            <w:proofErr w:type="spellStart"/>
            <w:r w:rsidR="00646C5B"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>Electr</w:t>
            </w:r>
            <w:r w:rsidR="007669C4"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>ó</w:t>
            </w:r>
            <w:r w:rsidR="00646C5B"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>nico</w:t>
            </w:r>
            <w:proofErr w:type="spellEnd"/>
            <w:r w:rsidRPr="00602AE4"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>: __________</w:t>
            </w:r>
          </w:p>
        </w:tc>
        <w:tc>
          <w:tcPr>
            <w:tcW w:w="2859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F7F9FA"/>
            <w:vAlign w:val="center"/>
          </w:tcPr>
          <w:p w14:paraId="39F2DA1B" w14:textId="17A5661F" w:rsidR="004931B3" w:rsidRPr="00602AE4" w:rsidRDefault="00646C5B" w:rsidP="002825A1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proofErr w:type="spellStart"/>
            <w:r w:rsidRPr="00602AE4"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>Celular</w:t>
            </w:r>
            <w:proofErr w:type="spellEnd"/>
            <w:r w:rsidRPr="00602AE4"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 xml:space="preserve">: __________________  </w:t>
            </w:r>
          </w:p>
        </w:tc>
      </w:tr>
      <w:tr w:rsidR="004931B3" w:rsidRPr="002825A1" w14:paraId="382B36EA" w14:textId="77777777" w:rsidTr="004931B3">
        <w:trPr>
          <w:trHeight w:val="271"/>
          <w:jc w:val="center"/>
        </w:trPr>
        <w:tc>
          <w:tcPr>
            <w:tcW w:w="5717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17365D" w:themeFill="text2" w:themeFillShade="BF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632DE9BE" w14:textId="77777777" w:rsidR="004931B3" w:rsidRPr="00646C5B" w:rsidRDefault="004931B3" w:rsidP="002825A1">
            <w:pPr>
              <w:spacing w:after="0" w:line="240" w:lineRule="auto"/>
              <w:rPr>
                <w:i/>
                <w:iCs/>
                <w:color w:val="FFFFFF" w:themeColor="background1"/>
                <w:sz w:val="48"/>
                <w:szCs w:val="48"/>
              </w:rPr>
            </w:pPr>
            <w:r w:rsidRPr="00646C5B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TESTIGO 2 · Nombre: _______________________________________</w:t>
            </w:r>
          </w:p>
        </w:tc>
        <w:tc>
          <w:tcPr>
            <w:tcW w:w="2858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F7F9FA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390B2E6C" w14:textId="27AF5361" w:rsidR="004931B3" w:rsidRPr="00602AE4" w:rsidRDefault="007669C4" w:rsidP="002825A1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proofErr w:type="spellStart"/>
            <w:r w:rsidRPr="00602AE4"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>Correo</w:t>
            </w:r>
            <w:proofErr w:type="spellEnd"/>
            <w:r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 xml:space="preserve"> </w:t>
            </w:r>
            <w:proofErr w:type="spellStart"/>
            <w:r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>Electrónico</w:t>
            </w:r>
            <w:proofErr w:type="spellEnd"/>
            <w:r w:rsidR="004931B3" w:rsidRPr="00602AE4"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 xml:space="preserve">: __________  </w:t>
            </w:r>
          </w:p>
        </w:tc>
        <w:tc>
          <w:tcPr>
            <w:tcW w:w="2859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F7F9FA"/>
            <w:vAlign w:val="center"/>
          </w:tcPr>
          <w:p w14:paraId="736D0379" w14:textId="3F4B7007" w:rsidR="004931B3" w:rsidRPr="00602AE4" w:rsidRDefault="00646C5B" w:rsidP="002825A1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proofErr w:type="spellStart"/>
            <w:r w:rsidRPr="00602AE4"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>Celular</w:t>
            </w:r>
            <w:proofErr w:type="spellEnd"/>
            <w:r w:rsidRPr="00602AE4"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  <w:t xml:space="preserve">: __________________  </w:t>
            </w:r>
          </w:p>
        </w:tc>
      </w:tr>
      <w:tr w:rsidR="004931B3" w:rsidRPr="002825A1" w14:paraId="4FDCB091" w14:textId="77777777" w:rsidTr="00851C0A">
        <w:trPr>
          <w:trHeight w:val="345"/>
          <w:jc w:val="center"/>
        </w:trPr>
        <w:tc>
          <w:tcPr>
            <w:tcW w:w="5717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17365D" w:themeFill="text2" w:themeFillShade="BF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3F829BBD" w14:textId="3B548269" w:rsidR="004931B3" w:rsidRPr="00646C5B" w:rsidRDefault="00646C5B" w:rsidP="002825A1">
            <w:pPr>
              <w:spacing w:after="0" w:line="240" w:lineRule="auto"/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</w:pPr>
            <w:proofErr w:type="spellStart"/>
            <w:r w:rsidRPr="00646C5B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Fecha</w:t>
            </w:r>
            <w:proofErr w:type="spellEnd"/>
            <w:r w:rsidRPr="00646C5B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</w:rPr>
              <w:t>: __________</w:t>
            </w:r>
          </w:p>
        </w:tc>
        <w:tc>
          <w:tcPr>
            <w:tcW w:w="2858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F7F9FA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109D8398" w14:textId="77777777" w:rsidR="004931B3" w:rsidRPr="00602AE4" w:rsidRDefault="004931B3" w:rsidP="002825A1">
            <w:pPr>
              <w:spacing w:after="0" w:line="240" w:lineRule="auto"/>
              <w:rPr>
                <w:rFonts w:ascii="Aptos" w:hAnsi="Aptos"/>
                <w:i/>
                <w:iCs/>
                <w:color w:val="183A5A"/>
                <w:sz w:val="18"/>
                <w:szCs w:val="48"/>
              </w:rPr>
            </w:pPr>
          </w:p>
        </w:tc>
        <w:tc>
          <w:tcPr>
            <w:tcW w:w="2859" w:type="dxa"/>
            <w:tcBorders>
              <w:top w:val="single" w:sz="4" w:space="0" w:color="AAB6BF"/>
              <w:left w:val="single" w:sz="4" w:space="0" w:color="AAB6BF"/>
              <w:bottom w:val="single" w:sz="4" w:space="0" w:color="AAB6BF"/>
              <w:right w:val="single" w:sz="4" w:space="0" w:color="AAB6BF"/>
            </w:tcBorders>
            <w:shd w:val="clear" w:color="auto" w:fill="F7F9FA"/>
            <w:vAlign w:val="center"/>
          </w:tcPr>
          <w:p w14:paraId="05CE2135" w14:textId="77777777" w:rsidR="004931B3" w:rsidRPr="00602AE4" w:rsidRDefault="004931B3" w:rsidP="002825A1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</w:p>
        </w:tc>
      </w:tr>
    </w:tbl>
    <w:p w14:paraId="6CE66F85" w14:textId="77777777" w:rsidR="003E743E" w:rsidRPr="005C3D57" w:rsidRDefault="009C3EC4" w:rsidP="002825A1">
      <w:pPr>
        <w:spacing w:after="0" w:line="240" w:lineRule="auto"/>
        <w:rPr>
          <w:i/>
          <w:iCs/>
          <w:sz w:val="48"/>
          <w:szCs w:val="48"/>
          <w:lang w:val="es-MX"/>
        </w:rPr>
      </w:pPr>
      <w:r w:rsidRPr="005C3D57">
        <w:rPr>
          <w:rFonts w:ascii="Aptos" w:hAnsi="Aptos"/>
          <w:b/>
          <w:color w:val="183A5A"/>
          <w:sz w:val="28"/>
          <w:szCs w:val="96"/>
          <w:lang w:val="es-MX"/>
        </w:rPr>
        <w:t>☐</w:t>
      </w:r>
      <w:r w:rsidRPr="005C3D57">
        <w:rPr>
          <w:rFonts w:ascii="Aptos" w:hAnsi="Aptos"/>
          <w:b/>
          <w:color w:val="183A5A"/>
          <w:sz w:val="18"/>
          <w:szCs w:val="48"/>
          <w:lang w:val="es-MX"/>
        </w:rPr>
        <w:t xml:space="preserve"> </w:t>
      </w:r>
      <w:r w:rsidRPr="005C3D57">
        <w:rPr>
          <w:rFonts w:ascii="Aptos" w:hAnsi="Aptos"/>
          <w:b/>
          <w:i/>
          <w:iCs/>
          <w:color w:val="183A5A"/>
          <w:sz w:val="18"/>
          <w:szCs w:val="48"/>
          <w:lang w:val="es-MX"/>
        </w:rPr>
        <w:t>Recibí una copia firmada y fechada de este consentimiento informado.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434"/>
      </w:tblGrid>
      <w:tr w:rsidR="003E743E" w:rsidRPr="00F1750F" w14:paraId="47CD6535" w14:textId="77777777" w:rsidTr="000E122A">
        <w:tc>
          <w:tcPr>
            <w:tcW w:w="11434" w:type="dxa"/>
            <w:tcBorders>
              <w:top w:val="single" w:sz="4" w:space="0" w:color="183A5A"/>
              <w:left w:val="single" w:sz="4" w:space="0" w:color="183A5A"/>
              <w:bottom w:val="single" w:sz="4" w:space="0" w:color="183A5A"/>
              <w:right w:val="single" w:sz="4" w:space="0" w:color="183A5A"/>
            </w:tcBorders>
            <w:shd w:val="clear" w:color="auto" w:fill="00B050"/>
            <w:tcMar>
              <w:top w:w="1" w:type="dxa"/>
              <w:left w:w="6" w:type="dxa"/>
              <w:bottom w:w="1" w:type="dxa"/>
              <w:right w:w="6" w:type="dxa"/>
            </w:tcMar>
          </w:tcPr>
          <w:p w14:paraId="5F512A37" w14:textId="77777777" w:rsidR="003E743E" w:rsidRPr="005C3D57" w:rsidRDefault="009C3EC4" w:rsidP="002825A1">
            <w:pPr>
              <w:spacing w:after="0" w:line="240" w:lineRule="auto"/>
              <w:rPr>
                <w:sz w:val="48"/>
                <w:szCs w:val="48"/>
                <w:lang w:val="es-MX"/>
              </w:rPr>
            </w:pPr>
            <w:proofErr w:type="gramStart"/>
            <w:r w:rsidRPr="005C3D57">
              <w:rPr>
                <w:rFonts w:ascii="Aptos" w:hAnsi="Aptos"/>
                <w:b/>
                <w:color w:val="FFFFFF"/>
                <w:szCs w:val="52"/>
                <w:lang w:val="es-MX"/>
              </w:rPr>
              <w:t>◃</w:t>
            </w:r>
            <w:r w:rsidRPr="005C3D57">
              <w:rPr>
                <w:rFonts w:ascii="Aptos" w:hAnsi="Aptos"/>
                <w:b/>
                <w:color w:val="FFFFFF"/>
                <w:sz w:val="20"/>
                <w:szCs w:val="48"/>
                <w:lang w:val="es-MX"/>
              </w:rPr>
              <w:t xml:space="preserve">  VI</w:t>
            </w:r>
            <w:proofErr w:type="gramEnd"/>
            <w:r w:rsidRPr="005C3D57">
              <w:rPr>
                <w:rFonts w:ascii="Aptos" w:hAnsi="Aptos"/>
                <w:b/>
                <w:color w:val="FFFFFF"/>
                <w:sz w:val="20"/>
                <w:szCs w:val="48"/>
                <w:lang w:val="es-MX"/>
              </w:rPr>
              <w:t>. REVOCACIÓN DEL CONSENTIMIENTO INFORMADO</w:t>
            </w:r>
          </w:p>
        </w:tc>
      </w:tr>
    </w:tbl>
    <w:p w14:paraId="2DB08B4E" w14:textId="3065EAB1" w:rsidR="003E743E" w:rsidRPr="005C3D57" w:rsidRDefault="009C3EC4" w:rsidP="00AF33A7">
      <w:pPr>
        <w:spacing w:after="0" w:line="240" w:lineRule="auto"/>
        <w:jc w:val="both"/>
        <w:rPr>
          <w:i/>
          <w:iCs/>
          <w:sz w:val="48"/>
          <w:szCs w:val="48"/>
          <w:lang w:val="es-MX"/>
        </w:rPr>
      </w:pP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Yo ____________________________________, responsable directo del niño(a)/Sr(a) ________________________________, de ____ años de edad, participante en el </w:t>
      </w:r>
      <w:r w:rsidR="00AF33A7">
        <w:rPr>
          <w:rFonts w:ascii="Aptos" w:hAnsi="Aptos"/>
          <w:i/>
          <w:iCs/>
          <w:color w:val="26323A"/>
          <w:sz w:val="18"/>
          <w:szCs w:val="48"/>
          <w:lang w:val="es-MX"/>
        </w:rPr>
        <w:t>p</w:t>
      </w: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royecto de </w:t>
      </w:r>
      <w:r w:rsidR="00AF33A7">
        <w:rPr>
          <w:rFonts w:ascii="Aptos" w:hAnsi="Aptos"/>
          <w:i/>
          <w:iCs/>
          <w:color w:val="26323A"/>
          <w:sz w:val="18"/>
          <w:szCs w:val="48"/>
          <w:lang w:val="es-MX"/>
        </w:rPr>
        <w:t>i</w:t>
      </w:r>
      <w:r w:rsidRPr="005C3D57">
        <w:rPr>
          <w:rFonts w:ascii="Aptos" w:hAnsi="Aptos"/>
          <w:i/>
          <w:iCs/>
          <w:color w:val="26323A"/>
          <w:sz w:val="18"/>
          <w:szCs w:val="48"/>
          <w:lang w:val="es-MX"/>
        </w:rPr>
        <w:t>nvestigación denominado ________________________________________________, manifiesto mi decisión de excluirlo del mismo.</w:t>
      </w:r>
    </w:p>
    <w:p w14:paraId="398971BF" w14:textId="77777777" w:rsidR="003C424A" w:rsidRPr="003C424A" w:rsidRDefault="003C424A" w:rsidP="00AF33A7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3C424A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Forma en la que manifiesto mi decisión de revocar el consentimiento:                ☐ VERBAL                 ☐ ESCRITA     </w:t>
      </w:r>
    </w:p>
    <w:p w14:paraId="68DD82A1" w14:textId="77777777" w:rsidR="003C424A" w:rsidRPr="00851C0A" w:rsidRDefault="003C424A" w:rsidP="00AF33A7">
      <w:pPr>
        <w:spacing w:after="0" w:line="240" w:lineRule="auto"/>
        <w:jc w:val="both"/>
        <w:rPr>
          <w:rFonts w:ascii="Aptos" w:hAnsi="Aptos"/>
          <w:b/>
          <w:bCs/>
          <w:i/>
          <w:iCs/>
          <w:color w:val="26323A"/>
          <w:sz w:val="18"/>
          <w:szCs w:val="48"/>
          <w:lang w:val="es-MX"/>
        </w:rPr>
      </w:pPr>
      <w:r w:rsidRPr="00851C0A">
        <w:rPr>
          <w:rFonts w:ascii="Aptos" w:hAnsi="Aptos"/>
          <w:b/>
          <w:bCs/>
          <w:i/>
          <w:iCs/>
          <w:color w:val="26323A"/>
          <w:sz w:val="18"/>
          <w:szCs w:val="48"/>
          <w:lang w:val="es-MX"/>
        </w:rPr>
        <w:t>RAZONES DE LA REVOCACIÓN</w:t>
      </w:r>
    </w:p>
    <w:p w14:paraId="14E936F4" w14:textId="77777777" w:rsidR="003C424A" w:rsidRPr="003C424A" w:rsidRDefault="003C424A" w:rsidP="00AF33A7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3C424A">
        <w:rPr>
          <w:rFonts w:ascii="Aptos" w:hAnsi="Aptos"/>
          <w:i/>
          <w:iCs/>
          <w:color w:val="26323A"/>
          <w:sz w:val="18"/>
          <w:szCs w:val="48"/>
          <w:lang w:val="es-MX"/>
        </w:rPr>
        <w:t>Si así lo desea, puede señalar brevemente las razones que motivan su decisión. Este apartado es opcional: _________________________________________________________________________________________________________________________________________</w:t>
      </w:r>
      <w:r w:rsidRPr="003C424A">
        <w:rPr>
          <w:rFonts w:ascii="Aptos" w:hAnsi="Aptos"/>
          <w:i/>
          <w:iCs/>
          <w:color w:val="26323A"/>
          <w:sz w:val="18"/>
          <w:szCs w:val="48"/>
          <w:lang w:val="es-MX"/>
        </w:rPr>
        <w:br/>
        <w:t>_________________________________________________________________________________________________________________________________________</w:t>
      </w:r>
    </w:p>
    <w:p w14:paraId="51EDE7A9" w14:textId="77777777" w:rsidR="003C424A" w:rsidRPr="00851C0A" w:rsidRDefault="003C424A" w:rsidP="003C424A">
      <w:pPr>
        <w:spacing w:after="0" w:line="240" w:lineRule="auto"/>
        <w:jc w:val="both"/>
        <w:rPr>
          <w:rFonts w:ascii="Aptos" w:hAnsi="Aptos"/>
          <w:b/>
          <w:bCs/>
          <w:i/>
          <w:iCs/>
          <w:color w:val="26323A"/>
          <w:sz w:val="18"/>
          <w:szCs w:val="48"/>
          <w:lang w:val="es-MX"/>
        </w:rPr>
      </w:pPr>
      <w:r w:rsidRPr="00851C0A">
        <w:rPr>
          <w:rFonts w:ascii="Aptos" w:hAnsi="Aptos"/>
          <w:b/>
          <w:bCs/>
          <w:i/>
          <w:iCs/>
          <w:color w:val="26323A"/>
          <w:sz w:val="18"/>
          <w:szCs w:val="48"/>
          <w:lang w:val="es-MX"/>
        </w:rPr>
        <w:t>DATOS DE FORMALIZACIÓN DE LA REVOCACIÓN</w:t>
      </w:r>
    </w:p>
    <w:p w14:paraId="2EDD2100" w14:textId="77777777" w:rsidR="003C424A" w:rsidRPr="003C424A" w:rsidRDefault="003C424A" w:rsidP="003C424A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3C424A">
        <w:rPr>
          <w:rFonts w:ascii="Aptos" w:hAnsi="Aptos"/>
          <w:i/>
          <w:iCs/>
          <w:color w:val="26323A"/>
          <w:sz w:val="18"/>
          <w:szCs w:val="48"/>
          <w:lang w:val="es-MX"/>
        </w:rPr>
        <w:t>Lugar: __________________________________________________________________________</w:t>
      </w:r>
    </w:p>
    <w:p w14:paraId="7447D856" w14:textId="77777777" w:rsidR="003C424A" w:rsidRPr="003C424A" w:rsidRDefault="003C424A" w:rsidP="003C424A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3C424A">
        <w:rPr>
          <w:rFonts w:ascii="Aptos" w:hAnsi="Aptos"/>
          <w:i/>
          <w:iCs/>
          <w:color w:val="26323A"/>
          <w:sz w:val="18"/>
          <w:szCs w:val="48"/>
          <w:lang w:val="es-MX"/>
        </w:rPr>
        <w:t>Fecha: ______ / ______ / 20____</w:t>
      </w:r>
    </w:p>
    <w:p w14:paraId="03434532" w14:textId="77777777" w:rsidR="003C424A" w:rsidRPr="003C424A" w:rsidRDefault="003C424A" w:rsidP="003C424A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3C424A">
        <w:rPr>
          <w:rFonts w:ascii="Aptos" w:hAnsi="Aptos"/>
          <w:i/>
          <w:iCs/>
          <w:color w:val="26323A"/>
          <w:sz w:val="18"/>
          <w:szCs w:val="48"/>
          <w:lang w:val="es-MX"/>
        </w:rPr>
        <w:t>Nombre completo del/de la participante: ________________________________________________________________________</w:t>
      </w:r>
    </w:p>
    <w:p w14:paraId="46C23CA5" w14:textId="77777777" w:rsidR="003C424A" w:rsidRPr="003C424A" w:rsidRDefault="003C424A" w:rsidP="003C424A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3C424A">
        <w:rPr>
          <w:rFonts w:ascii="Aptos" w:hAnsi="Aptos"/>
          <w:i/>
          <w:iCs/>
          <w:color w:val="26323A"/>
          <w:sz w:val="18"/>
          <w:szCs w:val="48"/>
          <w:lang w:val="es-MX"/>
        </w:rPr>
        <w:t>Firma del/de la participante: ________________________________________________________________________</w:t>
      </w:r>
    </w:p>
    <w:p w14:paraId="249D699A" w14:textId="77777777" w:rsidR="003C424A" w:rsidRPr="003C424A" w:rsidRDefault="003C424A" w:rsidP="003C424A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</w:p>
    <w:p w14:paraId="45E8F364" w14:textId="77777777" w:rsidR="003C424A" w:rsidRPr="00851C0A" w:rsidRDefault="003C424A" w:rsidP="003C424A">
      <w:pPr>
        <w:spacing w:after="0" w:line="240" w:lineRule="auto"/>
        <w:jc w:val="both"/>
        <w:rPr>
          <w:rFonts w:ascii="Aptos" w:hAnsi="Aptos"/>
          <w:b/>
          <w:bCs/>
          <w:i/>
          <w:iCs/>
          <w:color w:val="26323A"/>
          <w:sz w:val="18"/>
          <w:szCs w:val="48"/>
          <w:lang w:val="es-MX"/>
        </w:rPr>
      </w:pPr>
      <w:r w:rsidRPr="00851C0A">
        <w:rPr>
          <w:rFonts w:ascii="Aptos" w:hAnsi="Aptos"/>
          <w:b/>
          <w:bCs/>
          <w:i/>
          <w:iCs/>
          <w:color w:val="26323A"/>
          <w:sz w:val="18"/>
          <w:szCs w:val="48"/>
          <w:lang w:val="es-MX"/>
        </w:rPr>
        <w:t>RECEPCIÓN DE LA REVOCACIÓN</w:t>
      </w:r>
    </w:p>
    <w:p w14:paraId="14CE10E2" w14:textId="128F0055" w:rsidR="003C424A" w:rsidRPr="003C424A" w:rsidRDefault="003C424A" w:rsidP="003C424A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3C424A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Nombre de la persona que recibe la revocación del </w:t>
      </w:r>
      <w:r w:rsidR="00763FEA">
        <w:rPr>
          <w:rFonts w:ascii="Aptos" w:hAnsi="Aptos"/>
          <w:i/>
          <w:iCs/>
          <w:color w:val="26323A"/>
          <w:sz w:val="18"/>
          <w:szCs w:val="48"/>
          <w:lang w:val="es-MX"/>
        </w:rPr>
        <w:t>c</w:t>
      </w:r>
      <w:r w:rsidRPr="003C424A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onsentimiento </w:t>
      </w:r>
      <w:r w:rsidR="00763FEA">
        <w:rPr>
          <w:rFonts w:ascii="Aptos" w:hAnsi="Aptos"/>
          <w:i/>
          <w:iCs/>
          <w:color w:val="26323A"/>
          <w:sz w:val="18"/>
          <w:szCs w:val="48"/>
          <w:lang w:val="es-MX"/>
        </w:rPr>
        <w:t>i</w:t>
      </w:r>
      <w:r w:rsidRPr="003C424A">
        <w:rPr>
          <w:rFonts w:ascii="Aptos" w:hAnsi="Aptos"/>
          <w:i/>
          <w:iCs/>
          <w:color w:val="26323A"/>
          <w:sz w:val="18"/>
          <w:szCs w:val="48"/>
          <w:lang w:val="es-MX"/>
        </w:rPr>
        <w:t xml:space="preserve">nformado: </w:t>
      </w:r>
    </w:p>
    <w:p w14:paraId="406A6181" w14:textId="77777777" w:rsidR="003C424A" w:rsidRPr="003C424A" w:rsidRDefault="00E1137D" w:rsidP="003C424A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>
        <w:rPr>
          <w:rFonts w:ascii="Aptos" w:hAnsi="Aptos"/>
          <w:i/>
          <w:iCs/>
          <w:color w:val="26323A"/>
          <w:sz w:val="18"/>
          <w:szCs w:val="48"/>
          <w:lang w:val="es-MX"/>
        </w:rPr>
        <w:pict w14:anchorId="584711F9">
          <v:rect id="_x0000_i1028" style="width:0;height:1.5pt" o:hralign="center" o:hrstd="t" o:hr="t" fillcolor="#a0a0a0" stroked="f"/>
        </w:pict>
      </w:r>
    </w:p>
    <w:p w14:paraId="4C2B5C91" w14:textId="77777777" w:rsidR="003C424A" w:rsidRPr="003C424A" w:rsidRDefault="003C424A" w:rsidP="003C424A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3C424A">
        <w:rPr>
          <w:rFonts w:ascii="Aptos" w:hAnsi="Aptos"/>
          <w:i/>
          <w:iCs/>
          <w:color w:val="26323A"/>
          <w:sz w:val="18"/>
          <w:szCs w:val="48"/>
          <w:lang w:val="es-MX"/>
        </w:rPr>
        <w:t>Firma: ___________________________________________________________________________</w:t>
      </w:r>
    </w:p>
    <w:p w14:paraId="368B0430" w14:textId="77777777" w:rsidR="003C424A" w:rsidRPr="003C424A" w:rsidRDefault="003C424A" w:rsidP="003C424A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3C424A">
        <w:rPr>
          <w:rFonts w:ascii="Aptos" w:hAnsi="Aptos"/>
          <w:i/>
          <w:iCs/>
          <w:color w:val="26323A"/>
          <w:sz w:val="18"/>
          <w:szCs w:val="48"/>
          <w:lang w:val="es-MX"/>
        </w:rPr>
        <w:t>Fecha de recepción: ______ / ______ / 20____</w:t>
      </w:r>
    </w:p>
    <w:p w14:paraId="0E2C734B" w14:textId="77777777" w:rsidR="003C424A" w:rsidRPr="003C424A" w:rsidRDefault="003C424A" w:rsidP="003C424A">
      <w:pPr>
        <w:spacing w:after="0" w:line="240" w:lineRule="auto"/>
        <w:jc w:val="both"/>
        <w:rPr>
          <w:rFonts w:ascii="Aptos" w:hAnsi="Aptos"/>
          <w:i/>
          <w:iCs/>
          <w:color w:val="26323A"/>
          <w:sz w:val="18"/>
          <w:szCs w:val="48"/>
          <w:lang w:val="es-MX"/>
        </w:rPr>
      </w:pPr>
      <w:r w:rsidRPr="003C424A">
        <w:rPr>
          <w:rFonts w:ascii="Aptos" w:hAnsi="Aptos"/>
          <w:i/>
          <w:iCs/>
          <w:color w:val="26323A"/>
          <w:sz w:val="18"/>
          <w:szCs w:val="48"/>
          <w:lang w:val="es-MX"/>
        </w:rPr>
        <w:t>Observaciones, en caso de ser necesarias: 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434"/>
      </w:tblGrid>
      <w:tr w:rsidR="003E743E" w:rsidRPr="00602AE4" w14:paraId="7FE20E32" w14:textId="77777777" w:rsidTr="00B80488">
        <w:tc>
          <w:tcPr>
            <w:tcW w:w="11434" w:type="dxa"/>
            <w:tcBorders>
              <w:top w:val="single" w:sz="4" w:space="0" w:color="183A5A"/>
              <w:left w:val="single" w:sz="4" w:space="0" w:color="183A5A"/>
              <w:bottom w:val="single" w:sz="4" w:space="0" w:color="183A5A"/>
              <w:right w:val="single" w:sz="4" w:space="0" w:color="183A5A"/>
            </w:tcBorders>
            <w:shd w:val="clear" w:color="auto" w:fill="215868" w:themeFill="accent5" w:themeFillShade="80"/>
            <w:tcMar>
              <w:top w:w="2" w:type="dxa"/>
              <w:left w:w="5" w:type="dxa"/>
              <w:bottom w:w="2" w:type="dxa"/>
              <w:right w:w="5" w:type="dxa"/>
            </w:tcMar>
          </w:tcPr>
          <w:p w14:paraId="20DE013C" w14:textId="77777777" w:rsidR="003E743E" w:rsidRPr="00602AE4" w:rsidRDefault="009C3EC4" w:rsidP="002825A1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r w:rsidRPr="005C3D57">
              <w:rPr>
                <w:rFonts w:ascii="Aptos" w:hAnsi="Aptos"/>
                <w:b/>
                <w:i/>
                <w:iCs/>
                <w:color w:val="FFFFFF" w:themeColor="background1"/>
                <w:sz w:val="18"/>
                <w:szCs w:val="48"/>
                <w:lang w:val="es-MX"/>
              </w:rPr>
              <w:t xml:space="preserve">NOTA: </w:t>
            </w:r>
            <w:r w:rsidRPr="005C3D57">
              <w:rPr>
                <w:rFonts w:ascii="Aptos" w:hAnsi="Aptos"/>
                <w:i/>
                <w:iCs/>
                <w:color w:val="FFFFFF" w:themeColor="background1"/>
                <w:sz w:val="18"/>
                <w:szCs w:val="48"/>
                <w:lang w:val="es-MX"/>
              </w:rPr>
              <w:t xml:space="preserve">Este documento es solo una guía con lo mínimo necesario que se requiere; el/la Investigador(a) Principal deberá adecuarlo al caso </w:t>
            </w:r>
            <w:r w:rsidRPr="005C3D57">
              <w:rPr>
                <w:rFonts w:ascii="Aptos" w:hAnsi="Aptos"/>
                <w:i/>
                <w:iCs/>
                <w:color w:val="FFFFFF" w:themeColor="background1"/>
                <w:sz w:val="18"/>
                <w:szCs w:val="48"/>
                <w:lang w:val="es-MX"/>
              </w:rPr>
              <w:lastRenderedPageBreak/>
              <w:t xml:space="preserve">particular. Adaptación de la guía de ejemplo de Consentimiento informado para menores de edad e incapaces, Comités de Investigación y Ética de la Investigación, Facultad de Medicina, Universidad Nacional Autónoma de México, [Internet], consultado el 13 de noviembre de 2024. </w:t>
            </w:r>
            <w:r w:rsidRPr="00602AE4">
              <w:rPr>
                <w:rFonts w:ascii="Aptos" w:hAnsi="Aptos"/>
                <w:i/>
                <w:iCs/>
                <w:color w:val="FFFFFF" w:themeColor="background1"/>
                <w:sz w:val="18"/>
                <w:szCs w:val="48"/>
              </w:rPr>
              <w:t xml:space="preserve">Disponible </w:t>
            </w:r>
            <w:proofErr w:type="spellStart"/>
            <w:r w:rsidRPr="00602AE4">
              <w:rPr>
                <w:rFonts w:ascii="Aptos" w:hAnsi="Aptos"/>
                <w:i/>
                <w:iCs/>
                <w:color w:val="FFFFFF" w:themeColor="background1"/>
                <w:sz w:val="18"/>
                <w:szCs w:val="48"/>
              </w:rPr>
              <w:t>en</w:t>
            </w:r>
            <w:proofErr w:type="spellEnd"/>
            <w:r w:rsidRPr="00602AE4">
              <w:rPr>
                <w:rFonts w:ascii="Aptos" w:hAnsi="Aptos"/>
                <w:i/>
                <w:iCs/>
                <w:color w:val="FFFFFF" w:themeColor="background1"/>
                <w:sz w:val="18"/>
                <w:szCs w:val="48"/>
              </w:rPr>
              <w:t>: https://di.facmed.unam.mx/etica.php</w:t>
            </w:r>
          </w:p>
        </w:tc>
      </w:tr>
    </w:tbl>
    <w:p w14:paraId="147E6ECD" w14:textId="77777777" w:rsidR="00016E43" w:rsidRDefault="009C3EC4" w:rsidP="002825A1">
      <w:pPr>
        <w:spacing w:after="0" w:line="240" w:lineRule="auto"/>
        <w:jc w:val="right"/>
        <w:rPr>
          <w:rFonts w:ascii="Aptos" w:hAnsi="Aptos"/>
          <w:b/>
          <w:i/>
          <w:iCs/>
          <w:color w:val="183A5A"/>
          <w:sz w:val="18"/>
          <w:szCs w:val="48"/>
          <w:lang w:val="es-MX"/>
        </w:rPr>
      </w:pPr>
      <w:r w:rsidRPr="005C3D57">
        <w:rPr>
          <w:rFonts w:ascii="Aptos" w:hAnsi="Aptos"/>
          <w:b/>
          <w:i/>
          <w:iCs/>
          <w:color w:val="183A5A"/>
          <w:sz w:val="18"/>
          <w:szCs w:val="48"/>
          <w:lang w:val="es-MX"/>
        </w:rPr>
        <w:lastRenderedPageBreak/>
        <w:t>Comité de Ética e Investigación de la Facultad de Estomatología (CEIFE-BUAP)</w:t>
      </w:r>
    </w:p>
    <w:p w14:paraId="1E4790BC" w14:textId="5C78771D" w:rsidR="003E743E" w:rsidRPr="005C3D57" w:rsidRDefault="009C3EC4" w:rsidP="002825A1">
      <w:pPr>
        <w:spacing w:after="0" w:line="240" w:lineRule="auto"/>
        <w:jc w:val="right"/>
        <w:rPr>
          <w:i/>
          <w:iCs/>
          <w:sz w:val="48"/>
          <w:szCs w:val="48"/>
          <w:lang w:val="es-MX"/>
        </w:rPr>
      </w:pPr>
      <w:r w:rsidRPr="005C3D57">
        <w:rPr>
          <w:rFonts w:ascii="Aptos" w:hAnsi="Aptos"/>
          <w:b/>
          <w:i/>
          <w:iCs/>
          <w:color w:val="183A5A"/>
          <w:sz w:val="18"/>
          <w:szCs w:val="48"/>
          <w:lang w:val="es-MX"/>
        </w:rPr>
        <w:t xml:space="preserve"> · Este estudio fue revisado y aprobado conforme a los principios éticos internacionales.</w:t>
      </w:r>
    </w:p>
    <w:sectPr w:rsidR="003E743E" w:rsidRPr="005C3D57" w:rsidSect="00E113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17" w:right="403" w:bottom="317" w:left="403" w:header="294" w:footer="6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2037E" w14:textId="77777777" w:rsidR="006373E9" w:rsidRDefault="006373E9" w:rsidP="00D24591">
      <w:pPr>
        <w:spacing w:after="0" w:line="240" w:lineRule="auto"/>
      </w:pPr>
      <w:r>
        <w:separator/>
      </w:r>
    </w:p>
  </w:endnote>
  <w:endnote w:type="continuationSeparator" w:id="0">
    <w:p w14:paraId="00D6ED42" w14:textId="77777777" w:rsidR="006373E9" w:rsidRDefault="006373E9" w:rsidP="00D24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C0E0C" w14:textId="77777777" w:rsidR="00E1137D" w:rsidRDefault="00E1137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61B4C" w14:textId="77777777" w:rsidR="00547D40" w:rsidRPr="003A7E7B" w:rsidRDefault="00547D40" w:rsidP="00547D40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Revisado y autorizado. </w:t>
    </w:r>
  </w:p>
  <w:p w14:paraId="02EC0420" w14:textId="77777777" w:rsidR="00A447AC" w:rsidRPr="003A7E7B" w:rsidRDefault="00547D40" w:rsidP="00A447AC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Comité de Ética e </w:t>
    </w:r>
    <w:r w:rsidR="00A447AC" w:rsidRPr="003A7E7B">
      <w:rPr>
        <w:color w:val="002060"/>
        <w:sz w:val="10"/>
        <w:szCs w:val="24"/>
        <w:lang w:val="es-MX"/>
      </w:rPr>
      <w:t xml:space="preserve">Revisado y autorizado. </w:t>
    </w:r>
  </w:p>
  <w:p w14:paraId="3366EC0F" w14:textId="77777777" w:rsidR="00A447AC" w:rsidRPr="003A7E7B" w:rsidRDefault="00A447AC" w:rsidP="00A447AC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Comité de Ética e Investigación de la Facultad de Estomatología, </w:t>
    </w:r>
  </w:p>
  <w:p w14:paraId="0E7ACA48" w14:textId="77777777" w:rsidR="00A447AC" w:rsidRPr="003A7E7B" w:rsidRDefault="00A447AC" w:rsidP="00A447AC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Secretaría de Investigación y Estudios de Posgrado </w:t>
    </w:r>
  </w:p>
  <w:p w14:paraId="17AED392" w14:textId="77777777" w:rsidR="00A447AC" w:rsidRPr="003A7E7B" w:rsidRDefault="00A447AC" w:rsidP="00A447AC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>Facultad de Estomatología</w:t>
    </w:r>
  </w:p>
  <w:p w14:paraId="28F75059" w14:textId="77777777" w:rsidR="00A447AC" w:rsidRPr="003A7E7B" w:rsidRDefault="00A447AC" w:rsidP="00A447AC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>Benemérita Universidad Autónoma de Puebla</w:t>
    </w:r>
  </w:p>
  <w:p w14:paraId="6EC2A7B5" w14:textId="38E4D27D" w:rsidR="00547D40" w:rsidRPr="003A7E7B" w:rsidRDefault="00A447AC" w:rsidP="00A447AC">
    <w:pPr>
      <w:pStyle w:val="Piedepgina"/>
      <w:ind w:right="321"/>
      <w:jc w:val="right"/>
      <w:rPr>
        <w:color w:val="002060"/>
        <w:sz w:val="10"/>
        <w:szCs w:val="24"/>
        <w:lang w:val="es-MX"/>
      </w:rPr>
    </w:pPr>
    <w:r>
      <w:rPr>
        <w:rFonts w:ascii="Times New Roman" w:eastAsia="Times New Roman" w:hAnsi="Times New Roman" w:cs="Times New Roman"/>
        <w:sz w:val="20"/>
      </w:rPr>
      <w:t xml:space="preserve">          </w:t>
    </w:r>
    <w:r w:rsidRPr="00BE522A">
      <w:rPr>
        <w:rFonts w:ascii="Bookman Old Style" w:hAnsi="Bookman Old Style"/>
        <w:i/>
        <w:sz w:val="18"/>
        <w:szCs w:val="20"/>
      </w:rPr>
      <w:t xml:space="preserve">Página 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begin"/>
    </w:r>
    <w:r w:rsidRPr="00BE522A">
      <w:rPr>
        <w:rFonts w:ascii="Bookman Old Style" w:hAnsi="Bookman Old Style"/>
        <w:b/>
        <w:bCs/>
        <w:i/>
        <w:sz w:val="18"/>
        <w:szCs w:val="20"/>
      </w:rPr>
      <w:instrText>PAGE</w:instrTex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separate"/>
    </w:r>
    <w:r>
      <w:rPr>
        <w:rFonts w:ascii="Bookman Old Style" w:hAnsi="Bookman Old Style"/>
        <w:b/>
        <w:bCs/>
        <w:i/>
        <w:sz w:val="18"/>
        <w:szCs w:val="20"/>
      </w:rPr>
      <w:t>2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end"/>
    </w:r>
    <w:r w:rsidRPr="00BE522A">
      <w:rPr>
        <w:rFonts w:ascii="Bookman Old Style" w:hAnsi="Bookman Old Style"/>
        <w:i/>
        <w:sz w:val="18"/>
        <w:szCs w:val="20"/>
      </w:rPr>
      <w:t xml:space="preserve"> de 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begin"/>
    </w:r>
    <w:r w:rsidRPr="00BE522A">
      <w:rPr>
        <w:rFonts w:ascii="Bookman Old Style" w:hAnsi="Bookman Old Style"/>
        <w:b/>
        <w:bCs/>
        <w:i/>
        <w:sz w:val="18"/>
        <w:szCs w:val="20"/>
      </w:rPr>
      <w:instrText>NUMPAGES</w:instrTex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separate"/>
    </w:r>
    <w:r>
      <w:rPr>
        <w:rFonts w:ascii="Bookman Old Style" w:hAnsi="Bookman Old Style"/>
        <w:b/>
        <w:bCs/>
        <w:i/>
        <w:sz w:val="18"/>
        <w:szCs w:val="20"/>
      </w:rPr>
      <w:t>2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14B0C" w14:textId="77777777" w:rsidR="00E1137D" w:rsidRDefault="00E1137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9423B" w14:textId="77777777" w:rsidR="006373E9" w:rsidRDefault="006373E9" w:rsidP="00D24591">
      <w:pPr>
        <w:spacing w:after="0" w:line="240" w:lineRule="auto"/>
      </w:pPr>
      <w:r>
        <w:separator/>
      </w:r>
    </w:p>
  </w:footnote>
  <w:footnote w:type="continuationSeparator" w:id="0">
    <w:p w14:paraId="40889251" w14:textId="77777777" w:rsidR="006373E9" w:rsidRDefault="006373E9" w:rsidP="00D24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7D20B" w14:textId="77777777" w:rsidR="00E1137D" w:rsidRDefault="00E1137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CBAF8" w14:textId="77777777" w:rsidR="00E1137D" w:rsidRPr="00E1137D" w:rsidRDefault="00E1137D" w:rsidP="00E1137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DCE8F" w14:textId="77777777" w:rsidR="00E1137D" w:rsidRDefault="00E1137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8354939">
    <w:abstractNumId w:val="8"/>
  </w:num>
  <w:num w:numId="2" w16cid:durableId="924918996">
    <w:abstractNumId w:val="6"/>
  </w:num>
  <w:num w:numId="3" w16cid:durableId="1143347474">
    <w:abstractNumId w:val="5"/>
  </w:num>
  <w:num w:numId="4" w16cid:durableId="1525708956">
    <w:abstractNumId w:val="4"/>
  </w:num>
  <w:num w:numId="5" w16cid:durableId="211843873">
    <w:abstractNumId w:val="7"/>
  </w:num>
  <w:num w:numId="6" w16cid:durableId="1019284131">
    <w:abstractNumId w:val="3"/>
  </w:num>
  <w:num w:numId="7" w16cid:durableId="2079210458">
    <w:abstractNumId w:val="2"/>
  </w:num>
  <w:num w:numId="8" w16cid:durableId="1969319545">
    <w:abstractNumId w:val="1"/>
  </w:num>
  <w:num w:numId="9" w16cid:durableId="1100757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616"/>
    <w:rsid w:val="00006A3E"/>
    <w:rsid w:val="00016E43"/>
    <w:rsid w:val="0002377C"/>
    <w:rsid w:val="00034616"/>
    <w:rsid w:val="0006063C"/>
    <w:rsid w:val="00086C62"/>
    <w:rsid w:val="0009318F"/>
    <w:rsid w:val="0009761A"/>
    <w:rsid w:val="000E122A"/>
    <w:rsid w:val="000F3289"/>
    <w:rsid w:val="00146294"/>
    <w:rsid w:val="0015074B"/>
    <w:rsid w:val="001D77AD"/>
    <w:rsid w:val="0021711C"/>
    <w:rsid w:val="002238D7"/>
    <w:rsid w:val="00252344"/>
    <w:rsid w:val="00252A26"/>
    <w:rsid w:val="0026043C"/>
    <w:rsid w:val="002626F1"/>
    <w:rsid w:val="00267E30"/>
    <w:rsid w:val="002825A1"/>
    <w:rsid w:val="0029639D"/>
    <w:rsid w:val="002E04FB"/>
    <w:rsid w:val="00326F90"/>
    <w:rsid w:val="00351BF7"/>
    <w:rsid w:val="00383A29"/>
    <w:rsid w:val="003C424A"/>
    <w:rsid w:val="003E743E"/>
    <w:rsid w:val="004476B9"/>
    <w:rsid w:val="004931B3"/>
    <w:rsid w:val="004B0142"/>
    <w:rsid w:val="00517D6A"/>
    <w:rsid w:val="00547D40"/>
    <w:rsid w:val="00587524"/>
    <w:rsid w:val="00594141"/>
    <w:rsid w:val="005C3D57"/>
    <w:rsid w:val="00602AE4"/>
    <w:rsid w:val="00606D4B"/>
    <w:rsid w:val="00623B9C"/>
    <w:rsid w:val="00635656"/>
    <w:rsid w:val="006373E9"/>
    <w:rsid w:val="00646C5B"/>
    <w:rsid w:val="0065060F"/>
    <w:rsid w:val="00667D5C"/>
    <w:rsid w:val="007121A2"/>
    <w:rsid w:val="007158D6"/>
    <w:rsid w:val="00760100"/>
    <w:rsid w:val="00763FEA"/>
    <w:rsid w:val="00764FA9"/>
    <w:rsid w:val="007669C4"/>
    <w:rsid w:val="00795199"/>
    <w:rsid w:val="007A6D82"/>
    <w:rsid w:val="007C148D"/>
    <w:rsid w:val="007D1A30"/>
    <w:rsid w:val="007D5166"/>
    <w:rsid w:val="007E19CF"/>
    <w:rsid w:val="00817ED8"/>
    <w:rsid w:val="00832DC0"/>
    <w:rsid w:val="00851C0A"/>
    <w:rsid w:val="00887CFE"/>
    <w:rsid w:val="008A6DD6"/>
    <w:rsid w:val="00945DAE"/>
    <w:rsid w:val="0094611F"/>
    <w:rsid w:val="00954089"/>
    <w:rsid w:val="00985A1E"/>
    <w:rsid w:val="0099632E"/>
    <w:rsid w:val="009C3EC4"/>
    <w:rsid w:val="009D4A11"/>
    <w:rsid w:val="009F1C7B"/>
    <w:rsid w:val="00A13551"/>
    <w:rsid w:val="00A21504"/>
    <w:rsid w:val="00A447AC"/>
    <w:rsid w:val="00A8625C"/>
    <w:rsid w:val="00A86B27"/>
    <w:rsid w:val="00AA1D8D"/>
    <w:rsid w:val="00AF33A7"/>
    <w:rsid w:val="00AF5F7E"/>
    <w:rsid w:val="00B33555"/>
    <w:rsid w:val="00B35DDA"/>
    <w:rsid w:val="00B47730"/>
    <w:rsid w:val="00B80488"/>
    <w:rsid w:val="00BB2976"/>
    <w:rsid w:val="00BB636D"/>
    <w:rsid w:val="00BE1952"/>
    <w:rsid w:val="00C0326E"/>
    <w:rsid w:val="00C227A8"/>
    <w:rsid w:val="00C512DB"/>
    <w:rsid w:val="00C86E94"/>
    <w:rsid w:val="00CB0664"/>
    <w:rsid w:val="00CB1F90"/>
    <w:rsid w:val="00CF5B16"/>
    <w:rsid w:val="00CF669F"/>
    <w:rsid w:val="00D24591"/>
    <w:rsid w:val="00D57B81"/>
    <w:rsid w:val="00D727AB"/>
    <w:rsid w:val="00D80FB9"/>
    <w:rsid w:val="00DC072A"/>
    <w:rsid w:val="00DE2F7D"/>
    <w:rsid w:val="00E1137D"/>
    <w:rsid w:val="00E6323D"/>
    <w:rsid w:val="00E84560"/>
    <w:rsid w:val="00E903E2"/>
    <w:rsid w:val="00EC1798"/>
    <w:rsid w:val="00EC352C"/>
    <w:rsid w:val="00ED672A"/>
    <w:rsid w:val="00F11776"/>
    <w:rsid w:val="00F14884"/>
    <w:rsid w:val="00F1750F"/>
    <w:rsid w:val="00F4506B"/>
    <w:rsid w:val="00F45D74"/>
    <w:rsid w:val="00FC693F"/>
    <w:rsid w:val="00FD30A4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2"/>
    </o:shapelayout>
  </w:shapeDefaults>
  <w:decimalSymbol w:val="."/>
  <w:listSeparator w:val=","/>
  <w14:docId w14:val="24062061"/>
  <w14:defaultImageDpi w14:val="300"/>
  <w15:docId w15:val="{AB02439C-C32E-4C8F-8A4B-F53104E9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7C1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6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1539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Yaneth</cp:lastModifiedBy>
  <cp:revision>115</cp:revision>
  <dcterms:created xsi:type="dcterms:W3CDTF">2013-12-23T23:15:00Z</dcterms:created>
  <dcterms:modified xsi:type="dcterms:W3CDTF">2026-10-12T16:57:00Z</dcterms:modified>
  <cp:category/>
</cp:coreProperties>
</file>