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0760E" w14:textId="33CB9075" w:rsidR="00957B53" w:rsidRPr="00CE4795" w:rsidRDefault="00DF03B4" w:rsidP="009A5870">
      <w:pPr>
        <w:spacing w:line="240" w:lineRule="auto"/>
        <w:jc w:val="center"/>
        <w:rPr>
          <w:b/>
          <w:color w:val="00B0F0"/>
          <w:sz w:val="44"/>
          <w:szCs w:val="32"/>
          <w:lang w:val="es-MX"/>
        </w:rPr>
      </w:pPr>
      <w:proofErr w:type="gramStart"/>
      <w:r w:rsidRPr="006A3BAC">
        <w:rPr>
          <w:b/>
          <w:color w:val="D9D9D9" w:themeColor="background1" w:themeShade="D9"/>
          <w:sz w:val="48"/>
          <w:szCs w:val="40"/>
        </w:rPr>
        <w:t>⬟</w:t>
      </w:r>
      <w:r w:rsidR="009575F9">
        <w:rPr>
          <w:b/>
          <w:color w:val="30343A"/>
          <w:sz w:val="22"/>
        </w:rPr>
        <w:t xml:space="preserve">  </w:t>
      </w:r>
      <w:r w:rsidR="009575F9" w:rsidRPr="00CE4795">
        <w:rPr>
          <w:b/>
          <w:color w:val="00B0F0"/>
          <w:sz w:val="44"/>
          <w:szCs w:val="32"/>
          <w:lang w:val="es-MX"/>
        </w:rPr>
        <w:t>REC</w:t>
      </w:r>
      <w:r w:rsidR="00D000EE">
        <w:rPr>
          <w:b/>
          <w:color w:val="00B0F0"/>
          <w:sz w:val="44"/>
          <w:szCs w:val="32"/>
          <w:lang w:val="es-MX"/>
        </w:rPr>
        <w:t>URSOS</w:t>
      </w:r>
      <w:proofErr w:type="gramEnd"/>
      <w:r w:rsidR="009575F9" w:rsidRPr="00CE4795">
        <w:rPr>
          <w:b/>
          <w:color w:val="00B0F0"/>
          <w:sz w:val="44"/>
          <w:szCs w:val="32"/>
          <w:lang w:val="es-MX"/>
        </w:rPr>
        <w:t xml:space="preserve"> ADIC</w:t>
      </w:r>
      <w:r w:rsidR="00D000EE">
        <w:rPr>
          <w:b/>
          <w:color w:val="00B0F0"/>
          <w:sz w:val="44"/>
          <w:szCs w:val="32"/>
          <w:lang w:val="es-MX"/>
        </w:rPr>
        <w:t>IONALES</w:t>
      </w:r>
      <w:r w:rsidR="009575F9" w:rsidRPr="00CE4795">
        <w:rPr>
          <w:b/>
          <w:color w:val="00B0F0"/>
          <w:sz w:val="44"/>
          <w:szCs w:val="32"/>
          <w:lang w:val="es-MX"/>
        </w:rPr>
        <w:t xml:space="preserve"> 04 · C.E.I.F.E.</w:t>
      </w:r>
    </w:p>
    <w:p w14:paraId="37FDB98C" w14:textId="77777777" w:rsidR="00957B53" w:rsidRPr="00644A19" w:rsidRDefault="009575F9" w:rsidP="009A5870">
      <w:pPr>
        <w:spacing w:line="240" w:lineRule="auto"/>
        <w:jc w:val="center"/>
        <w:rPr>
          <w:rFonts w:asciiTheme="minorHAnsi" w:hAnsiTheme="minorHAnsi"/>
          <w:b/>
          <w:color w:val="auto"/>
          <w:sz w:val="24"/>
          <w:szCs w:val="20"/>
          <w:lang w:val="es-MX"/>
        </w:rPr>
      </w:pPr>
      <w:r w:rsidRPr="00644A19">
        <w:rPr>
          <w:rFonts w:asciiTheme="minorHAnsi" w:hAnsiTheme="minorHAnsi"/>
          <w:b/>
          <w:color w:val="auto"/>
          <w:sz w:val="24"/>
          <w:szCs w:val="20"/>
          <w:lang w:val="es-MX"/>
        </w:rPr>
        <w:t>CONSENTIMIENTO INFORMADO PARA PROYECTOS DE INVESTIGACIÓN EDUCATIVA</w:t>
      </w:r>
    </w:p>
    <w:p w14:paraId="397119B7" w14:textId="0B7E2E2F" w:rsidR="0087326B" w:rsidRDefault="0087326B" w:rsidP="0087326B">
      <w:pPr>
        <w:spacing w:line="240" w:lineRule="auto"/>
        <w:jc w:val="center"/>
        <w:rPr>
          <w:i/>
          <w:sz w:val="20"/>
          <w:szCs w:val="20"/>
          <w:lang w:val="es-MX"/>
        </w:rPr>
      </w:pPr>
      <w:r>
        <w:rPr>
          <w:i/>
          <w:sz w:val="20"/>
          <w:szCs w:val="20"/>
          <w:lang w:val="es-MX"/>
        </w:rPr>
        <w:t>C</w:t>
      </w:r>
      <w:r w:rsidRPr="00A30540">
        <w:rPr>
          <w:i/>
          <w:sz w:val="20"/>
          <w:szCs w:val="20"/>
          <w:lang w:val="es-MX"/>
        </w:rPr>
        <w:t xml:space="preserve">omité de </w:t>
      </w:r>
      <w:r>
        <w:rPr>
          <w:i/>
          <w:sz w:val="20"/>
          <w:szCs w:val="20"/>
          <w:lang w:val="es-MX"/>
        </w:rPr>
        <w:t>É</w:t>
      </w:r>
      <w:r w:rsidRPr="00A30540">
        <w:rPr>
          <w:i/>
          <w:sz w:val="20"/>
          <w:szCs w:val="20"/>
          <w:lang w:val="es-MX"/>
        </w:rPr>
        <w:t xml:space="preserve">tica e </w:t>
      </w:r>
      <w:r>
        <w:rPr>
          <w:i/>
          <w:sz w:val="20"/>
          <w:szCs w:val="20"/>
          <w:lang w:val="es-MX"/>
        </w:rPr>
        <w:t>I</w:t>
      </w:r>
      <w:r w:rsidRPr="00A30540">
        <w:rPr>
          <w:i/>
          <w:sz w:val="20"/>
          <w:szCs w:val="20"/>
          <w:lang w:val="es-MX"/>
        </w:rPr>
        <w:t xml:space="preserve">nvestigación </w:t>
      </w:r>
      <w:r w:rsidR="00914728" w:rsidRPr="000B1623">
        <w:rPr>
          <w:i/>
          <w:sz w:val="20"/>
          <w:szCs w:val="20"/>
          <w:lang w:val="es-MX"/>
        </w:rPr>
        <w:t>·</w:t>
      </w:r>
      <w:r w:rsidR="00914728">
        <w:rPr>
          <w:i/>
          <w:sz w:val="20"/>
          <w:szCs w:val="20"/>
          <w:lang w:val="es-MX"/>
        </w:rPr>
        <w:t xml:space="preserve"> </w:t>
      </w:r>
      <w:r w:rsidRPr="000B1623">
        <w:rPr>
          <w:i/>
          <w:sz w:val="20"/>
          <w:szCs w:val="20"/>
          <w:lang w:val="es-MX"/>
        </w:rPr>
        <w:t>Secretaría de Investigación y Estudios de Posgrado · Facultad de Estomatología · BUAP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6359"/>
      </w:tblGrid>
      <w:tr w:rsidR="00957B53" w:rsidRPr="0088337E" w14:paraId="03B0B8F8" w14:textId="77777777">
        <w:tc>
          <w:tcPr>
            <w:tcW w:w="11462" w:type="dxa"/>
            <w:gridSpan w:val="2"/>
            <w:tcBorders>
              <w:top w:val="single" w:sz="4" w:space="0" w:color="30343A"/>
              <w:left w:val="single" w:sz="4" w:space="0" w:color="30343A"/>
              <w:bottom w:val="single" w:sz="4" w:space="0" w:color="30343A"/>
              <w:right w:val="single" w:sz="4" w:space="0" w:color="30343A"/>
            </w:tcBorders>
            <w:shd w:val="clear" w:color="auto" w:fill="30343A"/>
            <w:tcMar>
              <w:top w:w="1" w:type="dxa"/>
              <w:left w:w="5" w:type="dxa"/>
              <w:bottom w:w="1" w:type="dxa"/>
              <w:right w:w="5" w:type="dxa"/>
            </w:tcMar>
          </w:tcPr>
          <w:p w14:paraId="4B5E8212" w14:textId="77777777" w:rsidR="00957B53" w:rsidRPr="002A35B4" w:rsidRDefault="009575F9" w:rsidP="009A5870">
            <w:pPr>
              <w:spacing w:line="240" w:lineRule="auto"/>
              <w:rPr>
                <w:sz w:val="20"/>
                <w:szCs w:val="44"/>
                <w:lang w:val="es-MX"/>
              </w:rPr>
            </w:pPr>
            <w:proofErr w:type="gramStart"/>
            <w:r w:rsidRPr="002A35B4">
              <w:rPr>
                <w:b/>
                <w:color w:val="FFFFFF"/>
                <w:sz w:val="20"/>
                <w:szCs w:val="44"/>
              </w:rPr>
              <w:t>⬟</w:t>
            </w:r>
            <w:r w:rsidRPr="002A35B4">
              <w:rPr>
                <w:b/>
                <w:color w:val="FFFFFF"/>
                <w:sz w:val="20"/>
                <w:szCs w:val="44"/>
                <w:lang w:val="es-MX"/>
              </w:rPr>
              <w:t xml:space="preserve">  </w:t>
            </w:r>
            <w:r w:rsidRPr="0088337E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I.</w:t>
            </w:r>
            <w:proofErr w:type="gramEnd"/>
            <w:r w:rsidRPr="0088337E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 xml:space="preserve"> DATOS GENERALES DEL PROYECTO</w:t>
            </w:r>
          </w:p>
        </w:tc>
      </w:tr>
      <w:tr w:rsidR="00957B53" w:rsidRPr="007638B2" w14:paraId="4333CF33" w14:textId="77777777" w:rsidTr="003F44FB">
        <w:tblPrEx>
          <w:jc w:val="center"/>
        </w:tblPrEx>
        <w:trPr>
          <w:jc w:val="center"/>
        </w:trPr>
        <w:tc>
          <w:tcPr>
            <w:tcW w:w="5103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2DB4C010" w14:textId="77777777" w:rsidR="00957B53" w:rsidRPr="007638B2" w:rsidRDefault="009575F9" w:rsidP="009A5870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proofErr w:type="spellStart"/>
            <w:r w:rsidRPr="007638B2">
              <w:rPr>
                <w:b/>
                <w:i/>
                <w:iCs/>
                <w:color w:val="30343A"/>
                <w:sz w:val="18"/>
                <w:szCs w:val="44"/>
              </w:rPr>
              <w:t>Número</w:t>
            </w:r>
            <w:proofErr w:type="spellEnd"/>
            <w:r w:rsidRPr="007638B2">
              <w:rPr>
                <w:b/>
                <w:i/>
                <w:iCs/>
                <w:color w:val="30343A"/>
                <w:sz w:val="18"/>
                <w:szCs w:val="44"/>
              </w:rPr>
              <w:t xml:space="preserve"> de </w:t>
            </w:r>
            <w:proofErr w:type="spellStart"/>
            <w:r w:rsidRPr="007638B2">
              <w:rPr>
                <w:b/>
                <w:i/>
                <w:iCs/>
                <w:color w:val="30343A"/>
                <w:sz w:val="18"/>
                <w:szCs w:val="44"/>
              </w:rPr>
              <w:t>registro</w:t>
            </w:r>
            <w:proofErr w:type="spellEnd"/>
            <w:r w:rsidRPr="007638B2">
              <w:rPr>
                <w:b/>
                <w:i/>
                <w:iCs/>
                <w:color w:val="30343A"/>
                <w:sz w:val="18"/>
                <w:szCs w:val="44"/>
              </w:rPr>
              <w:t>: __________________________</w:t>
            </w:r>
          </w:p>
        </w:tc>
        <w:tc>
          <w:tcPr>
            <w:tcW w:w="6359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0A38E19C" w14:textId="77777777" w:rsidR="00957B53" w:rsidRPr="007638B2" w:rsidRDefault="009575F9" w:rsidP="009A5870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proofErr w:type="spellStart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>Título</w:t>
            </w:r>
            <w:proofErr w:type="spellEnd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 xml:space="preserve"> del </w:t>
            </w:r>
            <w:proofErr w:type="spellStart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>estudio</w:t>
            </w:r>
            <w:proofErr w:type="spellEnd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>:</w:t>
            </w:r>
            <w:r w:rsidRPr="007638B2">
              <w:rPr>
                <w:i/>
                <w:iCs/>
                <w:color w:val="30343A"/>
                <w:sz w:val="18"/>
                <w:szCs w:val="44"/>
              </w:rPr>
              <w:t xml:space="preserve"> ______________________________________________</w:t>
            </w:r>
          </w:p>
        </w:tc>
      </w:tr>
      <w:tr w:rsidR="00957B53" w:rsidRPr="007638B2" w14:paraId="7627DC11" w14:textId="77777777" w:rsidTr="003F44FB">
        <w:tblPrEx>
          <w:jc w:val="center"/>
        </w:tblPrEx>
        <w:trPr>
          <w:jc w:val="center"/>
        </w:trPr>
        <w:tc>
          <w:tcPr>
            <w:tcW w:w="5103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35A0B3D7" w14:textId="59351BBF" w:rsidR="00957B53" w:rsidRPr="007638B2" w:rsidRDefault="009575F9" w:rsidP="009A5870">
            <w:pPr>
              <w:spacing w:line="240" w:lineRule="auto"/>
              <w:rPr>
                <w:i/>
                <w:iCs/>
                <w:sz w:val="20"/>
                <w:szCs w:val="44"/>
                <w:lang w:val="es-MX"/>
              </w:rPr>
            </w:pPr>
            <w:r w:rsidRPr="007638B2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Registro de aceptación C.I.F.E.</w:t>
            </w:r>
            <w:r w:rsidR="00C75B91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- C.E.I.F.E.</w:t>
            </w:r>
            <w:r w:rsidRPr="007638B2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: __________________</w:t>
            </w:r>
          </w:p>
        </w:tc>
        <w:tc>
          <w:tcPr>
            <w:tcW w:w="6359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7120108D" w14:textId="254D304E" w:rsidR="00957B53" w:rsidRPr="007638B2" w:rsidRDefault="009575F9" w:rsidP="009A5870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proofErr w:type="spellStart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>Investigador</w:t>
            </w:r>
            <w:proofErr w:type="spellEnd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 xml:space="preserve"> </w:t>
            </w:r>
            <w:proofErr w:type="spellStart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>responsable</w:t>
            </w:r>
            <w:proofErr w:type="spellEnd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 xml:space="preserve"> (</w:t>
            </w:r>
            <w:proofErr w:type="spellStart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>Docente</w:t>
            </w:r>
            <w:proofErr w:type="spellEnd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 xml:space="preserve"> </w:t>
            </w:r>
            <w:proofErr w:type="spellStart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>investigador</w:t>
            </w:r>
            <w:proofErr w:type="spellEnd"/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</w:rPr>
              <w:t>):</w:t>
            </w:r>
            <w:r w:rsidRPr="007638B2">
              <w:rPr>
                <w:i/>
                <w:iCs/>
                <w:color w:val="30343A"/>
                <w:sz w:val="18"/>
                <w:szCs w:val="44"/>
              </w:rPr>
              <w:t xml:space="preserve"> ______________</w:t>
            </w:r>
            <w:r w:rsidR="00533592">
              <w:rPr>
                <w:i/>
                <w:iCs/>
                <w:color w:val="30343A"/>
                <w:sz w:val="18"/>
                <w:szCs w:val="44"/>
              </w:rPr>
              <w:t>____________________________________________</w:t>
            </w:r>
            <w:r w:rsidRPr="007638B2">
              <w:rPr>
                <w:i/>
                <w:iCs/>
                <w:color w:val="30343A"/>
                <w:sz w:val="18"/>
                <w:szCs w:val="44"/>
              </w:rPr>
              <w:t>________</w:t>
            </w:r>
          </w:p>
        </w:tc>
      </w:tr>
      <w:tr w:rsidR="00957B53" w:rsidRPr="0088337E" w14:paraId="230384AB" w14:textId="77777777" w:rsidTr="003F44FB">
        <w:tblPrEx>
          <w:jc w:val="center"/>
        </w:tblPrEx>
        <w:trPr>
          <w:jc w:val="center"/>
        </w:trPr>
        <w:tc>
          <w:tcPr>
            <w:tcW w:w="5103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72327946" w14:textId="62E196D1" w:rsidR="00957B53" w:rsidRPr="00BF187C" w:rsidRDefault="009575F9" w:rsidP="009A5870">
            <w:pPr>
              <w:spacing w:line="240" w:lineRule="auto"/>
              <w:rPr>
                <w:i/>
                <w:iCs/>
                <w:sz w:val="20"/>
                <w:szCs w:val="44"/>
                <w:lang w:val="es-MX"/>
              </w:rPr>
            </w:pPr>
            <w:r w:rsidRPr="00BF187C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Correo del</w:t>
            </w:r>
            <w:r w:rsidR="00AA782D" w:rsidRPr="00BF187C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/ de la</w:t>
            </w:r>
            <w:r w:rsidRPr="00BF187C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 xml:space="preserve"> Docente responsable: ___________________</w:t>
            </w:r>
          </w:p>
        </w:tc>
        <w:tc>
          <w:tcPr>
            <w:tcW w:w="6359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1" w:type="dxa"/>
              <w:left w:w="4" w:type="dxa"/>
              <w:bottom w:w="1" w:type="dxa"/>
              <w:right w:w="4" w:type="dxa"/>
            </w:tcMar>
            <w:vAlign w:val="center"/>
          </w:tcPr>
          <w:p w14:paraId="15637170" w14:textId="6400D71E" w:rsidR="00957B53" w:rsidRPr="007638B2" w:rsidRDefault="009575F9" w:rsidP="009A5870">
            <w:pPr>
              <w:spacing w:line="240" w:lineRule="auto"/>
              <w:rPr>
                <w:i/>
                <w:iCs/>
                <w:sz w:val="20"/>
                <w:szCs w:val="44"/>
                <w:lang w:val="es-MX"/>
              </w:rPr>
            </w:pPr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  <w:lang w:val="es-MX"/>
              </w:rPr>
              <w:t>Tel</w:t>
            </w:r>
            <w:r w:rsidR="00382194" w:rsidRPr="00533592">
              <w:rPr>
                <w:b/>
                <w:bCs/>
                <w:i/>
                <w:iCs/>
                <w:color w:val="30343A"/>
                <w:sz w:val="18"/>
                <w:szCs w:val="44"/>
                <w:lang w:val="es-MX"/>
              </w:rPr>
              <w:t>. Cel</w:t>
            </w:r>
            <w:r w:rsidRPr="00533592">
              <w:rPr>
                <w:b/>
                <w:bCs/>
                <w:i/>
                <w:iCs/>
                <w:color w:val="30343A"/>
                <w:sz w:val="18"/>
                <w:szCs w:val="44"/>
                <w:lang w:val="es-MX"/>
              </w:rPr>
              <w:t>.:</w:t>
            </w:r>
            <w:r w:rsidRPr="007638B2">
              <w:rPr>
                <w:i/>
                <w:iCs/>
                <w:color w:val="30343A"/>
                <w:sz w:val="18"/>
                <w:szCs w:val="44"/>
                <w:lang w:val="es-MX"/>
              </w:rPr>
              <w:t xml:space="preserve"> _________________</w:t>
            </w:r>
            <w:proofErr w:type="gramStart"/>
            <w:r w:rsidRPr="007638B2">
              <w:rPr>
                <w:i/>
                <w:iCs/>
                <w:color w:val="30343A"/>
                <w:sz w:val="18"/>
                <w:szCs w:val="44"/>
                <w:lang w:val="es-MX"/>
              </w:rPr>
              <w:t>_  ·</w:t>
            </w:r>
            <w:proofErr w:type="gramEnd"/>
            <w:r w:rsidRPr="007638B2">
              <w:rPr>
                <w:i/>
                <w:iCs/>
                <w:color w:val="30343A"/>
                <w:sz w:val="18"/>
                <w:szCs w:val="44"/>
                <w:lang w:val="es-MX"/>
              </w:rPr>
              <w:t xml:space="preserve">  Sede: Facultad de Estomatología, BUAP</w:t>
            </w:r>
          </w:p>
        </w:tc>
      </w:tr>
      <w:tr w:rsidR="00BF187C" w:rsidRPr="0088337E" w14:paraId="093A9CAF" w14:textId="77777777" w:rsidTr="001F37F1">
        <w:tc>
          <w:tcPr>
            <w:tcW w:w="11462" w:type="dxa"/>
            <w:gridSpan w:val="2"/>
            <w:tcBorders>
              <w:top w:val="single" w:sz="4" w:space="0" w:color="30343A"/>
              <w:left w:val="single" w:sz="4" w:space="0" w:color="30343A"/>
              <w:bottom w:val="single" w:sz="4" w:space="0" w:color="30343A"/>
              <w:right w:val="single" w:sz="4" w:space="0" w:color="30343A"/>
            </w:tcBorders>
            <w:shd w:val="clear" w:color="auto" w:fill="30343A"/>
            <w:tcMar>
              <w:top w:w="1" w:type="dxa"/>
              <w:left w:w="5" w:type="dxa"/>
              <w:bottom w:w="1" w:type="dxa"/>
              <w:right w:w="5" w:type="dxa"/>
            </w:tcMar>
          </w:tcPr>
          <w:p w14:paraId="32B5F311" w14:textId="513F2EF8" w:rsidR="00BF187C" w:rsidRPr="002A35B4" w:rsidRDefault="00BF187C" w:rsidP="001F37F1">
            <w:pPr>
              <w:spacing w:line="240" w:lineRule="auto"/>
              <w:rPr>
                <w:sz w:val="20"/>
                <w:szCs w:val="44"/>
                <w:lang w:val="es-MX"/>
              </w:rPr>
            </w:pPr>
            <w:proofErr w:type="gramStart"/>
            <w:r w:rsidRPr="002A35B4">
              <w:rPr>
                <w:b/>
                <w:color w:val="FFFFFF"/>
                <w:sz w:val="20"/>
                <w:szCs w:val="44"/>
              </w:rPr>
              <w:t>⬟</w:t>
            </w:r>
            <w:r w:rsidRPr="002A35B4">
              <w:rPr>
                <w:b/>
                <w:color w:val="FFFFFF"/>
                <w:sz w:val="20"/>
                <w:szCs w:val="44"/>
                <w:lang w:val="es-MX"/>
              </w:rPr>
              <w:t xml:space="preserve">  </w:t>
            </w:r>
            <w:r w:rsidRPr="00AC144F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PRESENTACIÓN</w:t>
            </w:r>
            <w:proofErr w:type="gramEnd"/>
            <w:r w:rsidRPr="00AC144F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 xml:space="preserve"> E INVTACIÓN A PARTICIPAR</w:t>
            </w:r>
          </w:p>
        </w:tc>
      </w:tr>
    </w:tbl>
    <w:p w14:paraId="6453A8D2" w14:textId="01F6E2E7" w:rsidR="001528F8" w:rsidRPr="001528F8" w:rsidRDefault="009575F9" w:rsidP="00C10E38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7638B2">
        <w:rPr>
          <w:i/>
          <w:iCs/>
          <w:sz w:val="18"/>
          <w:szCs w:val="44"/>
          <w:lang w:val="es-MX"/>
        </w:rPr>
        <w:t xml:space="preserve">Mi nombre es ______________________________ y </w:t>
      </w:r>
      <w:r w:rsidR="00AC144F">
        <w:rPr>
          <w:i/>
          <w:iCs/>
          <w:sz w:val="18"/>
          <w:szCs w:val="44"/>
          <w:lang w:val="es-MX"/>
        </w:rPr>
        <w:t>formo parte d</w:t>
      </w:r>
      <w:r w:rsidRPr="007638B2">
        <w:rPr>
          <w:i/>
          <w:iCs/>
          <w:sz w:val="18"/>
          <w:szCs w:val="44"/>
          <w:lang w:val="es-MX"/>
        </w:rPr>
        <w:t xml:space="preserve">el </w:t>
      </w:r>
      <w:r w:rsidR="007B075E">
        <w:rPr>
          <w:i/>
          <w:iCs/>
          <w:sz w:val="18"/>
          <w:szCs w:val="44"/>
          <w:lang w:val="es-MX"/>
        </w:rPr>
        <w:t>p</w:t>
      </w:r>
      <w:r w:rsidRPr="007638B2">
        <w:rPr>
          <w:i/>
          <w:iCs/>
          <w:sz w:val="18"/>
          <w:szCs w:val="44"/>
          <w:lang w:val="es-MX"/>
        </w:rPr>
        <w:t xml:space="preserve">royecto de </w:t>
      </w:r>
      <w:r w:rsidR="007B075E">
        <w:rPr>
          <w:i/>
          <w:iCs/>
          <w:sz w:val="18"/>
          <w:szCs w:val="44"/>
          <w:lang w:val="es-MX"/>
        </w:rPr>
        <w:t>i</w:t>
      </w:r>
      <w:r w:rsidRPr="007638B2">
        <w:rPr>
          <w:i/>
          <w:iCs/>
          <w:sz w:val="18"/>
          <w:szCs w:val="44"/>
          <w:lang w:val="es-MX"/>
        </w:rPr>
        <w:t xml:space="preserve">nvestigación </w:t>
      </w:r>
      <w:r w:rsidR="00AC144F">
        <w:rPr>
          <w:i/>
          <w:iCs/>
          <w:sz w:val="18"/>
          <w:szCs w:val="44"/>
          <w:lang w:val="es-MX"/>
        </w:rPr>
        <w:t>denominado</w:t>
      </w:r>
      <w:r w:rsidRPr="007638B2">
        <w:rPr>
          <w:i/>
          <w:iCs/>
          <w:sz w:val="18"/>
          <w:szCs w:val="44"/>
          <w:lang w:val="es-MX"/>
        </w:rPr>
        <w:t xml:space="preserve"> ______________________________. </w:t>
      </w:r>
      <w:r w:rsidR="001528F8" w:rsidRPr="001528F8">
        <w:rPr>
          <w:i/>
          <w:iCs/>
          <w:sz w:val="18"/>
          <w:szCs w:val="44"/>
          <w:lang w:val="es-MX"/>
        </w:rPr>
        <w:t>El presente estudio corresponde a una investigación de tipo educativa, desarrollada con fines académicos y científicos. Por medio de este documento, se le invita cordialmente a considerar su participación de manera libre y voluntaria.</w:t>
      </w:r>
    </w:p>
    <w:p w14:paraId="78807A1F" w14:textId="77777777" w:rsidR="001528F8" w:rsidRPr="001528F8" w:rsidRDefault="001528F8" w:rsidP="00C10E38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1528F8">
        <w:rPr>
          <w:i/>
          <w:iCs/>
          <w:sz w:val="18"/>
          <w:szCs w:val="44"/>
          <w:lang w:val="es-MX"/>
        </w:rPr>
        <w:t>Antes de tomar una decisión, es importante que conozca y comprenda el propósito de la investigación, las actividades que se realizarán, la duración estimada de su participación, así como los posibles beneficios, riesgos y las medidas establecidas para proteger la confidencialidad de la información obtenida.</w:t>
      </w:r>
    </w:p>
    <w:p w14:paraId="73D9DE6F" w14:textId="77777777" w:rsidR="001528F8" w:rsidRPr="001528F8" w:rsidRDefault="001528F8" w:rsidP="00C10E38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1528F8">
        <w:rPr>
          <w:i/>
          <w:iCs/>
          <w:sz w:val="18"/>
          <w:szCs w:val="44"/>
          <w:lang w:val="es-MX"/>
        </w:rPr>
        <w:t>Se le proporcionará la información necesaria de manera clara y comprensible, y tendrá la oportunidad de realizar todas las preguntas que considere pertinentes y solicitar cualquier aclaración adicional antes de decidir si desea participar.</w:t>
      </w:r>
    </w:p>
    <w:p w14:paraId="590569B0" w14:textId="08374D2D" w:rsidR="00957B53" w:rsidRDefault="001528F8" w:rsidP="00C10E38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1528F8">
        <w:rPr>
          <w:i/>
          <w:iCs/>
          <w:sz w:val="18"/>
          <w:szCs w:val="44"/>
          <w:lang w:val="es-MX"/>
        </w:rPr>
        <w:t>Su decisión de participar o no hacerlo será completamente voluntaria y deberá tomarse una vez que haya recibido y comprendido la información correspondiente al Proyecto de Investigación</w:t>
      </w:r>
      <w:r w:rsidR="009575F9" w:rsidRPr="007638B2">
        <w:rPr>
          <w:i/>
          <w:iCs/>
          <w:sz w:val="18"/>
          <w:szCs w:val="44"/>
          <w:lang w:val="es-MX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62"/>
      </w:tblGrid>
      <w:tr w:rsidR="00957B53" w:rsidRPr="0088337E" w14:paraId="0822ED42" w14:textId="77777777">
        <w:tc>
          <w:tcPr>
            <w:tcW w:w="11462" w:type="dxa"/>
            <w:tcBorders>
              <w:top w:val="single" w:sz="4" w:space="0" w:color="30343A"/>
              <w:left w:val="single" w:sz="4" w:space="0" w:color="30343A"/>
              <w:bottom w:val="single" w:sz="4" w:space="0" w:color="30343A"/>
              <w:right w:val="single" w:sz="4" w:space="0" w:color="30343A"/>
            </w:tcBorders>
            <w:shd w:val="clear" w:color="auto" w:fill="30343A"/>
            <w:tcMar>
              <w:top w:w="1" w:type="dxa"/>
              <w:left w:w="5" w:type="dxa"/>
              <w:bottom w:w="1" w:type="dxa"/>
              <w:right w:w="5" w:type="dxa"/>
            </w:tcMar>
          </w:tcPr>
          <w:p w14:paraId="3FB46F69" w14:textId="01A11F71" w:rsidR="00957B53" w:rsidRPr="002A35B4" w:rsidRDefault="009575F9" w:rsidP="009A5870">
            <w:pPr>
              <w:spacing w:line="240" w:lineRule="auto"/>
              <w:rPr>
                <w:sz w:val="20"/>
                <w:szCs w:val="44"/>
                <w:lang w:val="es-MX"/>
              </w:rPr>
            </w:pPr>
            <w:r w:rsidRPr="002A35B4">
              <w:rPr>
                <w:b/>
                <w:color w:val="FFFFFF"/>
                <w:sz w:val="20"/>
                <w:szCs w:val="44"/>
              </w:rPr>
              <w:t>⬟</w:t>
            </w:r>
            <w:r w:rsidRPr="002A35B4">
              <w:rPr>
                <w:b/>
                <w:color w:val="FFFFFF"/>
                <w:sz w:val="20"/>
                <w:szCs w:val="44"/>
                <w:lang w:val="es-MX"/>
              </w:rPr>
              <w:t xml:space="preserve">  </w:t>
            </w:r>
            <w:r w:rsidRPr="00BF187C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II. DESCRIPCIÓN DE LA PARTICIPACIÓN</w:t>
            </w:r>
          </w:p>
        </w:tc>
      </w:tr>
    </w:tbl>
    <w:p w14:paraId="44E5EA78" w14:textId="1350C75B" w:rsidR="00B102D2" w:rsidRPr="00B102D2" w:rsidRDefault="00B102D2" w:rsidP="00B102D2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B102D2">
        <w:rPr>
          <w:i/>
          <w:iCs/>
          <w:sz w:val="18"/>
          <w:szCs w:val="44"/>
          <w:lang w:val="es-MX"/>
        </w:rPr>
        <w:t xml:space="preserve">La participación en el presente </w:t>
      </w:r>
      <w:r w:rsidR="0042505B">
        <w:rPr>
          <w:i/>
          <w:iCs/>
          <w:sz w:val="18"/>
          <w:szCs w:val="44"/>
          <w:lang w:val="es-MX"/>
        </w:rPr>
        <w:t>p</w:t>
      </w:r>
      <w:r w:rsidRPr="00B102D2">
        <w:rPr>
          <w:i/>
          <w:iCs/>
          <w:sz w:val="18"/>
          <w:szCs w:val="44"/>
          <w:lang w:val="es-MX"/>
        </w:rPr>
        <w:t xml:space="preserve">royecto de </w:t>
      </w:r>
      <w:r w:rsidR="0042505B">
        <w:rPr>
          <w:i/>
          <w:iCs/>
          <w:sz w:val="18"/>
          <w:szCs w:val="44"/>
          <w:lang w:val="es-MX"/>
        </w:rPr>
        <w:t>i</w:t>
      </w:r>
      <w:r w:rsidRPr="00B102D2">
        <w:rPr>
          <w:i/>
          <w:iCs/>
          <w:sz w:val="18"/>
          <w:szCs w:val="44"/>
          <w:lang w:val="es-MX"/>
        </w:rPr>
        <w:t xml:space="preserve">nvestigación tendrá </w:t>
      </w:r>
      <w:r w:rsidRPr="00B102D2">
        <w:rPr>
          <w:b/>
          <w:bCs/>
          <w:i/>
          <w:iCs/>
          <w:sz w:val="18"/>
          <w:szCs w:val="44"/>
          <w:lang w:val="es-MX"/>
        </w:rPr>
        <w:t>fines exclusivamente académicos, educativos y científicos</w:t>
      </w:r>
      <w:r w:rsidRPr="00B102D2">
        <w:rPr>
          <w:i/>
          <w:iCs/>
          <w:sz w:val="18"/>
          <w:szCs w:val="44"/>
          <w:lang w:val="es-MX"/>
        </w:rPr>
        <w:t>, orientados al análisis y fortalecimiento de los procesos de enseñanza-aprendizaje en el área de la educación en ciencias de la salud.</w:t>
      </w:r>
    </w:p>
    <w:p w14:paraId="4360E5D2" w14:textId="77777777" w:rsidR="00B102D2" w:rsidRPr="00B102D2" w:rsidRDefault="00B102D2" w:rsidP="00B102D2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B102D2">
        <w:rPr>
          <w:i/>
          <w:iCs/>
          <w:sz w:val="18"/>
          <w:szCs w:val="44"/>
          <w:lang w:val="es-MX"/>
        </w:rPr>
        <w:t>De acuerdo con las características y metodología del estudio, su participación podrá comprender una o más de las siguientes actividades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31"/>
        <w:gridCol w:w="5731"/>
      </w:tblGrid>
      <w:tr w:rsidR="00957B53" w:rsidRPr="0088337E" w14:paraId="07E1DC78" w14:textId="77777777" w:rsidTr="0003434D">
        <w:trPr>
          <w:jc w:val="center"/>
        </w:trPr>
        <w:tc>
          <w:tcPr>
            <w:tcW w:w="5731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CF11A80" w14:textId="38CC0944" w:rsidR="00957B53" w:rsidRPr="00DD63DE" w:rsidRDefault="00DD63DE" w:rsidP="009A5870">
            <w:pPr>
              <w:spacing w:line="240" w:lineRule="auto"/>
              <w:rPr>
                <w:i/>
                <w:iCs/>
                <w:sz w:val="20"/>
                <w:szCs w:val="44"/>
                <w:lang w:val="es-MX"/>
              </w:rPr>
            </w:pPr>
            <w:r w:rsidRPr="00DD63DE">
              <w:rPr>
                <w:i/>
                <w:iCs/>
                <w:sz w:val="18"/>
                <w:szCs w:val="44"/>
                <w:lang w:val="es-MX"/>
              </w:rPr>
              <w:t xml:space="preserve">☐ </w:t>
            </w:r>
            <w:r w:rsidRPr="00DD63DE">
              <w:rPr>
                <w:b/>
                <w:bCs/>
                <w:i/>
                <w:iCs/>
                <w:sz w:val="18"/>
                <w:szCs w:val="44"/>
                <w:lang w:val="es-MX"/>
              </w:rPr>
              <w:t>Responder cuestionarios y/o participar en entrevistas.</w:t>
            </w:r>
            <w:r w:rsidRPr="00DD63DE">
              <w:rPr>
                <w:i/>
                <w:iCs/>
                <w:sz w:val="18"/>
                <w:szCs w:val="44"/>
                <w:lang w:val="es-MX"/>
              </w:rPr>
              <w:br/>
              <w:t xml:space="preserve">☐ </w:t>
            </w:r>
            <w:r w:rsidRPr="00DD63DE">
              <w:rPr>
                <w:b/>
                <w:bCs/>
                <w:i/>
                <w:iCs/>
                <w:sz w:val="18"/>
                <w:szCs w:val="44"/>
                <w:lang w:val="es-MX"/>
              </w:rPr>
              <w:t>Permitir la observación de actividades académicas.</w:t>
            </w:r>
            <w:r w:rsidRPr="00DD63DE">
              <w:rPr>
                <w:i/>
                <w:iCs/>
                <w:sz w:val="18"/>
                <w:szCs w:val="44"/>
                <w:lang w:val="es-MX"/>
              </w:rPr>
              <w:br/>
              <w:t xml:space="preserve">☐ </w:t>
            </w:r>
            <w:r w:rsidRPr="00DD63DE">
              <w:rPr>
                <w:b/>
                <w:bCs/>
                <w:i/>
                <w:iCs/>
                <w:sz w:val="18"/>
                <w:szCs w:val="44"/>
                <w:lang w:val="es-MX"/>
              </w:rPr>
              <w:t xml:space="preserve">Participar en actividades formativas relacionadas con el </w:t>
            </w:r>
            <w:r w:rsidR="0042505B">
              <w:rPr>
                <w:b/>
                <w:bCs/>
                <w:i/>
                <w:iCs/>
                <w:sz w:val="18"/>
                <w:szCs w:val="44"/>
                <w:lang w:val="es-MX"/>
              </w:rPr>
              <w:t>p</w:t>
            </w:r>
            <w:r w:rsidRPr="00DD63DE">
              <w:rPr>
                <w:b/>
                <w:bCs/>
                <w:i/>
                <w:iCs/>
                <w:sz w:val="18"/>
                <w:szCs w:val="44"/>
                <w:lang w:val="es-MX"/>
              </w:rPr>
              <w:t xml:space="preserve">royecto de </w:t>
            </w:r>
            <w:r w:rsidR="0042505B">
              <w:rPr>
                <w:b/>
                <w:bCs/>
                <w:i/>
                <w:iCs/>
                <w:sz w:val="18"/>
                <w:szCs w:val="44"/>
                <w:lang w:val="es-MX"/>
              </w:rPr>
              <w:t>i</w:t>
            </w:r>
            <w:r w:rsidRPr="00DD63DE">
              <w:rPr>
                <w:b/>
                <w:bCs/>
                <w:i/>
                <w:iCs/>
                <w:sz w:val="18"/>
                <w:szCs w:val="44"/>
                <w:lang w:val="es-MX"/>
              </w:rPr>
              <w:t>nvestigación</w:t>
            </w:r>
          </w:p>
        </w:tc>
        <w:tc>
          <w:tcPr>
            <w:tcW w:w="5731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6AA5CB8C" w14:textId="77777777" w:rsidR="00957B53" w:rsidRDefault="00916112" w:rsidP="009A5870">
            <w:pPr>
              <w:spacing w:line="240" w:lineRule="auto"/>
              <w:rPr>
                <w:i/>
                <w:iCs/>
                <w:sz w:val="18"/>
                <w:szCs w:val="44"/>
                <w:lang w:val="es-MX"/>
              </w:rPr>
            </w:pPr>
            <w:r w:rsidRPr="00916112">
              <w:rPr>
                <w:b/>
                <w:bCs/>
                <w:i/>
                <w:iCs/>
                <w:sz w:val="18"/>
                <w:szCs w:val="44"/>
                <w:lang w:val="es-MX"/>
              </w:rPr>
              <w:t>Duración estimada de la participación:</w:t>
            </w:r>
            <w:r w:rsidRPr="00916112">
              <w:rPr>
                <w:i/>
                <w:iCs/>
                <w:sz w:val="18"/>
                <w:szCs w:val="44"/>
                <w:lang w:val="es-MX"/>
              </w:rPr>
              <w:t xml:space="preserve"> __________ minutos / horas.</w:t>
            </w:r>
            <w:r w:rsidRPr="00916112">
              <w:rPr>
                <w:i/>
                <w:iCs/>
                <w:sz w:val="18"/>
                <w:szCs w:val="44"/>
                <w:lang w:val="es-MX"/>
              </w:rPr>
              <w:br/>
            </w:r>
            <w:r w:rsidRPr="0088337E">
              <w:rPr>
                <w:b/>
                <w:bCs/>
                <w:i/>
                <w:iCs/>
                <w:sz w:val="18"/>
                <w:szCs w:val="44"/>
                <w:lang w:val="es-MX"/>
              </w:rPr>
              <w:t>Periodo de participación:</w:t>
            </w:r>
            <w:r w:rsidRPr="0088337E">
              <w:rPr>
                <w:i/>
                <w:iCs/>
                <w:sz w:val="18"/>
                <w:szCs w:val="44"/>
                <w:lang w:val="es-MX"/>
              </w:rPr>
              <w:t xml:space="preserve"> del __________________ al __________________</w:t>
            </w:r>
            <w:r w:rsidR="009575F9" w:rsidRPr="007638B2">
              <w:rPr>
                <w:i/>
                <w:iCs/>
                <w:sz w:val="18"/>
                <w:szCs w:val="44"/>
                <w:lang w:val="es-MX"/>
              </w:rPr>
              <w:t>.</w:t>
            </w:r>
          </w:p>
          <w:p w14:paraId="58928414" w14:textId="1764A421" w:rsidR="0091466D" w:rsidRPr="007638B2" w:rsidRDefault="0091466D" w:rsidP="009A5870">
            <w:pPr>
              <w:spacing w:line="240" w:lineRule="auto"/>
              <w:rPr>
                <w:i/>
                <w:iCs/>
                <w:sz w:val="20"/>
                <w:szCs w:val="44"/>
                <w:lang w:val="es-MX"/>
              </w:rPr>
            </w:pPr>
            <w:r w:rsidRPr="000D581B">
              <w:rPr>
                <w:i/>
                <w:iCs/>
                <w:sz w:val="18"/>
                <w:szCs w:val="44"/>
                <w:lang w:val="es-MX"/>
              </w:rPr>
              <w:t xml:space="preserve">Durante el desarrollo de las actividades </w:t>
            </w:r>
            <w:r w:rsidRPr="000D581B">
              <w:rPr>
                <w:b/>
                <w:bCs/>
                <w:i/>
                <w:iCs/>
                <w:sz w:val="18"/>
                <w:szCs w:val="44"/>
                <w:lang w:val="es-MX"/>
              </w:rPr>
              <w:t>no se solicitarán datos personales sensibles</w:t>
            </w:r>
            <w:r w:rsidRPr="000D581B">
              <w:rPr>
                <w:i/>
                <w:iCs/>
                <w:sz w:val="18"/>
                <w:szCs w:val="44"/>
                <w:lang w:val="es-MX"/>
              </w:rPr>
              <w:t xml:space="preserve">. Asimismo, no se realizarán grabaciones de audio, video o cualquier otro registro audiovisual sin contar previamente con su </w:t>
            </w:r>
            <w:r w:rsidRPr="000D581B">
              <w:rPr>
                <w:b/>
                <w:bCs/>
                <w:i/>
                <w:iCs/>
                <w:sz w:val="18"/>
                <w:szCs w:val="44"/>
                <w:lang w:val="es-MX"/>
              </w:rPr>
              <w:t>autorización expresa</w:t>
            </w:r>
            <w:r>
              <w:rPr>
                <w:b/>
                <w:bCs/>
                <w:i/>
                <w:iCs/>
                <w:sz w:val="18"/>
                <w:szCs w:val="44"/>
                <w:lang w:val="es-MX"/>
              </w:rPr>
              <w:t>.</w:t>
            </w:r>
          </w:p>
        </w:tc>
      </w:tr>
      <w:tr w:rsidR="00957B53" w:rsidRPr="007638B2" w14:paraId="5B308ED8" w14:textId="77777777" w:rsidTr="0003434D">
        <w:trPr>
          <w:jc w:val="center"/>
        </w:trPr>
        <w:tc>
          <w:tcPr>
            <w:tcW w:w="5731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1B443EDC" w14:textId="77777777" w:rsidR="005313DA" w:rsidRPr="005313DA" w:rsidRDefault="005313DA" w:rsidP="005313DA">
            <w:pPr>
              <w:spacing w:line="240" w:lineRule="auto"/>
              <w:rPr>
                <w:b/>
                <w:bCs/>
                <w:i/>
                <w:iCs/>
                <w:sz w:val="18"/>
                <w:szCs w:val="44"/>
                <w:lang w:val="es-MX"/>
              </w:rPr>
            </w:pPr>
            <w:r w:rsidRPr="005313DA">
              <w:rPr>
                <w:b/>
                <w:bCs/>
                <w:i/>
                <w:iCs/>
                <w:sz w:val="18"/>
                <w:szCs w:val="44"/>
                <w:lang w:val="es-MX"/>
              </w:rPr>
              <w:t>RIESGOS Y BENEFICIOS</w:t>
            </w:r>
          </w:p>
          <w:p w14:paraId="242C3033" w14:textId="77777777" w:rsidR="005313DA" w:rsidRPr="005313DA" w:rsidRDefault="005313DA" w:rsidP="005313DA">
            <w:pPr>
              <w:spacing w:line="240" w:lineRule="auto"/>
              <w:rPr>
                <w:i/>
                <w:iCs/>
                <w:sz w:val="18"/>
                <w:szCs w:val="44"/>
                <w:lang w:val="es-MX"/>
              </w:rPr>
            </w:pPr>
            <w:r w:rsidRPr="005313DA">
              <w:rPr>
                <w:i/>
                <w:iCs/>
                <w:sz w:val="18"/>
                <w:szCs w:val="44"/>
                <w:lang w:val="es-MX"/>
              </w:rPr>
              <w:t xml:space="preserve">La investigación se considera de </w:t>
            </w:r>
            <w:r w:rsidRPr="005313DA">
              <w:rPr>
                <w:b/>
                <w:bCs/>
                <w:i/>
                <w:iCs/>
                <w:sz w:val="18"/>
                <w:szCs w:val="44"/>
                <w:lang w:val="es-MX"/>
              </w:rPr>
              <w:t>riesgo mínimo</w:t>
            </w:r>
            <w:r w:rsidRPr="005313DA">
              <w:rPr>
                <w:i/>
                <w:iCs/>
                <w:sz w:val="18"/>
                <w:szCs w:val="44"/>
                <w:lang w:val="es-MX"/>
              </w:rPr>
              <w:t>, comparable con las actividades que habitualmente se desarrollan en el entorno académico y dentro del aula.</w:t>
            </w:r>
          </w:p>
          <w:p w14:paraId="7ED39BF7" w14:textId="4E41E9CC" w:rsidR="00957B53" w:rsidRPr="007638B2" w:rsidRDefault="005313DA" w:rsidP="005313DA">
            <w:pPr>
              <w:spacing w:line="240" w:lineRule="auto"/>
              <w:rPr>
                <w:i/>
                <w:iCs/>
                <w:sz w:val="20"/>
                <w:szCs w:val="44"/>
                <w:lang w:val="es-MX"/>
              </w:rPr>
            </w:pPr>
            <w:r w:rsidRPr="005313DA">
              <w:rPr>
                <w:i/>
                <w:iCs/>
                <w:sz w:val="18"/>
                <w:szCs w:val="44"/>
                <w:lang w:val="es-MX"/>
              </w:rPr>
              <w:t xml:space="preserve">Los beneficios potenciales derivados del estudio se relacionan con la generación de información que contribuya al </w:t>
            </w:r>
            <w:r w:rsidRPr="005313DA">
              <w:rPr>
                <w:b/>
                <w:bCs/>
                <w:i/>
                <w:iCs/>
                <w:sz w:val="18"/>
                <w:szCs w:val="44"/>
                <w:lang w:val="es-MX"/>
              </w:rPr>
              <w:t>análisis y mejora de las prácticas educativas</w:t>
            </w:r>
            <w:r w:rsidRPr="005313DA">
              <w:rPr>
                <w:i/>
                <w:iCs/>
                <w:sz w:val="18"/>
                <w:szCs w:val="44"/>
                <w:lang w:val="es-MX"/>
              </w:rPr>
              <w:t>, así como al fortalecimiento de los procesos de enseñanza-aprendizaje y de la formación académica de estudiantes y docentes</w:t>
            </w:r>
            <w:r w:rsidR="009575F9" w:rsidRPr="007638B2">
              <w:rPr>
                <w:i/>
                <w:iCs/>
                <w:sz w:val="18"/>
                <w:szCs w:val="44"/>
                <w:lang w:val="es-MX"/>
              </w:rPr>
              <w:t>.</w:t>
            </w:r>
          </w:p>
        </w:tc>
        <w:tc>
          <w:tcPr>
            <w:tcW w:w="5731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1D1AA1A" w14:textId="77777777" w:rsidR="0080701C" w:rsidRPr="0080701C" w:rsidRDefault="0080701C" w:rsidP="0080701C">
            <w:pPr>
              <w:spacing w:line="240" w:lineRule="auto"/>
              <w:rPr>
                <w:b/>
                <w:bCs/>
                <w:i/>
                <w:iCs/>
                <w:sz w:val="18"/>
                <w:szCs w:val="44"/>
                <w:lang w:val="es-MX"/>
              </w:rPr>
            </w:pPr>
            <w:r w:rsidRPr="0080701C">
              <w:rPr>
                <w:b/>
                <w:bCs/>
                <w:i/>
                <w:iCs/>
                <w:sz w:val="18"/>
                <w:szCs w:val="44"/>
                <w:lang w:val="es-MX"/>
              </w:rPr>
              <w:t>VOLUNTARIEDAD Y DERECHO A RETIRARSE</w:t>
            </w:r>
          </w:p>
          <w:p w14:paraId="171351A9" w14:textId="62BC2A2A" w:rsidR="00957B53" w:rsidRPr="00DB063C" w:rsidRDefault="0080701C" w:rsidP="009A5870">
            <w:pPr>
              <w:spacing w:line="240" w:lineRule="auto"/>
              <w:rPr>
                <w:i/>
                <w:iCs/>
                <w:sz w:val="18"/>
                <w:szCs w:val="44"/>
                <w:lang w:val="es-MX"/>
              </w:rPr>
            </w:pPr>
            <w:r w:rsidRPr="0080701C">
              <w:rPr>
                <w:i/>
                <w:iCs/>
                <w:sz w:val="18"/>
                <w:szCs w:val="44"/>
                <w:lang w:val="es-MX"/>
              </w:rPr>
              <w:t xml:space="preserve">La permanencia en el </w:t>
            </w:r>
            <w:r w:rsidR="0042505B">
              <w:rPr>
                <w:i/>
                <w:iCs/>
                <w:sz w:val="18"/>
                <w:szCs w:val="44"/>
                <w:lang w:val="es-MX"/>
              </w:rPr>
              <w:t>p</w:t>
            </w:r>
            <w:r w:rsidRPr="0080701C">
              <w:rPr>
                <w:i/>
                <w:iCs/>
                <w:sz w:val="18"/>
                <w:szCs w:val="44"/>
                <w:lang w:val="es-MX"/>
              </w:rPr>
              <w:t xml:space="preserve">royecto de </w:t>
            </w:r>
            <w:r w:rsidR="0042505B">
              <w:rPr>
                <w:i/>
                <w:iCs/>
                <w:sz w:val="18"/>
                <w:szCs w:val="44"/>
                <w:lang w:val="es-MX"/>
              </w:rPr>
              <w:t>i</w:t>
            </w:r>
            <w:r w:rsidRPr="0080701C">
              <w:rPr>
                <w:i/>
                <w:iCs/>
                <w:sz w:val="18"/>
                <w:szCs w:val="44"/>
                <w:lang w:val="es-MX"/>
              </w:rPr>
              <w:t xml:space="preserve">nvestigación será </w:t>
            </w:r>
            <w:r w:rsidRPr="0080701C">
              <w:rPr>
                <w:b/>
                <w:bCs/>
                <w:i/>
                <w:iCs/>
                <w:sz w:val="18"/>
                <w:szCs w:val="44"/>
                <w:lang w:val="es-MX"/>
              </w:rPr>
              <w:t>completamente voluntaria</w:t>
            </w:r>
            <w:r w:rsidRPr="0080701C">
              <w:rPr>
                <w:i/>
                <w:iCs/>
                <w:sz w:val="18"/>
                <w:szCs w:val="44"/>
                <w:lang w:val="es-MX"/>
              </w:rPr>
              <w:t xml:space="preserve">. El/la participante podrá decidir no continuar y </w:t>
            </w:r>
            <w:r w:rsidRPr="0080701C">
              <w:rPr>
                <w:b/>
                <w:bCs/>
                <w:i/>
                <w:iCs/>
                <w:sz w:val="18"/>
                <w:szCs w:val="44"/>
                <w:lang w:val="es-MX"/>
              </w:rPr>
              <w:t>retirarse en cualquier momento</w:t>
            </w:r>
            <w:r w:rsidRPr="0080701C">
              <w:rPr>
                <w:i/>
                <w:iCs/>
                <w:sz w:val="18"/>
                <w:szCs w:val="44"/>
                <w:lang w:val="es-MX"/>
              </w:rPr>
              <w:t xml:space="preserve">, sin que sea necesario justificar su decisión y sin que ello genere repercusiones de carácter </w:t>
            </w:r>
            <w:r w:rsidRPr="0080701C">
              <w:rPr>
                <w:b/>
                <w:bCs/>
                <w:i/>
                <w:iCs/>
                <w:sz w:val="18"/>
                <w:szCs w:val="44"/>
                <w:lang w:val="es-MX"/>
              </w:rPr>
              <w:t>académico, administrativo o personal</w:t>
            </w:r>
            <w:r w:rsidR="00DB063C">
              <w:rPr>
                <w:i/>
                <w:iCs/>
                <w:sz w:val="18"/>
                <w:szCs w:val="44"/>
                <w:lang w:val="es-MX"/>
              </w:rPr>
              <w:t>.</w:t>
            </w:r>
          </w:p>
        </w:tc>
      </w:tr>
      <w:tr w:rsidR="00957B53" w:rsidRPr="0088337E" w14:paraId="15D1129B" w14:textId="77777777">
        <w:tblPrEx>
          <w:jc w:val="left"/>
        </w:tblPrEx>
        <w:tc>
          <w:tcPr>
            <w:tcW w:w="11462" w:type="dxa"/>
            <w:gridSpan w:val="2"/>
            <w:tcBorders>
              <w:top w:val="single" w:sz="4" w:space="0" w:color="30343A"/>
              <w:left w:val="single" w:sz="4" w:space="0" w:color="30343A"/>
              <w:bottom w:val="single" w:sz="4" w:space="0" w:color="30343A"/>
              <w:right w:val="single" w:sz="4" w:space="0" w:color="30343A"/>
            </w:tcBorders>
            <w:shd w:val="clear" w:color="auto" w:fill="30343A"/>
            <w:tcMar>
              <w:top w:w="1" w:type="dxa"/>
              <w:left w:w="5" w:type="dxa"/>
              <w:bottom w:w="1" w:type="dxa"/>
              <w:right w:w="5" w:type="dxa"/>
            </w:tcMar>
          </w:tcPr>
          <w:p w14:paraId="70E4D520" w14:textId="77777777" w:rsidR="00957B53" w:rsidRPr="002A35B4" w:rsidRDefault="009575F9" w:rsidP="009A5870">
            <w:pPr>
              <w:spacing w:line="240" w:lineRule="auto"/>
              <w:rPr>
                <w:sz w:val="20"/>
                <w:szCs w:val="44"/>
                <w:lang w:val="es-MX"/>
              </w:rPr>
            </w:pPr>
            <w:r w:rsidRPr="002A35B4">
              <w:rPr>
                <w:b/>
                <w:color w:val="FFFFFF"/>
                <w:sz w:val="20"/>
                <w:szCs w:val="44"/>
              </w:rPr>
              <w:t>⬟</w:t>
            </w:r>
            <w:r w:rsidRPr="002A35B4">
              <w:rPr>
                <w:b/>
                <w:color w:val="FFFFFF"/>
                <w:sz w:val="20"/>
                <w:szCs w:val="44"/>
                <w:lang w:val="es-MX"/>
              </w:rPr>
              <w:t xml:space="preserve">  </w:t>
            </w:r>
            <w:r w:rsidRPr="0091466D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III. CONFIDENCIALIDAD Y SUSTENTO NORMATIVO Y ÉTICO</w:t>
            </w:r>
          </w:p>
        </w:tc>
      </w:tr>
    </w:tbl>
    <w:p w14:paraId="10C38008" w14:textId="77777777" w:rsidR="00957B53" w:rsidRPr="007638B2" w:rsidRDefault="009575F9" w:rsidP="003F44FB">
      <w:pPr>
        <w:spacing w:line="240" w:lineRule="auto"/>
        <w:jc w:val="both"/>
        <w:rPr>
          <w:i/>
          <w:iCs/>
          <w:sz w:val="20"/>
          <w:szCs w:val="44"/>
          <w:lang w:val="es-MX"/>
        </w:rPr>
      </w:pPr>
      <w:r w:rsidRPr="007638B2">
        <w:rPr>
          <w:i/>
          <w:iCs/>
          <w:sz w:val="18"/>
          <w:szCs w:val="44"/>
          <w:lang w:val="es-MX"/>
        </w:rPr>
        <w:t>Confidencialidad. Su información será tratada de manera confidencial y anónima. Los datos serán codificados y resguardados en archivos seguros del investigador responsable. No se publicará su nombre ni información que permita identificarle.</w:t>
      </w:r>
    </w:p>
    <w:p w14:paraId="37135D77" w14:textId="77777777" w:rsidR="00957B53" w:rsidRPr="007638B2" w:rsidRDefault="009575F9" w:rsidP="003F44FB">
      <w:pPr>
        <w:spacing w:line="240" w:lineRule="auto"/>
        <w:jc w:val="both"/>
        <w:rPr>
          <w:i/>
          <w:iCs/>
          <w:sz w:val="20"/>
          <w:szCs w:val="44"/>
          <w:lang w:val="es-MX"/>
        </w:rPr>
      </w:pPr>
      <w:r w:rsidRPr="007638B2">
        <w:rPr>
          <w:i/>
          <w:iCs/>
          <w:sz w:val="18"/>
          <w:szCs w:val="44"/>
          <w:lang w:val="es-MX"/>
        </w:rPr>
        <w:t>Sustento normativo y ético. Esta investigación se rige por los principios de la Declaración de Helsinki (2013, revisión 2024), el Informe Belmont (1979), la Ley General de Salud (México, Título Quinto) y la Ley General de Protección de Datos Personales (2017).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62"/>
      </w:tblGrid>
      <w:tr w:rsidR="00957B53" w:rsidRPr="0088337E" w14:paraId="710910D4" w14:textId="77777777">
        <w:tc>
          <w:tcPr>
            <w:tcW w:w="11462" w:type="dxa"/>
            <w:tcBorders>
              <w:top w:val="single" w:sz="4" w:space="0" w:color="30343A"/>
              <w:left w:val="single" w:sz="4" w:space="0" w:color="30343A"/>
              <w:bottom w:val="single" w:sz="4" w:space="0" w:color="30343A"/>
              <w:right w:val="single" w:sz="4" w:space="0" w:color="30343A"/>
            </w:tcBorders>
            <w:shd w:val="clear" w:color="auto" w:fill="30343A"/>
            <w:tcMar>
              <w:top w:w="1" w:type="dxa"/>
              <w:left w:w="5" w:type="dxa"/>
              <w:bottom w:w="1" w:type="dxa"/>
              <w:right w:w="5" w:type="dxa"/>
            </w:tcMar>
          </w:tcPr>
          <w:p w14:paraId="7CF57EA9" w14:textId="77777777" w:rsidR="00957B53" w:rsidRPr="002A35B4" w:rsidRDefault="009575F9" w:rsidP="009A5870">
            <w:pPr>
              <w:spacing w:line="240" w:lineRule="auto"/>
              <w:rPr>
                <w:sz w:val="20"/>
                <w:szCs w:val="44"/>
                <w:lang w:val="es-MX"/>
              </w:rPr>
            </w:pPr>
            <w:r w:rsidRPr="002A35B4">
              <w:rPr>
                <w:b/>
                <w:color w:val="FFFFFF"/>
                <w:sz w:val="20"/>
                <w:szCs w:val="44"/>
              </w:rPr>
              <w:t>⬟</w:t>
            </w:r>
            <w:r w:rsidRPr="002A35B4">
              <w:rPr>
                <w:b/>
                <w:color w:val="FFFFFF"/>
                <w:sz w:val="20"/>
                <w:szCs w:val="44"/>
                <w:lang w:val="es-MX"/>
              </w:rPr>
              <w:t xml:space="preserve">  </w:t>
            </w:r>
            <w:r w:rsidRPr="0088337E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IV. DECLARACIÓN Y DECISIÓN DEL/DE LA PARTICIPANTE</w:t>
            </w:r>
          </w:p>
        </w:tc>
      </w:tr>
    </w:tbl>
    <w:p w14:paraId="5AB23A13" w14:textId="7F2ACC9D" w:rsidR="00521DDE" w:rsidRPr="00521DDE" w:rsidRDefault="00521DDE" w:rsidP="003F44FB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521DDE">
        <w:rPr>
          <w:i/>
          <w:iCs/>
          <w:sz w:val="18"/>
          <w:szCs w:val="44"/>
          <w:lang w:val="es-MX"/>
        </w:rPr>
        <w:t xml:space="preserve">Declaro que he </w:t>
      </w:r>
      <w:r w:rsidRPr="00521DDE">
        <w:rPr>
          <w:b/>
          <w:bCs/>
          <w:i/>
          <w:iCs/>
          <w:sz w:val="18"/>
          <w:szCs w:val="44"/>
          <w:lang w:val="es-MX"/>
        </w:rPr>
        <w:t>leído y comprendido la información</w:t>
      </w:r>
      <w:r w:rsidRPr="00521DDE">
        <w:rPr>
          <w:i/>
          <w:iCs/>
          <w:sz w:val="18"/>
          <w:szCs w:val="44"/>
          <w:lang w:val="es-MX"/>
        </w:rPr>
        <w:t xml:space="preserve"> que me ha sido proporcionada respecto al presente </w:t>
      </w:r>
      <w:r w:rsidR="008F0E25">
        <w:rPr>
          <w:i/>
          <w:iCs/>
          <w:sz w:val="18"/>
          <w:szCs w:val="44"/>
          <w:lang w:val="es-MX"/>
        </w:rPr>
        <w:t>p</w:t>
      </w:r>
      <w:r w:rsidRPr="00521DDE">
        <w:rPr>
          <w:i/>
          <w:iCs/>
          <w:sz w:val="18"/>
          <w:szCs w:val="44"/>
          <w:lang w:val="es-MX"/>
        </w:rPr>
        <w:t xml:space="preserve">royecto de </w:t>
      </w:r>
      <w:r w:rsidR="008F0E25">
        <w:rPr>
          <w:i/>
          <w:iCs/>
          <w:sz w:val="18"/>
          <w:szCs w:val="44"/>
          <w:lang w:val="es-MX"/>
        </w:rPr>
        <w:t>i</w:t>
      </w:r>
      <w:r w:rsidRPr="00521DDE">
        <w:rPr>
          <w:i/>
          <w:iCs/>
          <w:sz w:val="18"/>
          <w:szCs w:val="44"/>
          <w:lang w:val="es-MX"/>
        </w:rPr>
        <w:t>nvestigación. Asimismo, manifiesto que he tenido la oportunidad de realizar las preguntas que consider</w:t>
      </w:r>
      <w:r w:rsidR="008F0E25">
        <w:rPr>
          <w:i/>
          <w:iCs/>
          <w:sz w:val="18"/>
          <w:szCs w:val="44"/>
          <w:lang w:val="es-MX"/>
        </w:rPr>
        <w:t>e</w:t>
      </w:r>
      <w:r w:rsidRPr="00521DDE">
        <w:rPr>
          <w:i/>
          <w:iCs/>
          <w:sz w:val="18"/>
          <w:szCs w:val="44"/>
          <w:lang w:val="es-MX"/>
        </w:rPr>
        <w:t xml:space="preserve"> necesarias y que mis dudas fueron atendidas y aclaradas de manera satisfactoria.</w:t>
      </w:r>
    </w:p>
    <w:p w14:paraId="026ADFB8" w14:textId="5EF8A445" w:rsidR="00521DDE" w:rsidRPr="00521DDE" w:rsidRDefault="00521DDE" w:rsidP="003F44FB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521DDE">
        <w:rPr>
          <w:i/>
          <w:iCs/>
          <w:sz w:val="18"/>
          <w:szCs w:val="44"/>
          <w:lang w:val="es-MX"/>
        </w:rPr>
        <w:t xml:space="preserve">Con base en la información recibida, manifiesto que mi decisión respecto a la participación en este estudio es </w:t>
      </w:r>
      <w:r w:rsidRPr="00521DDE">
        <w:rPr>
          <w:b/>
          <w:bCs/>
          <w:i/>
          <w:iCs/>
          <w:sz w:val="18"/>
          <w:szCs w:val="44"/>
          <w:lang w:val="es-MX"/>
        </w:rPr>
        <w:t>libre, consciente y voluntaria</w:t>
      </w:r>
      <w:r w:rsidRPr="00521DDE">
        <w:rPr>
          <w:i/>
          <w:iCs/>
          <w:sz w:val="18"/>
          <w:szCs w:val="44"/>
          <w:lang w:val="es-MX"/>
        </w:rPr>
        <w:t xml:space="preserve">, y que conozco mi derecho a retirarme del </w:t>
      </w:r>
      <w:r w:rsidR="008F0E25">
        <w:rPr>
          <w:i/>
          <w:iCs/>
          <w:sz w:val="18"/>
          <w:szCs w:val="44"/>
          <w:lang w:val="es-MX"/>
        </w:rPr>
        <w:t>p</w:t>
      </w:r>
      <w:r w:rsidRPr="00521DDE">
        <w:rPr>
          <w:i/>
          <w:iCs/>
          <w:sz w:val="18"/>
          <w:szCs w:val="44"/>
          <w:lang w:val="es-MX"/>
        </w:rPr>
        <w:t xml:space="preserve">royecto de </w:t>
      </w:r>
      <w:r w:rsidR="008F0E25">
        <w:rPr>
          <w:i/>
          <w:iCs/>
          <w:sz w:val="18"/>
          <w:szCs w:val="44"/>
          <w:lang w:val="es-MX"/>
        </w:rPr>
        <w:t>i</w:t>
      </w:r>
      <w:r w:rsidRPr="00521DDE">
        <w:rPr>
          <w:i/>
          <w:iCs/>
          <w:sz w:val="18"/>
          <w:szCs w:val="44"/>
          <w:lang w:val="es-MX"/>
        </w:rPr>
        <w:t>nvestigación en cualquier momento</w:t>
      </w:r>
      <w:r w:rsidR="005F2CC0">
        <w:rPr>
          <w:i/>
          <w:iCs/>
          <w:sz w:val="18"/>
          <w:szCs w:val="44"/>
          <w:lang w:val="es-MX"/>
        </w:rPr>
        <w:t>.</w:t>
      </w:r>
    </w:p>
    <w:p w14:paraId="3CFFDB82" w14:textId="77777777" w:rsidR="00E30031" w:rsidRDefault="000B5B4D" w:rsidP="005F2CC0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s-MX" w:eastAsia="es-MX"/>
        </w:rPr>
      </w:pPr>
      <w:r w:rsidRPr="000B5B4D">
        <w:rPr>
          <w:b/>
          <w:bCs/>
          <w:i/>
          <w:iCs/>
          <w:sz w:val="18"/>
          <w:szCs w:val="44"/>
          <w:lang w:val="es-MX"/>
        </w:rPr>
        <w:t>Una vez comprendida la información anterior, marque con una “X” la opción que corresponda a su decisión</w:t>
      </w:r>
      <w:r>
        <w:rPr>
          <w:b/>
          <w:bCs/>
          <w:i/>
          <w:iCs/>
          <w:sz w:val="18"/>
          <w:szCs w:val="44"/>
          <w:lang w:val="es-MX"/>
        </w:rPr>
        <w:t>:</w:t>
      </w:r>
      <w:r w:rsidR="005F2CC0" w:rsidRPr="005F2CC0">
        <w:rPr>
          <w:rFonts w:ascii="Times New Roman" w:eastAsia="Times New Roman" w:hAnsi="Times New Roman" w:cs="Times New Roman"/>
          <w:color w:val="auto"/>
          <w:sz w:val="24"/>
          <w:szCs w:val="24"/>
          <w:lang w:val="es-MX" w:eastAsia="es-MX"/>
        </w:rPr>
        <w:t xml:space="preserve"> </w:t>
      </w:r>
    </w:p>
    <w:p w14:paraId="46CAC664" w14:textId="0812D026" w:rsidR="005F2CC0" w:rsidRPr="005F2CC0" w:rsidRDefault="005F2CC0" w:rsidP="00E30031">
      <w:pPr>
        <w:spacing w:line="240" w:lineRule="auto"/>
        <w:jc w:val="center"/>
        <w:rPr>
          <w:b/>
          <w:bCs/>
          <w:i/>
          <w:iCs/>
          <w:sz w:val="20"/>
          <w:szCs w:val="44"/>
          <w:lang w:val="es-MX"/>
        </w:rPr>
      </w:pPr>
      <w:r w:rsidRPr="00514DFD">
        <w:rPr>
          <w:b/>
          <w:bCs/>
          <w:i/>
          <w:iCs/>
          <w:sz w:val="24"/>
          <w:szCs w:val="52"/>
          <w:lang w:val="es-MX"/>
        </w:rPr>
        <w:t>☐</w:t>
      </w:r>
      <w:r w:rsidRPr="005F2CC0">
        <w:rPr>
          <w:b/>
          <w:bCs/>
          <w:i/>
          <w:iCs/>
          <w:sz w:val="20"/>
          <w:szCs w:val="44"/>
          <w:lang w:val="es-MX"/>
        </w:rPr>
        <w:t xml:space="preserve"> SÍ deseo participar</w:t>
      </w:r>
      <w:r w:rsidRPr="005F2CC0">
        <w:rPr>
          <w:b/>
          <w:bCs/>
          <w:i/>
          <w:iCs/>
          <w:sz w:val="20"/>
          <w:szCs w:val="44"/>
          <w:lang w:val="es-MX"/>
        </w:rPr>
        <w:t> </w:t>
      </w:r>
      <w:r w:rsidR="00E30031">
        <w:rPr>
          <w:b/>
          <w:bCs/>
          <w:i/>
          <w:iCs/>
          <w:sz w:val="20"/>
          <w:szCs w:val="44"/>
          <w:lang w:val="es-MX"/>
        </w:rPr>
        <w:t xml:space="preserve">       </w:t>
      </w:r>
      <w:r w:rsidRPr="005F2CC0">
        <w:rPr>
          <w:b/>
          <w:bCs/>
          <w:i/>
          <w:iCs/>
          <w:sz w:val="20"/>
          <w:szCs w:val="44"/>
          <w:lang w:val="es-MX"/>
        </w:rPr>
        <w:t> </w:t>
      </w:r>
      <w:r w:rsidRPr="005F2CC0">
        <w:rPr>
          <w:b/>
          <w:bCs/>
          <w:i/>
          <w:iCs/>
          <w:sz w:val="20"/>
          <w:szCs w:val="44"/>
          <w:lang w:val="es-MX"/>
        </w:rPr>
        <w:t> </w:t>
      </w:r>
      <w:r w:rsidRPr="00514DFD">
        <w:rPr>
          <w:b/>
          <w:bCs/>
          <w:i/>
          <w:iCs/>
          <w:sz w:val="24"/>
          <w:szCs w:val="52"/>
          <w:lang w:val="es-MX"/>
        </w:rPr>
        <w:t>☐</w:t>
      </w:r>
      <w:r w:rsidRPr="005F2CC0">
        <w:rPr>
          <w:b/>
          <w:bCs/>
          <w:i/>
          <w:iCs/>
          <w:sz w:val="20"/>
          <w:szCs w:val="44"/>
          <w:lang w:val="es-MX"/>
        </w:rPr>
        <w:t xml:space="preserve"> NO deseo participar</w:t>
      </w:r>
    </w:p>
    <w:p w14:paraId="6C29B69A" w14:textId="77777777" w:rsidR="005F2CC0" w:rsidRPr="00514DFD" w:rsidRDefault="005F2CC0" w:rsidP="005F2CC0">
      <w:pPr>
        <w:spacing w:line="240" w:lineRule="auto"/>
        <w:rPr>
          <w:b/>
          <w:bCs/>
          <w:i/>
          <w:iCs/>
          <w:sz w:val="20"/>
          <w:szCs w:val="44"/>
          <w:lang w:val="es-MX"/>
        </w:rPr>
      </w:pPr>
      <w:r w:rsidRPr="00514DFD">
        <w:rPr>
          <w:b/>
          <w:bCs/>
          <w:i/>
          <w:iCs/>
          <w:sz w:val="20"/>
          <w:szCs w:val="44"/>
          <w:lang w:val="es-MX"/>
        </w:rPr>
        <w:t xml:space="preserve">Nombre completo del/de la participante: </w:t>
      </w:r>
    </w:p>
    <w:p w14:paraId="174F2EB4" w14:textId="77777777" w:rsidR="005F2CC0" w:rsidRPr="00E30031" w:rsidRDefault="003C53C9" w:rsidP="005F2CC0">
      <w:pPr>
        <w:spacing w:line="240" w:lineRule="auto"/>
        <w:rPr>
          <w:i/>
          <w:iCs/>
          <w:sz w:val="20"/>
          <w:szCs w:val="44"/>
          <w:lang w:val="es-MX"/>
        </w:rPr>
      </w:pPr>
      <w:r>
        <w:rPr>
          <w:i/>
          <w:iCs/>
          <w:sz w:val="20"/>
          <w:szCs w:val="44"/>
          <w:lang w:val="es-MX"/>
        </w:rPr>
        <w:pict w14:anchorId="0D1A58BB">
          <v:rect id="_x0000_i1025" style="width:0;height:1.5pt" o:hralign="center" o:hrstd="t" o:hr="t" fillcolor="#a0a0a0" stroked="f"/>
        </w:pict>
      </w:r>
    </w:p>
    <w:p w14:paraId="53BF7380" w14:textId="77777777" w:rsidR="005F2CC0" w:rsidRDefault="005F2CC0" w:rsidP="00514DFD">
      <w:pPr>
        <w:spacing w:line="240" w:lineRule="auto"/>
        <w:jc w:val="center"/>
        <w:rPr>
          <w:i/>
          <w:iCs/>
          <w:sz w:val="18"/>
          <w:szCs w:val="40"/>
          <w:lang w:val="es-MX"/>
        </w:rPr>
      </w:pPr>
      <w:r w:rsidRPr="00514DFD">
        <w:rPr>
          <w:i/>
          <w:iCs/>
          <w:sz w:val="18"/>
          <w:szCs w:val="40"/>
          <w:lang w:val="es-MX"/>
        </w:rPr>
        <w:t>Nombre(s), apellido paterno y apellido materno</w:t>
      </w:r>
    </w:p>
    <w:p w14:paraId="1496A355" w14:textId="77777777" w:rsidR="00514DFD" w:rsidRPr="00514DFD" w:rsidRDefault="00514DFD" w:rsidP="00514DFD">
      <w:pPr>
        <w:spacing w:line="240" w:lineRule="auto"/>
        <w:jc w:val="center"/>
        <w:rPr>
          <w:i/>
          <w:iCs/>
          <w:sz w:val="18"/>
          <w:szCs w:val="40"/>
          <w:lang w:val="es-MX"/>
        </w:rPr>
      </w:pPr>
    </w:p>
    <w:p w14:paraId="72BED39B" w14:textId="77777777" w:rsidR="005F2CC0" w:rsidRPr="00E30031" w:rsidRDefault="005F2CC0" w:rsidP="005F2CC0">
      <w:pPr>
        <w:spacing w:line="240" w:lineRule="auto"/>
        <w:rPr>
          <w:i/>
          <w:iCs/>
          <w:sz w:val="20"/>
          <w:szCs w:val="44"/>
          <w:lang w:val="es-MX"/>
        </w:rPr>
      </w:pPr>
      <w:r w:rsidRPr="0088337E">
        <w:rPr>
          <w:b/>
          <w:bCs/>
          <w:i/>
          <w:iCs/>
          <w:sz w:val="20"/>
          <w:szCs w:val="44"/>
          <w:lang w:val="es-MX"/>
        </w:rPr>
        <w:t>Firma:</w:t>
      </w:r>
      <w:r w:rsidRPr="00E30031">
        <w:rPr>
          <w:i/>
          <w:iCs/>
          <w:sz w:val="20"/>
          <w:szCs w:val="44"/>
          <w:lang w:val="es-MX"/>
        </w:rPr>
        <w:t xml:space="preserve"> ____________________________________</w:t>
      </w:r>
      <w:r w:rsidRPr="00E30031">
        <w:rPr>
          <w:i/>
          <w:iCs/>
          <w:sz w:val="20"/>
          <w:szCs w:val="44"/>
          <w:lang w:val="es-MX"/>
        </w:rPr>
        <w:t> </w:t>
      </w:r>
      <w:r w:rsidRPr="00E30031">
        <w:rPr>
          <w:i/>
          <w:iCs/>
          <w:sz w:val="20"/>
          <w:szCs w:val="44"/>
          <w:lang w:val="es-MX"/>
        </w:rPr>
        <w:t> </w:t>
      </w:r>
      <w:r w:rsidRPr="0088337E">
        <w:rPr>
          <w:b/>
          <w:bCs/>
          <w:i/>
          <w:iCs/>
          <w:sz w:val="20"/>
          <w:szCs w:val="44"/>
          <w:lang w:val="es-MX"/>
        </w:rPr>
        <w:t>Fecha:</w:t>
      </w:r>
      <w:r w:rsidRPr="00E30031">
        <w:rPr>
          <w:i/>
          <w:iCs/>
          <w:sz w:val="20"/>
          <w:szCs w:val="44"/>
          <w:lang w:val="es-MX"/>
        </w:rPr>
        <w:t xml:space="preserve"> _____ / _____ / 20____</w:t>
      </w:r>
    </w:p>
    <w:p w14:paraId="1DC8E6E8" w14:textId="77777777" w:rsidR="005F2CC0" w:rsidRPr="00E30031" w:rsidRDefault="005F2CC0" w:rsidP="003F44FB">
      <w:pPr>
        <w:spacing w:line="240" w:lineRule="auto"/>
        <w:jc w:val="both"/>
        <w:rPr>
          <w:i/>
          <w:iCs/>
          <w:sz w:val="20"/>
          <w:szCs w:val="44"/>
          <w:lang w:val="es-MX"/>
        </w:rPr>
      </w:pPr>
      <w:r w:rsidRPr="00E30031">
        <w:rPr>
          <w:i/>
          <w:iCs/>
          <w:sz w:val="20"/>
          <w:szCs w:val="44"/>
          <w:lang w:val="es-MX"/>
        </w:rPr>
        <w:lastRenderedPageBreak/>
        <w:t xml:space="preserve">Asimismo, hago constar que los/las investigadores(as) me han brindado la posibilidad de </w:t>
      </w:r>
      <w:r w:rsidRPr="00514DFD">
        <w:rPr>
          <w:b/>
          <w:bCs/>
          <w:i/>
          <w:iCs/>
          <w:sz w:val="20"/>
          <w:szCs w:val="44"/>
          <w:lang w:val="es-MX"/>
        </w:rPr>
        <w:t>decidir libremente sobre mi participación</w:t>
      </w:r>
      <w:r w:rsidRPr="00E30031">
        <w:rPr>
          <w:i/>
          <w:iCs/>
          <w:sz w:val="20"/>
          <w:szCs w:val="44"/>
          <w:lang w:val="es-MX"/>
        </w:rPr>
        <w:t xml:space="preserve"> y me han explicado, de manera clara y comprensible, la información relacionada con el desarrollo del estudio.</w:t>
      </w:r>
    </w:p>
    <w:p w14:paraId="3F4F2707" w14:textId="77777777" w:rsidR="005F2CC0" w:rsidRPr="00E30031" w:rsidRDefault="005F2CC0" w:rsidP="003F44FB">
      <w:pPr>
        <w:spacing w:line="240" w:lineRule="auto"/>
        <w:jc w:val="both"/>
        <w:rPr>
          <w:i/>
          <w:iCs/>
          <w:sz w:val="20"/>
          <w:szCs w:val="44"/>
          <w:lang w:val="es-MX"/>
        </w:rPr>
      </w:pPr>
      <w:r w:rsidRPr="00E30031">
        <w:rPr>
          <w:i/>
          <w:iCs/>
          <w:sz w:val="20"/>
          <w:szCs w:val="44"/>
          <w:lang w:val="es-MX"/>
        </w:rPr>
        <w:t xml:space="preserve">Comprendo que, en caso de presentarse durante la investigación alguna </w:t>
      </w:r>
      <w:r w:rsidRPr="00AC0ED2">
        <w:rPr>
          <w:b/>
          <w:bCs/>
          <w:i/>
          <w:iCs/>
          <w:sz w:val="20"/>
          <w:szCs w:val="44"/>
          <w:lang w:val="es-MX"/>
        </w:rPr>
        <w:t>situación o información relevante que no me haya sido comunicada previamente,</w:t>
      </w:r>
      <w:r w:rsidRPr="00E30031">
        <w:rPr>
          <w:i/>
          <w:iCs/>
          <w:sz w:val="20"/>
          <w:szCs w:val="44"/>
          <w:lang w:val="es-MX"/>
        </w:rPr>
        <w:t xml:space="preserve"> ésta me será informada oportunamente.</w:t>
      </w:r>
    </w:p>
    <w:p w14:paraId="1B8EB80B" w14:textId="54C7EE16" w:rsidR="00957B53" w:rsidRPr="00E30031" w:rsidRDefault="005F2CC0" w:rsidP="003F44FB">
      <w:pPr>
        <w:spacing w:line="240" w:lineRule="auto"/>
        <w:jc w:val="both"/>
        <w:rPr>
          <w:i/>
          <w:iCs/>
          <w:sz w:val="20"/>
          <w:szCs w:val="44"/>
          <w:lang w:val="es-MX"/>
        </w:rPr>
      </w:pPr>
      <w:r w:rsidRPr="00E30031">
        <w:rPr>
          <w:i/>
          <w:iCs/>
          <w:sz w:val="20"/>
          <w:szCs w:val="44"/>
          <w:lang w:val="es-MX"/>
        </w:rPr>
        <w:t xml:space="preserve">Se me ha informado que </w:t>
      </w:r>
      <w:r w:rsidRPr="00AC0ED2">
        <w:rPr>
          <w:b/>
          <w:bCs/>
          <w:i/>
          <w:iCs/>
          <w:sz w:val="20"/>
          <w:szCs w:val="44"/>
          <w:lang w:val="es-MX"/>
        </w:rPr>
        <w:t>no tendré que realizar gasto alguno derivado de mi colaboración</w:t>
      </w:r>
      <w:r w:rsidRPr="00E30031">
        <w:rPr>
          <w:i/>
          <w:iCs/>
          <w:sz w:val="20"/>
          <w:szCs w:val="44"/>
          <w:lang w:val="es-MX"/>
        </w:rPr>
        <w:t xml:space="preserve"> y que la información obtenida durante mi participación será manejada bajo </w:t>
      </w:r>
      <w:r w:rsidRPr="00AC0ED2">
        <w:rPr>
          <w:b/>
          <w:bCs/>
          <w:i/>
          <w:iCs/>
          <w:sz w:val="20"/>
          <w:szCs w:val="44"/>
          <w:lang w:val="es-MX"/>
        </w:rPr>
        <w:t>estricta confidencialidad.</w:t>
      </w:r>
      <w:r w:rsidRPr="00E30031">
        <w:rPr>
          <w:i/>
          <w:iCs/>
          <w:sz w:val="20"/>
          <w:szCs w:val="44"/>
          <w:lang w:val="es-MX"/>
        </w:rPr>
        <w:t xml:space="preserve"> Para contribuir a la protección de mi identidad, </w:t>
      </w:r>
      <w:r w:rsidRPr="00EE55D0">
        <w:rPr>
          <w:b/>
          <w:bCs/>
          <w:i/>
          <w:iCs/>
          <w:sz w:val="20"/>
          <w:szCs w:val="44"/>
          <w:lang w:val="es-MX"/>
        </w:rPr>
        <w:t>mi nombre será sustituido por un número de folio</w:t>
      </w:r>
      <w:r w:rsidRPr="00E30031">
        <w:rPr>
          <w:i/>
          <w:iCs/>
          <w:sz w:val="20"/>
          <w:szCs w:val="44"/>
          <w:lang w:val="es-MX"/>
        </w:rPr>
        <w:t xml:space="preserve"> en los registros correspondientes</w:t>
      </w:r>
      <w:r w:rsidR="00E30031">
        <w:rPr>
          <w:i/>
          <w:iCs/>
          <w:sz w:val="20"/>
          <w:szCs w:val="44"/>
          <w:lang w:val="es-MX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62"/>
      </w:tblGrid>
      <w:tr w:rsidR="00957B53" w:rsidRPr="0088337E" w14:paraId="5A4956EE" w14:textId="77777777">
        <w:tc>
          <w:tcPr>
            <w:tcW w:w="11462" w:type="dxa"/>
            <w:tcBorders>
              <w:top w:val="single" w:sz="4" w:space="0" w:color="30343A"/>
              <w:left w:val="single" w:sz="4" w:space="0" w:color="30343A"/>
              <w:bottom w:val="single" w:sz="4" w:space="0" w:color="30343A"/>
              <w:right w:val="single" w:sz="4" w:space="0" w:color="30343A"/>
            </w:tcBorders>
            <w:shd w:val="clear" w:color="auto" w:fill="30343A"/>
            <w:tcMar>
              <w:top w:w="1" w:type="dxa"/>
              <w:left w:w="5" w:type="dxa"/>
              <w:bottom w:w="1" w:type="dxa"/>
              <w:right w:w="5" w:type="dxa"/>
            </w:tcMar>
          </w:tcPr>
          <w:p w14:paraId="4D373717" w14:textId="33DB5C7E" w:rsidR="00957B53" w:rsidRPr="00F21F89" w:rsidRDefault="009575F9" w:rsidP="009A5870">
            <w:pPr>
              <w:spacing w:line="240" w:lineRule="auto"/>
              <w:rPr>
                <w:sz w:val="20"/>
                <w:szCs w:val="44"/>
                <w:lang w:val="es-MX"/>
              </w:rPr>
            </w:pPr>
            <w:proofErr w:type="gramStart"/>
            <w:r w:rsidRPr="002A35B4">
              <w:rPr>
                <w:rFonts w:ascii="Segoe UI Symbol" w:hAnsi="Segoe UI Symbol" w:cs="Segoe UI Symbol"/>
                <w:b/>
                <w:color w:val="FFFFFF"/>
                <w:sz w:val="20"/>
                <w:szCs w:val="44"/>
              </w:rPr>
              <w:t>⬟</w:t>
            </w:r>
            <w:r w:rsidRPr="002A35B4">
              <w:rPr>
                <w:b/>
                <w:color w:val="FFFFFF"/>
                <w:sz w:val="20"/>
                <w:szCs w:val="44"/>
                <w:lang w:val="es-MX"/>
              </w:rPr>
              <w:t xml:space="preserve">  </w:t>
            </w:r>
            <w:r w:rsidRPr="005F2CC0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V.</w:t>
            </w:r>
            <w:proofErr w:type="gramEnd"/>
            <w:r w:rsidRPr="005F2CC0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 xml:space="preserve"> </w:t>
            </w:r>
            <w:r w:rsidR="00F21F89" w:rsidRPr="00F21F89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DECLARACIÓN DEL/DE LA INVESTIGADOR(A) RESPONSABLE Y TESTIGOS</w:t>
            </w:r>
          </w:p>
        </w:tc>
      </w:tr>
    </w:tbl>
    <w:p w14:paraId="6B8EB717" w14:textId="7DBFB2AD" w:rsidR="0011614F" w:rsidRPr="0011614F" w:rsidRDefault="0011614F" w:rsidP="00C23B9B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11614F">
        <w:rPr>
          <w:i/>
          <w:iCs/>
          <w:sz w:val="18"/>
          <w:szCs w:val="44"/>
          <w:lang w:val="es-MX"/>
        </w:rPr>
        <w:t xml:space="preserve">Declaro que he proporcionado al/a la participante, de manera </w:t>
      </w:r>
      <w:r w:rsidRPr="0011614F">
        <w:rPr>
          <w:b/>
          <w:bCs/>
          <w:i/>
          <w:iCs/>
          <w:sz w:val="18"/>
          <w:szCs w:val="44"/>
          <w:lang w:val="es-MX"/>
        </w:rPr>
        <w:t>clara, suficiente y comprensible</w:t>
      </w:r>
      <w:r w:rsidRPr="0011614F">
        <w:rPr>
          <w:i/>
          <w:iCs/>
          <w:sz w:val="18"/>
          <w:szCs w:val="44"/>
          <w:lang w:val="es-MX"/>
        </w:rPr>
        <w:t xml:space="preserve">, la información correspondiente al presente </w:t>
      </w:r>
      <w:r w:rsidR="00B706E0">
        <w:rPr>
          <w:i/>
          <w:iCs/>
          <w:sz w:val="18"/>
          <w:szCs w:val="44"/>
          <w:lang w:val="es-MX"/>
        </w:rPr>
        <w:t>p</w:t>
      </w:r>
      <w:r w:rsidRPr="0011614F">
        <w:rPr>
          <w:i/>
          <w:iCs/>
          <w:sz w:val="18"/>
          <w:szCs w:val="44"/>
          <w:lang w:val="es-MX"/>
        </w:rPr>
        <w:t xml:space="preserve">royecto de </w:t>
      </w:r>
      <w:r w:rsidR="00B706E0">
        <w:rPr>
          <w:i/>
          <w:iCs/>
          <w:sz w:val="18"/>
          <w:szCs w:val="44"/>
          <w:lang w:val="es-MX"/>
        </w:rPr>
        <w:t>i</w:t>
      </w:r>
      <w:r w:rsidRPr="0011614F">
        <w:rPr>
          <w:i/>
          <w:iCs/>
          <w:sz w:val="18"/>
          <w:szCs w:val="44"/>
          <w:lang w:val="es-MX"/>
        </w:rPr>
        <w:t xml:space="preserve">nvestigación, explicando su </w:t>
      </w:r>
      <w:r w:rsidRPr="0011614F">
        <w:rPr>
          <w:b/>
          <w:bCs/>
          <w:i/>
          <w:iCs/>
          <w:sz w:val="18"/>
          <w:szCs w:val="44"/>
          <w:lang w:val="es-MX"/>
        </w:rPr>
        <w:t>objetivo, las características de su participación, los procedimientos contemplados, así como los posibles beneficios y riesgos asociados</w:t>
      </w:r>
      <w:r w:rsidRPr="0011614F">
        <w:rPr>
          <w:i/>
          <w:iCs/>
          <w:sz w:val="18"/>
          <w:szCs w:val="44"/>
          <w:lang w:val="es-MX"/>
        </w:rPr>
        <w:t>.</w:t>
      </w:r>
    </w:p>
    <w:p w14:paraId="5D12E9F6" w14:textId="35EBCCBA" w:rsidR="0011614F" w:rsidRPr="0011614F" w:rsidRDefault="0011614F" w:rsidP="00C23B9B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11614F">
        <w:rPr>
          <w:i/>
          <w:iCs/>
          <w:sz w:val="18"/>
          <w:szCs w:val="44"/>
          <w:lang w:val="es-MX"/>
        </w:rPr>
        <w:t xml:space="preserve">Asimismo, hago constar que el/la participante tuvo la oportunidad de </w:t>
      </w:r>
      <w:r w:rsidRPr="0011614F">
        <w:rPr>
          <w:b/>
          <w:bCs/>
          <w:i/>
          <w:iCs/>
          <w:sz w:val="18"/>
          <w:szCs w:val="44"/>
          <w:lang w:val="es-MX"/>
        </w:rPr>
        <w:t>formular preguntas y expresar las dudas que consideró necesarias</w:t>
      </w:r>
      <w:r w:rsidRPr="0011614F">
        <w:rPr>
          <w:i/>
          <w:iCs/>
          <w:sz w:val="18"/>
          <w:szCs w:val="44"/>
          <w:lang w:val="es-MX"/>
        </w:rPr>
        <w:t xml:space="preserve">, mismas que fueron atendidas y aclaradas adecuadamente. Declaro haber </w:t>
      </w:r>
      <w:r w:rsidRPr="0011614F">
        <w:rPr>
          <w:b/>
          <w:bCs/>
          <w:i/>
          <w:iCs/>
          <w:sz w:val="18"/>
          <w:szCs w:val="44"/>
          <w:lang w:val="es-MX"/>
        </w:rPr>
        <w:t xml:space="preserve">leído y explicado los apartados que integran el presente </w:t>
      </w:r>
      <w:r w:rsidR="00A3711C">
        <w:rPr>
          <w:b/>
          <w:bCs/>
          <w:i/>
          <w:iCs/>
          <w:sz w:val="18"/>
          <w:szCs w:val="44"/>
          <w:lang w:val="es-MX"/>
        </w:rPr>
        <w:t>c</w:t>
      </w:r>
      <w:r w:rsidRPr="0011614F">
        <w:rPr>
          <w:b/>
          <w:bCs/>
          <w:i/>
          <w:iCs/>
          <w:sz w:val="18"/>
          <w:szCs w:val="44"/>
          <w:lang w:val="es-MX"/>
        </w:rPr>
        <w:t xml:space="preserve">onsentimiento </w:t>
      </w:r>
      <w:r w:rsidR="00A3711C">
        <w:rPr>
          <w:b/>
          <w:bCs/>
          <w:i/>
          <w:iCs/>
          <w:sz w:val="18"/>
          <w:szCs w:val="44"/>
          <w:lang w:val="es-MX"/>
        </w:rPr>
        <w:t>i</w:t>
      </w:r>
      <w:r w:rsidRPr="0011614F">
        <w:rPr>
          <w:b/>
          <w:bCs/>
          <w:i/>
          <w:iCs/>
          <w:sz w:val="18"/>
          <w:szCs w:val="44"/>
          <w:lang w:val="es-MX"/>
        </w:rPr>
        <w:t>nformado</w:t>
      </w:r>
      <w:r w:rsidRPr="0011614F">
        <w:rPr>
          <w:i/>
          <w:iCs/>
          <w:sz w:val="18"/>
          <w:szCs w:val="44"/>
          <w:lang w:val="es-MX"/>
        </w:rPr>
        <w:t>, procurando que su contenido fuera comprendido antes de que el/la participante manifestara su decisión respecto a participar en la investigación</w:t>
      </w:r>
      <w:r>
        <w:rPr>
          <w:i/>
          <w:iCs/>
          <w:sz w:val="18"/>
          <w:szCs w:val="44"/>
          <w:lang w:val="es-MX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34"/>
        <w:gridCol w:w="3062"/>
        <w:gridCol w:w="2866"/>
      </w:tblGrid>
      <w:tr w:rsidR="00402A88" w:rsidRPr="007638B2" w14:paraId="70FD3801" w14:textId="77777777" w:rsidTr="00786AF6">
        <w:tc>
          <w:tcPr>
            <w:tcW w:w="5534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1" w:type="dxa"/>
              <w:left w:w="4" w:type="dxa"/>
              <w:bottom w:w="1" w:type="dxa"/>
              <w:right w:w="4" w:type="dxa"/>
            </w:tcMar>
          </w:tcPr>
          <w:p w14:paraId="60FE3A2B" w14:textId="0BB0DA65" w:rsidR="00402A88" w:rsidRPr="00402A88" w:rsidRDefault="00402A88" w:rsidP="009A5870">
            <w:pPr>
              <w:spacing w:line="240" w:lineRule="auto"/>
              <w:rPr>
                <w:i/>
                <w:iCs/>
                <w:sz w:val="20"/>
                <w:szCs w:val="44"/>
                <w:lang w:val="es-MX"/>
              </w:rPr>
            </w:pPr>
            <w:r w:rsidRPr="00402A88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Nombre del/</w:t>
            </w:r>
            <w:proofErr w:type="gramStart"/>
            <w:r w:rsidRPr="00402A88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 xml:space="preserve">de la </w:t>
            </w:r>
            <w:r w:rsidR="00A3711C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i</w:t>
            </w:r>
            <w:r w:rsidRPr="00402A88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nvestigador</w:t>
            </w:r>
            <w:proofErr w:type="gramEnd"/>
            <w:r w:rsidRPr="00402A88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 xml:space="preserve">(a) </w:t>
            </w:r>
            <w:r w:rsidR="00A3711C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r</w:t>
            </w:r>
            <w:r w:rsidRPr="00402A88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>esponsable: ______________________________</w:t>
            </w:r>
          </w:p>
        </w:tc>
        <w:tc>
          <w:tcPr>
            <w:tcW w:w="3062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1" w:type="dxa"/>
              <w:left w:w="4" w:type="dxa"/>
              <w:bottom w:w="1" w:type="dxa"/>
              <w:right w:w="4" w:type="dxa"/>
            </w:tcMar>
          </w:tcPr>
          <w:p w14:paraId="1F826E2E" w14:textId="03D4710E" w:rsidR="00402A88" w:rsidRPr="007638B2" w:rsidRDefault="00402A88" w:rsidP="009A5870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proofErr w:type="spellStart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Firma</w:t>
            </w:r>
            <w:proofErr w:type="spellEnd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:</w:t>
            </w:r>
            <w:r w:rsidRPr="007638B2">
              <w:rPr>
                <w:i/>
                <w:iCs/>
                <w:color w:val="30343A"/>
                <w:sz w:val="18"/>
                <w:szCs w:val="44"/>
              </w:rPr>
              <w:t xml:space="preserve"> ________________________  </w:t>
            </w:r>
          </w:p>
        </w:tc>
        <w:tc>
          <w:tcPr>
            <w:tcW w:w="2866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</w:tcPr>
          <w:p w14:paraId="140A7A29" w14:textId="74A2AAE1" w:rsidR="00402A88" w:rsidRPr="007638B2" w:rsidRDefault="00402A88" w:rsidP="009A5870">
            <w:pPr>
              <w:spacing w:line="240" w:lineRule="auto"/>
              <w:rPr>
                <w:i/>
                <w:iCs/>
                <w:sz w:val="20"/>
                <w:szCs w:val="44"/>
              </w:rPr>
            </w:pPr>
          </w:p>
        </w:tc>
      </w:tr>
      <w:tr w:rsidR="00786AF6" w:rsidRPr="007638B2" w14:paraId="0CC74C5D" w14:textId="77777777" w:rsidTr="00B75104">
        <w:trPr>
          <w:trHeight w:val="350"/>
        </w:trPr>
        <w:tc>
          <w:tcPr>
            <w:tcW w:w="5534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1" w:type="dxa"/>
              <w:left w:w="4" w:type="dxa"/>
              <w:bottom w:w="1" w:type="dxa"/>
              <w:right w:w="4" w:type="dxa"/>
            </w:tcMar>
          </w:tcPr>
          <w:p w14:paraId="3D5A78A6" w14:textId="77777777" w:rsidR="00786AF6" w:rsidRPr="007638B2" w:rsidRDefault="00786AF6" w:rsidP="009A5870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r w:rsidRPr="007638B2">
              <w:rPr>
                <w:b/>
                <w:i/>
                <w:iCs/>
                <w:color w:val="30343A"/>
                <w:sz w:val="18"/>
                <w:szCs w:val="44"/>
              </w:rPr>
              <w:t>TESTIGO 1 · Nombre: ______________________________</w:t>
            </w:r>
          </w:p>
        </w:tc>
        <w:tc>
          <w:tcPr>
            <w:tcW w:w="3062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1" w:type="dxa"/>
              <w:left w:w="4" w:type="dxa"/>
              <w:bottom w:w="1" w:type="dxa"/>
              <w:right w:w="4" w:type="dxa"/>
            </w:tcMar>
          </w:tcPr>
          <w:p w14:paraId="34B9B494" w14:textId="7EC2E629" w:rsidR="00786AF6" w:rsidRPr="007638B2" w:rsidRDefault="00786AF6" w:rsidP="009A5870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proofErr w:type="spellStart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Correo</w:t>
            </w:r>
            <w:proofErr w:type="spellEnd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 xml:space="preserve"> </w:t>
            </w:r>
            <w:proofErr w:type="spellStart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Electrónico</w:t>
            </w:r>
            <w:proofErr w:type="spellEnd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:</w:t>
            </w:r>
            <w:r w:rsidRPr="007638B2">
              <w:rPr>
                <w:i/>
                <w:iCs/>
                <w:color w:val="30343A"/>
                <w:sz w:val="18"/>
                <w:szCs w:val="44"/>
              </w:rPr>
              <w:t xml:space="preserve"> _______________</w:t>
            </w:r>
          </w:p>
        </w:tc>
        <w:tc>
          <w:tcPr>
            <w:tcW w:w="2866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</w:tcPr>
          <w:p w14:paraId="52D33C90" w14:textId="797F53C8" w:rsidR="00786AF6" w:rsidRPr="007638B2" w:rsidRDefault="00786AF6" w:rsidP="009A5870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proofErr w:type="spellStart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Celular</w:t>
            </w:r>
            <w:proofErr w:type="spellEnd"/>
            <w:r w:rsidR="00187BEE"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:</w:t>
            </w:r>
            <w:r w:rsidR="00187BEE">
              <w:rPr>
                <w:i/>
                <w:iCs/>
                <w:color w:val="30343A"/>
                <w:sz w:val="18"/>
                <w:szCs w:val="44"/>
              </w:rPr>
              <w:t xml:space="preserve"> </w:t>
            </w:r>
            <w:r w:rsidR="00187BEE" w:rsidRPr="007638B2">
              <w:rPr>
                <w:i/>
                <w:iCs/>
                <w:color w:val="30343A"/>
                <w:sz w:val="18"/>
                <w:szCs w:val="44"/>
              </w:rPr>
              <w:t>_______________</w:t>
            </w:r>
          </w:p>
        </w:tc>
      </w:tr>
      <w:tr w:rsidR="00187BEE" w:rsidRPr="007638B2" w14:paraId="1F14F7A3" w14:textId="77777777" w:rsidTr="00B75104">
        <w:trPr>
          <w:trHeight w:val="283"/>
        </w:trPr>
        <w:tc>
          <w:tcPr>
            <w:tcW w:w="5534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1" w:type="dxa"/>
              <w:left w:w="4" w:type="dxa"/>
              <w:bottom w:w="1" w:type="dxa"/>
              <w:right w:w="4" w:type="dxa"/>
            </w:tcMar>
          </w:tcPr>
          <w:p w14:paraId="54C93C6A" w14:textId="77777777" w:rsidR="00187BEE" w:rsidRPr="007638B2" w:rsidRDefault="00187BEE" w:rsidP="00187BEE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r w:rsidRPr="007638B2">
              <w:rPr>
                <w:b/>
                <w:i/>
                <w:iCs/>
                <w:color w:val="30343A"/>
                <w:sz w:val="18"/>
                <w:szCs w:val="44"/>
              </w:rPr>
              <w:t>TESTIGO 2 · Nombre: ______________________________</w:t>
            </w:r>
          </w:p>
        </w:tc>
        <w:tc>
          <w:tcPr>
            <w:tcW w:w="3062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1" w:type="dxa"/>
              <w:left w:w="4" w:type="dxa"/>
              <w:bottom w:w="1" w:type="dxa"/>
              <w:right w:w="4" w:type="dxa"/>
            </w:tcMar>
          </w:tcPr>
          <w:p w14:paraId="2EE45B13" w14:textId="69FCFBFF" w:rsidR="00187BEE" w:rsidRPr="007638B2" w:rsidRDefault="00187BEE" w:rsidP="00187BEE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proofErr w:type="spellStart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Correo</w:t>
            </w:r>
            <w:proofErr w:type="spellEnd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 xml:space="preserve"> </w:t>
            </w:r>
            <w:proofErr w:type="spellStart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Electrónico</w:t>
            </w:r>
            <w:proofErr w:type="spellEnd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:</w:t>
            </w:r>
            <w:r w:rsidRPr="007638B2">
              <w:rPr>
                <w:i/>
                <w:iCs/>
                <w:color w:val="30343A"/>
                <w:sz w:val="18"/>
                <w:szCs w:val="44"/>
              </w:rPr>
              <w:t xml:space="preserve"> _______________</w:t>
            </w:r>
          </w:p>
        </w:tc>
        <w:tc>
          <w:tcPr>
            <w:tcW w:w="2866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</w:tcPr>
          <w:p w14:paraId="471F83ED" w14:textId="295C5548" w:rsidR="00187BEE" w:rsidRPr="007638B2" w:rsidRDefault="00187BEE" w:rsidP="00187BEE">
            <w:pPr>
              <w:spacing w:line="240" w:lineRule="auto"/>
              <w:rPr>
                <w:i/>
                <w:iCs/>
                <w:sz w:val="20"/>
                <w:szCs w:val="44"/>
              </w:rPr>
            </w:pPr>
            <w:proofErr w:type="spellStart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Celular</w:t>
            </w:r>
            <w:proofErr w:type="spellEnd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:</w:t>
            </w:r>
            <w:r>
              <w:rPr>
                <w:i/>
                <w:iCs/>
                <w:color w:val="30343A"/>
                <w:sz w:val="18"/>
                <w:szCs w:val="44"/>
              </w:rPr>
              <w:t xml:space="preserve"> </w:t>
            </w:r>
            <w:r w:rsidRPr="007638B2">
              <w:rPr>
                <w:i/>
                <w:iCs/>
                <w:color w:val="30343A"/>
                <w:sz w:val="18"/>
                <w:szCs w:val="44"/>
              </w:rPr>
              <w:t>_______________</w:t>
            </w:r>
          </w:p>
        </w:tc>
      </w:tr>
      <w:tr w:rsidR="00783E3E" w:rsidRPr="007638B2" w14:paraId="5E74723F" w14:textId="77777777" w:rsidTr="00B75104">
        <w:trPr>
          <w:trHeight w:val="260"/>
        </w:trPr>
        <w:tc>
          <w:tcPr>
            <w:tcW w:w="5534" w:type="dxa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7F8F9"/>
            <w:tcMar>
              <w:top w:w="1" w:type="dxa"/>
              <w:left w:w="4" w:type="dxa"/>
              <w:bottom w:w="1" w:type="dxa"/>
              <w:right w:w="4" w:type="dxa"/>
            </w:tcMar>
          </w:tcPr>
          <w:p w14:paraId="0B1D5686" w14:textId="0801D5D2" w:rsidR="00783E3E" w:rsidRPr="007638B2" w:rsidRDefault="00783E3E" w:rsidP="009A5870">
            <w:pPr>
              <w:spacing w:line="240" w:lineRule="auto"/>
              <w:rPr>
                <w:b/>
                <w:i/>
                <w:iCs/>
                <w:color w:val="30343A"/>
                <w:sz w:val="18"/>
                <w:szCs w:val="44"/>
              </w:rPr>
            </w:pPr>
            <w:proofErr w:type="spellStart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Fecha</w:t>
            </w:r>
            <w:proofErr w:type="spellEnd"/>
            <w:r w:rsidRPr="0088337E">
              <w:rPr>
                <w:b/>
                <w:bCs/>
                <w:i/>
                <w:iCs/>
                <w:color w:val="30343A"/>
                <w:sz w:val="18"/>
                <w:szCs w:val="44"/>
              </w:rPr>
              <w:t>:</w:t>
            </w:r>
            <w:r w:rsidRPr="007638B2">
              <w:rPr>
                <w:i/>
                <w:iCs/>
                <w:color w:val="30343A"/>
                <w:sz w:val="18"/>
                <w:szCs w:val="44"/>
              </w:rPr>
              <w:t xml:space="preserve"> ___ / ___ / 20___</w:t>
            </w:r>
          </w:p>
        </w:tc>
        <w:tc>
          <w:tcPr>
            <w:tcW w:w="5928" w:type="dxa"/>
            <w:gridSpan w:val="2"/>
            <w:tcBorders>
              <w:top w:val="single" w:sz="4" w:space="0" w:color="D9DDE1"/>
              <w:left w:val="single" w:sz="4" w:space="0" w:color="D9DDE1"/>
              <w:bottom w:val="single" w:sz="4" w:space="0" w:color="D9DDE1"/>
              <w:right w:val="single" w:sz="4" w:space="0" w:color="D9DDE1"/>
            </w:tcBorders>
            <w:shd w:val="clear" w:color="auto" w:fill="FFFFFF"/>
            <w:tcMar>
              <w:top w:w="1" w:type="dxa"/>
              <w:left w:w="4" w:type="dxa"/>
              <w:bottom w:w="1" w:type="dxa"/>
              <w:right w:w="4" w:type="dxa"/>
            </w:tcMar>
          </w:tcPr>
          <w:p w14:paraId="7F8CFA8A" w14:textId="77777777" w:rsidR="00783E3E" w:rsidRPr="007638B2" w:rsidRDefault="00783E3E" w:rsidP="009A5870">
            <w:pPr>
              <w:spacing w:line="240" w:lineRule="auto"/>
              <w:rPr>
                <w:i/>
                <w:iCs/>
                <w:color w:val="30343A"/>
                <w:sz w:val="18"/>
                <w:szCs w:val="44"/>
              </w:rPr>
            </w:pPr>
          </w:p>
        </w:tc>
      </w:tr>
    </w:tbl>
    <w:p w14:paraId="026CE835" w14:textId="43A59BB7" w:rsidR="00957B53" w:rsidRPr="007638B2" w:rsidRDefault="009575F9" w:rsidP="009A5870">
      <w:pPr>
        <w:spacing w:line="240" w:lineRule="auto"/>
        <w:rPr>
          <w:i/>
          <w:iCs/>
          <w:sz w:val="20"/>
          <w:szCs w:val="44"/>
          <w:lang w:val="es-MX"/>
        </w:rPr>
      </w:pPr>
      <w:r w:rsidRPr="007638B2">
        <w:rPr>
          <w:b/>
          <w:i/>
          <w:iCs/>
          <w:color w:val="30343A"/>
          <w:sz w:val="18"/>
          <w:szCs w:val="44"/>
          <w:lang w:val="es-MX"/>
        </w:rPr>
        <w:t xml:space="preserve">☐ </w:t>
      </w:r>
      <w:r w:rsidR="00B75104" w:rsidRPr="00B75104">
        <w:rPr>
          <w:b/>
          <w:i/>
          <w:iCs/>
          <w:color w:val="30343A"/>
          <w:sz w:val="18"/>
          <w:szCs w:val="44"/>
          <w:lang w:val="es-MX"/>
        </w:rPr>
        <w:t xml:space="preserve">Hago constar que recibí una copia debidamente firmada y fechada del presente </w:t>
      </w:r>
      <w:r w:rsidR="00DC4F6C">
        <w:rPr>
          <w:b/>
          <w:i/>
          <w:iCs/>
          <w:color w:val="30343A"/>
          <w:sz w:val="18"/>
          <w:szCs w:val="44"/>
          <w:lang w:val="es-MX"/>
        </w:rPr>
        <w:t>c</w:t>
      </w:r>
      <w:r w:rsidR="00B75104" w:rsidRPr="00B75104">
        <w:rPr>
          <w:b/>
          <w:i/>
          <w:iCs/>
          <w:color w:val="30343A"/>
          <w:sz w:val="18"/>
          <w:szCs w:val="44"/>
          <w:lang w:val="es-MX"/>
        </w:rPr>
        <w:t xml:space="preserve">onsentimiento </w:t>
      </w:r>
      <w:r w:rsidR="00DC4F6C">
        <w:rPr>
          <w:b/>
          <w:i/>
          <w:iCs/>
          <w:color w:val="30343A"/>
          <w:sz w:val="18"/>
          <w:szCs w:val="44"/>
          <w:lang w:val="es-MX"/>
        </w:rPr>
        <w:t>i</w:t>
      </w:r>
      <w:r w:rsidR="00B75104" w:rsidRPr="00B75104">
        <w:rPr>
          <w:b/>
          <w:i/>
          <w:iCs/>
          <w:color w:val="30343A"/>
          <w:sz w:val="18"/>
          <w:szCs w:val="44"/>
          <w:lang w:val="es-MX"/>
        </w:rPr>
        <w:t>nformado</w:t>
      </w:r>
      <w:r w:rsidRPr="007638B2">
        <w:rPr>
          <w:b/>
          <w:i/>
          <w:iCs/>
          <w:color w:val="30343A"/>
          <w:sz w:val="18"/>
          <w:szCs w:val="44"/>
          <w:lang w:val="es-MX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62"/>
      </w:tblGrid>
      <w:tr w:rsidR="00957B53" w:rsidRPr="0088337E" w14:paraId="697CCB96" w14:textId="77777777">
        <w:tc>
          <w:tcPr>
            <w:tcW w:w="11462" w:type="dxa"/>
            <w:tcBorders>
              <w:top w:val="single" w:sz="4" w:space="0" w:color="30343A"/>
              <w:left w:val="single" w:sz="4" w:space="0" w:color="30343A"/>
              <w:bottom w:val="single" w:sz="4" w:space="0" w:color="30343A"/>
              <w:right w:val="single" w:sz="4" w:space="0" w:color="30343A"/>
            </w:tcBorders>
            <w:shd w:val="clear" w:color="auto" w:fill="30343A"/>
            <w:tcMar>
              <w:top w:w="1" w:type="dxa"/>
              <w:left w:w="5" w:type="dxa"/>
              <w:bottom w:w="1" w:type="dxa"/>
              <w:right w:w="5" w:type="dxa"/>
            </w:tcMar>
          </w:tcPr>
          <w:p w14:paraId="2714F161" w14:textId="77777777" w:rsidR="00957B53" w:rsidRPr="002A35B4" w:rsidRDefault="009575F9" w:rsidP="009A5870">
            <w:pPr>
              <w:spacing w:line="240" w:lineRule="auto"/>
              <w:rPr>
                <w:sz w:val="20"/>
                <w:szCs w:val="44"/>
                <w:lang w:val="es-MX"/>
              </w:rPr>
            </w:pPr>
            <w:proofErr w:type="gramStart"/>
            <w:r w:rsidRPr="002A35B4">
              <w:rPr>
                <w:b/>
                <w:color w:val="FFFFFF"/>
                <w:sz w:val="20"/>
                <w:szCs w:val="44"/>
              </w:rPr>
              <w:t>⬟</w:t>
            </w:r>
            <w:r w:rsidRPr="002A35B4">
              <w:rPr>
                <w:b/>
                <w:color w:val="FFFFFF"/>
                <w:sz w:val="20"/>
                <w:szCs w:val="44"/>
                <w:lang w:val="es-MX"/>
              </w:rPr>
              <w:t xml:space="preserve">  </w:t>
            </w:r>
            <w:r w:rsidRPr="0088337E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VI</w:t>
            </w:r>
            <w:proofErr w:type="gramEnd"/>
            <w:r w:rsidRPr="0088337E">
              <w:rPr>
                <w:rFonts w:asciiTheme="minorHAnsi" w:hAnsiTheme="minorHAnsi"/>
                <w:b/>
                <w:i/>
                <w:iCs/>
                <w:color w:val="auto"/>
                <w:sz w:val="20"/>
                <w:szCs w:val="18"/>
                <w:lang w:val="es-MX"/>
              </w:rPr>
              <w:t>. REVOCACIÓN DEL CONSENTIMIENTO INFORMADO PARA INVESTIGACIÓN EDUCATIVA</w:t>
            </w:r>
          </w:p>
        </w:tc>
      </w:tr>
    </w:tbl>
    <w:p w14:paraId="739B36EB" w14:textId="031480EC" w:rsidR="00957B53" w:rsidRDefault="009575F9" w:rsidP="00B93A21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7638B2">
        <w:rPr>
          <w:i/>
          <w:iCs/>
          <w:sz w:val="18"/>
          <w:szCs w:val="44"/>
          <w:lang w:val="es-MX"/>
        </w:rPr>
        <w:t xml:space="preserve">Yo ______________________________________, </w:t>
      </w:r>
      <w:r w:rsidR="006804E0" w:rsidRPr="006804E0">
        <w:rPr>
          <w:i/>
          <w:iCs/>
          <w:sz w:val="18"/>
          <w:szCs w:val="44"/>
          <w:lang w:val="es-MX"/>
        </w:rPr>
        <w:t xml:space="preserve">en mi carácter de participante del </w:t>
      </w:r>
      <w:r w:rsidR="00DC4F6C">
        <w:rPr>
          <w:i/>
          <w:iCs/>
          <w:sz w:val="18"/>
          <w:szCs w:val="44"/>
          <w:lang w:val="es-MX"/>
        </w:rPr>
        <w:t>p</w:t>
      </w:r>
      <w:r w:rsidR="006804E0" w:rsidRPr="006804E0">
        <w:rPr>
          <w:i/>
          <w:iCs/>
          <w:sz w:val="18"/>
          <w:szCs w:val="44"/>
          <w:lang w:val="es-MX"/>
        </w:rPr>
        <w:t xml:space="preserve">royecto de </w:t>
      </w:r>
      <w:r w:rsidR="00DC4F6C">
        <w:rPr>
          <w:i/>
          <w:iCs/>
          <w:sz w:val="18"/>
          <w:szCs w:val="44"/>
          <w:lang w:val="es-MX"/>
        </w:rPr>
        <w:t>i</w:t>
      </w:r>
      <w:r w:rsidR="006804E0" w:rsidRPr="006804E0">
        <w:rPr>
          <w:i/>
          <w:iCs/>
          <w:sz w:val="18"/>
          <w:szCs w:val="44"/>
          <w:lang w:val="es-MX"/>
        </w:rPr>
        <w:t>nvestigación denominado</w:t>
      </w:r>
      <w:r w:rsidRPr="007638B2">
        <w:rPr>
          <w:i/>
          <w:iCs/>
          <w:sz w:val="18"/>
          <w:szCs w:val="44"/>
          <w:lang w:val="es-MX"/>
        </w:rPr>
        <w:t xml:space="preserve">________________________________________________, </w:t>
      </w:r>
      <w:r w:rsidR="00972BDE" w:rsidRPr="00972BDE">
        <w:rPr>
          <w:i/>
          <w:iCs/>
          <w:sz w:val="18"/>
          <w:szCs w:val="44"/>
          <w:lang w:val="es-MX"/>
        </w:rPr>
        <w:t xml:space="preserve">manifiesto, de manera </w:t>
      </w:r>
      <w:r w:rsidR="00972BDE" w:rsidRPr="00972BDE">
        <w:rPr>
          <w:b/>
          <w:bCs/>
          <w:i/>
          <w:iCs/>
          <w:sz w:val="18"/>
          <w:szCs w:val="44"/>
          <w:lang w:val="es-MX"/>
        </w:rPr>
        <w:t>libre y voluntaria</w:t>
      </w:r>
      <w:r w:rsidR="00972BDE" w:rsidRPr="00972BDE">
        <w:rPr>
          <w:i/>
          <w:iCs/>
          <w:sz w:val="18"/>
          <w:szCs w:val="44"/>
          <w:lang w:val="es-MX"/>
        </w:rPr>
        <w:t xml:space="preserve">, mi decisión de </w:t>
      </w:r>
      <w:r w:rsidR="00972BDE" w:rsidRPr="00972BDE">
        <w:rPr>
          <w:b/>
          <w:bCs/>
          <w:i/>
          <w:iCs/>
          <w:sz w:val="18"/>
          <w:szCs w:val="44"/>
          <w:lang w:val="es-MX"/>
        </w:rPr>
        <w:t>retirar el consentimiento previamente otorgado y dar por terminada mi participación</w:t>
      </w:r>
      <w:r w:rsidR="00972BDE" w:rsidRPr="00972BDE">
        <w:rPr>
          <w:i/>
          <w:iCs/>
          <w:sz w:val="18"/>
          <w:szCs w:val="44"/>
          <w:lang w:val="es-MX"/>
        </w:rPr>
        <w:t xml:space="preserve"> en el </w:t>
      </w:r>
      <w:r w:rsidR="00DC4F6C">
        <w:rPr>
          <w:i/>
          <w:iCs/>
          <w:sz w:val="18"/>
          <w:szCs w:val="44"/>
          <w:lang w:val="es-MX"/>
        </w:rPr>
        <w:t>p</w:t>
      </w:r>
      <w:r w:rsidR="00972BDE" w:rsidRPr="00972BDE">
        <w:rPr>
          <w:i/>
          <w:iCs/>
          <w:sz w:val="18"/>
          <w:szCs w:val="44"/>
          <w:lang w:val="es-MX"/>
        </w:rPr>
        <w:t xml:space="preserve">royecto de </w:t>
      </w:r>
      <w:r w:rsidR="00DC4F6C">
        <w:rPr>
          <w:i/>
          <w:iCs/>
          <w:sz w:val="18"/>
          <w:szCs w:val="44"/>
          <w:lang w:val="es-MX"/>
        </w:rPr>
        <w:t>i</w:t>
      </w:r>
      <w:r w:rsidR="00972BDE" w:rsidRPr="00972BDE">
        <w:rPr>
          <w:i/>
          <w:iCs/>
          <w:sz w:val="18"/>
          <w:szCs w:val="44"/>
          <w:lang w:val="es-MX"/>
        </w:rPr>
        <w:t>nvestigación antes señalado</w:t>
      </w:r>
      <w:r w:rsidRPr="007638B2">
        <w:rPr>
          <w:i/>
          <w:iCs/>
          <w:sz w:val="18"/>
          <w:szCs w:val="44"/>
          <w:lang w:val="es-MX"/>
        </w:rPr>
        <w:t>.</w:t>
      </w:r>
    </w:p>
    <w:p w14:paraId="3BC320DC" w14:textId="774A77AB" w:rsidR="00BE551C" w:rsidRPr="00BE551C" w:rsidRDefault="00BE551C" w:rsidP="00B93A21">
      <w:pPr>
        <w:spacing w:line="240" w:lineRule="auto"/>
        <w:jc w:val="both"/>
        <w:rPr>
          <w:i/>
          <w:iCs/>
          <w:sz w:val="20"/>
          <w:szCs w:val="44"/>
          <w:lang w:val="es-MX"/>
        </w:rPr>
      </w:pPr>
      <w:r w:rsidRPr="00BE551C">
        <w:rPr>
          <w:i/>
          <w:iCs/>
          <w:sz w:val="20"/>
          <w:szCs w:val="44"/>
          <w:lang w:val="es-MX"/>
        </w:rPr>
        <w:t>Declaro que esta decisión corresponde a mi propia voluntad y que ha sido comunicada al personal responsable de la investigación</w:t>
      </w:r>
      <w:r>
        <w:rPr>
          <w:i/>
          <w:iCs/>
          <w:sz w:val="20"/>
          <w:szCs w:val="44"/>
          <w:lang w:val="es-MX"/>
        </w:rPr>
        <w:t>.</w:t>
      </w:r>
    </w:p>
    <w:p w14:paraId="644C0346" w14:textId="3671773A" w:rsidR="00B93A21" w:rsidRDefault="00BE551C" w:rsidP="00B93A21">
      <w:pPr>
        <w:spacing w:line="240" w:lineRule="auto"/>
        <w:jc w:val="both"/>
        <w:rPr>
          <w:i/>
          <w:iCs/>
          <w:sz w:val="18"/>
          <w:szCs w:val="44"/>
          <w:lang w:val="es-MX"/>
        </w:rPr>
      </w:pPr>
      <w:r w:rsidRPr="00BE551C">
        <w:rPr>
          <w:i/>
          <w:iCs/>
          <w:sz w:val="18"/>
          <w:szCs w:val="44"/>
          <w:lang w:val="es-MX"/>
        </w:rPr>
        <w:t>Forma en la que manifiesto mi decisión de revocar el consentimiento</w:t>
      </w:r>
      <w:r w:rsidR="009575F9" w:rsidRPr="007638B2">
        <w:rPr>
          <w:i/>
          <w:iCs/>
          <w:sz w:val="18"/>
          <w:szCs w:val="44"/>
          <w:lang w:val="es-MX"/>
        </w:rPr>
        <w:t xml:space="preserve">: </w:t>
      </w:r>
      <w:r w:rsidR="00B93A21">
        <w:rPr>
          <w:i/>
          <w:iCs/>
          <w:sz w:val="18"/>
          <w:szCs w:val="44"/>
          <w:lang w:val="es-MX"/>
        </w:rPr>
        <w:t xml:space="preserve">               </w:t>
      </w:r>
      <w:r w:rsidR="009575F9" w:rsidRPr="00E06113">
        <w:rPr>
          <w:i/>
          <w:iCs/>
          <w:sz w:val="28"/>
          <w:szCs w:val="72"/>
          <w:lang w:val="es-MX"/>
        </w:rPr>
        <w:t>☐</w:t>
      </w:r>
      <w:r w:rsidR="009575F9" w:rsidRPr="007638B2">
        <w:rPr>
          <w:i/>
          <w:iCs/>
          <w:sz w:val="18"/>
          <w:szCs w:val="44"/>
          <w:lang w:val="es-MX"/>
        </w:rPr>
        <w:t xml:space="preserve"> VERBAL </w:t>
      </w:r>
      <w:r w:rsidR="00B93A21">
        <w:rPr>
          <w:i/>
          <w:iCs/>
          <w:sz w:val="18"/>
          <w:szCs w:val="44"/>
          <w:lang w:val="es-MX"/>
        </w:rPr>
        <w:t xml:space="preserve">              </w:t>
      </w:r>
      <w:r w:rsidR="009575F9" w:rsidRPr="007638B2">
        <w:rPr>
          <w:i/>
          <w:iCs/>
          <w:sz w:val="18"/>
          <w:szCs w:val="44"/>
          <w:lang w:val="es-MX"/>
        </w:rPr>
        <w:t xml:space="preserve">  </w:t>
      </w:r>
      <w:r w:rsidR="009575F9" w:rsidRPr="00E06113">
        <w:rPr>
          <w:i/>
          <w:iCs/>
          <w:sz w:val="28"/>
          <w:szCs w:val="72"/>
          <w:lang w:val="es-MX"/>
        </w:rPr>
        <w:t>☐</w:t>
      </w:r>
      <w:r w:rsidR="009575F9" w:rsidRPr="007638B2">
        <w:rPr>
          <w:i/>
          <w:iCs/>
          <w:sz w:val="18"/>
          <w:szCs w:val="44"/>
          <w:lang w:val="es-MX"/>
        </w:rPr>
        <w:t xml:space="preserve"> ESCRITA     </w:t>
      </w:r>
    </w:p>
    <w:p w14:paraId="347D2FF3" w14:textId="77777777" w:rsidR="003B1637" w:rsidRPr="003B1637" w:rsidRDefault="003B1637" w:rsidP="00B93A21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3B1637">
        <w:rPr>
          <w:b/>
          <w:bCs/>
          <w:i/>
          <w:iCs/>
          <w:sz w:val="18"/>
          <w:szCs w:val="44"/>
          <w:lang w:val="es-MX"/>
        </w:rPr>
        <w:t>RAZONES DE LA REVOCACIÓN</w:t>
      </w:r>
    </w:p>
    <w:p w14:paraId="2496D81F" w14:textId="7861300D" w:rsidR="00957B53" w:rsidRPr="007638B2" w:rsidRDefault="0000371A" w:rsidP="00B93A21">
      <w:pPr>
        <w:spacing w:line="240" w:lineRule="auto"/>
        <w:jc w:val="both"/>
        <w:rPr>
          <w:i/>
          <w:iCs/>
          <w:sz w:val="20"/>
          <w:szCs w:val="44"/>
          <w:lang w:val="es-MX"/>
        </w:rPr>
      </w:pPr>
      <w:r w:rsidRPr="0000371A">
        <w:rPr>
          <w:i/>
          <w:iCs/>
          <w:sz w:val="18"/>
          <w:szCs w:val="44"/>
          <w:lang w:val="es-MX"/>
        </w:rPr>
        <w:t>Si así lo desea, puede señalar brevemente las razones que motivan su decisión. Este apartado es opcional</w:t>
      </w:r>
      <w:r w:rsidR="009575F9" w:rsidRPr="007638B2">
        <w:rPr>
          <w:i/>
          <w:iCs/>
          <w:sz w:val="18"/>
          <w:szCs w:val="44"/>
          <w:lang w:val="es-MX"/>
        </w:rPr>
        <w:t>: _________________________________________________</w:t>
      </w:r>
      <w:r w:rsidR="005C2319">
        <w:rPr>
          <w:i/>
          <w:iCs/>
          <w:sz w:val="18"/>
          <w:szCs w:val="44"/>
          <w:lang w:val="es-MX"/>
        </w:rPr>
        <w:t>_________________________________________________________________________</w:t>
      </w:r>
      <w:r w:rsidR="009575F9" w:rsidRPr="007638B2">
        <w:rPr>
          <w:i/>
          <w:iCs/>
          <w:sz w:val="18"/>
          <w:szCs w:val="44"/>
          <w:lang w:val="es-MX"/>
        </w:rPr>
        <w:t>_______________</w:t>
      </w:r>
      <w:r w:rsidR="009575F9" w:rsidRPr="007638B2">
        <w:rPr>
          <w:i/>
          <w:iCs/>
          <w:sz w:val="18"/>
          <w:szCs w:val="44"/>
          <w:lang w:val="es-MX"/>
        </w:rPr>
        <w:br/>
        <w:t>______________________________________________________</w:t>
      </w:r>
      <w:r w:rsidR="00E62E25">
        <w:rPr>
          <w:i/>
          <w:iCs/>
          <w:sz w:val="18"/>
          <w:szCs w:val="44"/>
          <w:lang w:val="es-MX"/>
        </w:rPr>
        <w:t xml:space="preserve">  </w:t>
      </w:r>
      <w:r w:rsidR="009575F9" w:rsidRPr="007638B2">
        <w:rPr>
          <w:i/>
          <w:iCs/>
          <w:sz w:val="18"/>
          <w:szCs w:val="44"/>
          <w:lang w:val="es-MX"/>
        </w:rPr>
        <w:t>________________________</w:t>
      </w:r>
      <w:r w:rsidR="005C2319">
        <w:rPr>
          <w:i/>
          <w:iCs/>
          <w:sz w:val="18"/>
          <w:szCs w:val="44"/>
          <w:lang w:val="es-MX"/>
        </w:rPr>
        <w:t>________________</w:t>
      </w:r>
      <w:r w:rsidR="009575F9" w:rsidRPr="007638B2">
        <w:rPr>
          <w:i/>
          <w:iCs/>
          <w:sz w:val="18"/>
          <w:szCs w:val="44"/>
          <w:lang w:val="es-MX"/>
        </w:rPr>
        <w:t>___________________________________________</w:t>
      </w:r>
    </w:p>
    <w:p w14:paraId="095BF079" w14:textId="35FD6DEC" w:rsidR="00561F9F" w:rsidRPr="00561F9F" w:rsidRDefault="00561F9F" w:rsidP="003E3704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561F9F">
        <w:rPr>
          <w:b/>
          <w:bCs/>
          <w:i/>
          <w:iCs/>
          <w:sz w:val="18"/>
          <w:szCs w:val="44"/>
          <w:lang w:val="es-MX"/>
        </w:rPr>
        <w:t>DATOS DE FORMALIZACIÓN DE LA REVOCACIÓN</w:t>
      </w:r>
    </w:p>
    <w:p w14:paraId="3D9409BE" w14:textId="756A4813" w:rsidR="003E3704" w:rsidRPr="003E3704" w:rsidRDefault="003E3704" w:rsidP="003E3704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3E3704">
        <w:rPr>
          <w:b/>
          <w:bCs/>
          <w:i/>
          <w:iCs/>
          <w:sz w:val="18"/>
          <w:szCs w:val="44"/>
          <w:lang w:val="es-MX"/>
        </w:rPr>
        <w:t>Lugar: __________________________________________________________________________</w:t>
      </w:r>
    </w:p>
    <w:p w14:paraId="73468175" w14:textId="77777777" w:rsidR="003E3704" w:rsidRPr="003E3704" w:rsidRDefault="003E3704" w:rsidP="003E3704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3E3704">
        <w:rPr>
          <w:b/>
          <w:bCs/>
          <w:i/>
          <w:iCs/>
          <w:sz w:val="18"/>
          <w:szCs w:val="44"/>
          <w:lang w:val="es-MX"/>
        </w:rPr>
        <w:t>Fecha: ______ / ______ / 20____</w:t>
      </w:r>
    </w:p>
    <w:p w14:paraId="72E1519F" w14:textId="04E13FAE" w:rsidR="003E3704" w:rsidRDefault="003E3704" w:rsidP="003E3704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3E3704">
        <w:rPr>
          <w:b/>
          <w:bCs/>
          <w:i/>
          <w:iCs/>
          <w:sz w:val="18"/>
          <w:szCs w:val="44"/>
          <w:lang w:val="es-MX"/>
        </w:rPr>
        <w:t>Nombre completo del/de la participante:</w:t>
      </w:r>
      <w:r w:rsidR="00B42324" w:rsidRPr="00B42324">
        <w:rPr>
          <w:b/>
          <w:bCs/>
          <w:i/>
          <w:iCs/>
          <w:sz w:val="18"/>
          <w:szCs w:val="44"/>
          <w:lang w:val="es-MX"/>
        </w:rPr>
        <w:t xml:space="preserve"> </w:t>
      </w:r>
      <w:r w:rsidR="00B42324" w:rsidRPr="003E3704">
        <w:rPr>
          <w:b/>
          <w:bCs/>
          <w:i/>
          <w:iCs/>
          <w:sz w:val="18"/>
          <w:szCs w:val="44"/>
          <w:lang w:val="es-MX"/>
        </w:rPr>
        <w:t>________________________________________________________________________</w:t>
      </w:r>
    </w:p>
    <w:p w14:paraId="01C9E8A4" w14:textId="5054AC29" w:rsidR="00B42324" w:rsidRDefault="00B42324" w:rsidP="003E3704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B42324">
        <w:rPr>
          <w:b/>
          <w:bCs/>
          <w:i/>
          <w:iCs/>
          <w:sz w:val="18"/>
          <w:szCs w:val="44"/>
          <w:lang w:val="es-MX"/>
        </w:rPr>
        <w:t xml:space="preserve">Firma del/de la participante: </w:t>
      </w:r>
      <w:r w:rsidRPr="003E3704">
        <w:rPr>
          <w:b/>
          <w:bCs/>
          <w:i/>
          <w:iCs/>
          <w:sz w:val="18"/>
          <w:szCs w:val="44"/>
          <w:lang w:val="es-MX"/>
        </w:rPr>
        <w:t>________________________________________________________________________</w:t>
      </w:r>
    </w:p>
    <w:p w14:paraId="30312A40" w14:textId="77777777" w:rsidR="00561F9F" w:rsidRDefault="00561F9F" w:rsidP="00561F9F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</w:p>
    <w:p w14:paraId="6122DBCB" w14:textId="23DEAA1F" w:rsidR="00561F9F" w:rsidRPr="00561F9F" w:rsidRDefault="00561F9F" w:rsidP="00561F9F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561F9F">
        <w:rPr>
          <w:b/>
          <w:bCs/>
          <w:i/>
          <w:iCs/>
          <w:sz w:val="18"/>
          <w:szCs w:val="44"/>
          <w:lang w:val="es-MX"/>
        </w:rPr>
        <w:t>RECEPCIÓN DE LA REVOCACIÓN</w:t>
      </w:r>
    </w:p>
    <w:p w14:paraId="1156F029" w14:textId="4E8E43E6" w:rsidR="00561F9F" w:rsidRPr="00561F9F" w:rsidRDefault="00561F9F" w:rsidP="00561F9F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561F9F">
        <w:rPr>
          <w:b/>
          <w:bCs/>
          <w:i/>
          <w:iCs/>
          <w:sz w:val="18"/>
          <w:szCs w:val="44"/>
          <w:lang w:val="es-MX"/>
        </w:rPr>
        <w:t xml:space="preserve">Nombre de la persona que recibe la revocación del </w:t>
      </w:r>
      <w:r w:rsidR="002A1687">
        <w:rPr>
          <w:b/>
          <w:bCs/>
          <w:i/>
          <w:iCs/>
          <w:sz w:val="18"/>
          <w:szCs w:val="44"/>
          <w:lang w:val="es-MX"/>
        </w:rPr>
        <w:t>c</w:t>
      </w:r>
      <w:r w:rsidRPr="00561F9F">
        <w:rPr>
          <w:b/>
          <w:bCs/>
          <w:i/>
          <w:iCs/>
          <w:sz w:val="18"/>
          <w:szCs w:val="44"/>
          <w:lang w:val="es-MX"/>
        </w:rPr>
        <w:t xml:space="preserve">onsentimiento </w:t>
      </w:r>
      <w:r w:rsidR="002A1687">
        <w:rPr>
          <w:b/>
          <w:bCs/>
          <w:i/>
          <w:iCs/>
          <w:sz w:val="18"/>
          <w:szCs w:val="44"/>
          <w:lang w:val="es-MX"/>
        </w:rPr>
        <w:t>i</w:t>
      </w:r>
      <w:r w:rsidRPr="00561F9F">
        <w:rPr>
          <w:b/>
          <w:bCs/>
          <w:i/>
          <w:iCs/>
          <w:sz w:val="18"/>
          <w:szCs w:val="44"/>
          <w:lang w:val="es-MX"/>
        </w:rPr>
        <w:t xml:space="preserve">nformado: </w:t>
      </w:r>
    </w:p>
    <w:p w14:paraId="4F482092" w14:textId="77777777" w:rsidR="00561F9F" w:rsidRPr="00561F9F" w:rsidRDefault="003C53C9" w:rsidP="00561F9F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>
        <w:rPr>
          <w:b/>
          <w:bCs/>
          <w:i/>
          <w:iCs/>
          <w:sz w:val="18"/>
          <w:szCs w:val="44"/>
          <w:lang w:val="es-MX"/>
        </w:rPr>
        <w:pict w14:anchorId="6B596FCC">
          <v:rect id="_x0000_i1026" style="width:0;height:1.5pt" o:hralign="center" o:hrstd="t" o:hr="t" fillcolor="#a0a0a0" stroked="f"/>
        </w:pict>
      </w:r>
    </w:p>
    <w:p w14:paraId="1D166C6A" w14:textId="77777777" w:rsidR="00561F9F" w:rsidRPr="00561F9F" w:rsidRDefault="00561F9F" w:rsidP="00561F9F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561F9F">
        <w:rPr>
          <w:b/>
          <w:bCs/>
          <w:i/>
          <w:iCs/>
          <w:sz w:val="18"/>
          <w:szCs w:val="44"/>
          <w:lang w:val="es-MX"/>
        </w:rPr>
        <w:t>Firma: ___________________________________________________________________________</w:t>
      </w:r>
    </w:p>
    <w:p w14:paraId="0049DD27" w14:textId="77777777" w:rsidR="00561F9F" w:rsidRPr="00561F9F" w:rsidRDefault="00561F9F" w:rsidP="00561F9F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561F9F">
        <w:rPr>
          <w:b/>
          <w:bCs/>
          <w:i/>
          <w:iCs/>
          <w:sz w:val="18"/>
          <w:szCs w:val="44"/>
          <w:lang w:val="es-MX"/>
        </w:rPr>
        <w:t>Fecha de recepción: ______ / ______ / 20____</w:t>
      </w:r>
    </w:p>
    <w:p w14:paraId="2CB5CEF3" w14:textId="21A4DF4C" w:rsidR="00561F9F" w:rsidRPr="00561F9F" w:rsidRDefault="00561F9F" w:rsidP="00561F9F">
      <w:pPr>
        <w:spacing w:line="240" w:lineRule="auto"/>
        <w:jc w:val="both"/>
        <w:rPr>
          <w:b/>
          <w:bCs/>
          <w:i/>
          <w:iCs/>
          <w:sz w:val="18"/>
          <w:szCs w:val="44"/>
          <w:lang w:val="es-MX"/>
        </w:rPr>
      </w:pPr>
      <w:r w:rsidRPr="00561F9F">
        <w:rPr>
          <w:b/>
          <w:bCs/>
          <w:i/>
          <w:iCs/>
          <w:sz w:val="18"/>
          <w:szCs w:val="44"/>
          <w:lang w:val="es-MX"/>
        </w:rPr>
        <w:t>Observaciones, en caso de ser necesarias:</w:t>
      </w:r>
      <w:r w:rsidR="006771B7">
        <w:rPr>
          <w:b/>
          <w:bCs/>
          <w:i/>
          <w:iCs/>
          <w:sz w:val="18"/>
          <w:szCs w:val="44"/>
          <w:lang w:val="es-MX"/>
        </w:rPr>
        <w:t xml:space="preserve"> </w:t>
      </w:r>
      <w:r w:rsidR="006771B7" w:rsidRPr="003E3704">
        <w:rPr>
          <w:b/>
          <w:bCs/>
          <w:i/>
          <w:iCs/>
          <w:sz w:val="18"/>
          <w:szCs w:val="44"/>
          <w:lang w:val="es-MX"/>
        </w:rPr>
        <w:t>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62"/>
      </w:tblGrid>
      <w:tr w:rsidR="00957B53" w:rsidRPr="007638B2" w14:paraId="2E8C5042" w14:textId="77777777">
        <w:tc>
          <w:tcPr>
            <w:tcW w:w="11462" w:type="dxa"/>
            <w:tcBorders>
              <w:top w:val="single" w:sz="4" w:space="0" w:color="30343A"/>
              <w:left w:val="single" w:sz="4" w:space="0" w:color="30343A"/>
              <w:bottom w:val="single" w:sz="4" w:space="0" w:color="30343A"/>
              <w:right w:val="single" w:sz="4" w:space="0" w:color="30343A"/>
            </w:tcBorders>
            <w:shd w:val="clear" w:color="auto" w:fill="F7F8F9"/>
            <w:tcMar>
              <w:top w:w="2" w:type="dxa"/>
              <w:left w:w="5" w:type="dxa"/>
              <w:bottom w:w="2" w:type="dxa"/>
              <w:right w:w="5" w:type="dxa"/>
            </w:tcMar>
          </w:tcPr>
          <w:p w14:paraId="48F9B472" w14:textId="5002D199" w:rsidR="00957B53" w:rsidRPr="007638B2" w:rsidRDefault="009575F9" w:rsidP="002A1687">
            <w:pPr>
              <w:spacing w:line="240" w:lineRule="auto"/>
              <w:jc w:val="both"/>
              <w:rPr>
                <w:i/>
                <w:iCs/>
                <w:sz w:val="20"/>
                <w:szCs w:val="44"/>
              </w:rPr>
            </w:pPr>
            <w:r w:rsidRPr="007638B2">
              <w:rPr>
                <w:b/>
                <w:i/>
                <w:iCs/>
                <w:color w:val="30343A"/>
                <w:sz w:val="18"/>
                <w:szCs w:val="44"/>
                <w:lang w:val="es-MX"/>
              </w:rPr>
              <w:t xml:space="preserve">NOTA: </w:t>
            </w:r>
            <w:r w:rsidRPr="007638B2">
              <w:rPr>
                <w:i/>
                <w:iCs/>
                <w:sz w:val="18"/>
                <w:szCs w:val="44"/>
                <w:lang w:val="es-MX"/>
              </w:rPr>
              <w:t xml:space="preserve">Este documento es solo una guía con lo mínimo necesario que se requiere; el/la </w:t>
            </w:r>
            <w:r w:rsidR="002A1687">
              <w:rPr>
                <w:i/>
                <w:iCs/>
                <w:sz w:val="18"/>
                <w:szCs w:val="44"/>
                <w:lang w:val="es-MX"/>
              </w:rPr>
              <w:t>i</w:t>
            </w:r>
            <w:r w:rsidRPr="007638B2">
              <w:rPr>
                <w:i/>
                <w:iCs/>
                <w:sz w:val="18"/>
                <w:szCs w:val="44"/>
                <w:lang w:val="es-MX"/>
              </w:rPr>
              <w:t xml:space="preserve">nvestigador(a) </w:t>
            </w:r>
            <w:r w:rsidR="002A1687">
              <w:rPr>
                <w:i/>
                <w:iCs/>
                <w:sz w:val="18"/>
                <w:szCs w:val="44"/>
                <w:lang w:val="es-MX"/>
              </w:rPr>
              <w:t>p</w:t>
            </w:r>
            <w:r w:rsidRPr="007638B2">
              <w:rPr>
                <w:i/>
                <w:iCs/>
                <w:sz w:val="18"/>
                <w:szCs w:val="44"/>
                <w:lang w:val="es-MX"/>
              </w:rPr>
              <w:t xml:space="preserve">rincipal deberá adecuarlo al caso particular. Adaptación de la guía de ejemplo de </w:t>
            </w:r>
            <w:r w:rsidR="002A1687">
              <w:rPr>
                <w:i/>
                <w:iCs/>
                <w:sz w:val="18"/>
                <w:szCs w:val="44"/>
                <w:lang w:val="es-MX"/>
              </w:rPr>
              <w:t>c</w:t>
            </w:r>
            <w:r w:rsidRPr="007638B2">
              <w:rPr>
                <w:i/>
                <w:iCs/>
                <w:sz w:val="18"/>
                <w:szCs w:val="44"/>
                <w:lang w:val="es-MX"/>
              </w:rPr>
              <w:t xml:space="preserve">onsentimiento informado para menores de edad e incapaces, Comités de Investigación y Ética de la Investigación, Facultad de Medicina, Universidad Nacional Autónoma de México, [Internet], consultado el 13 de noviembre de 2024. </w:t>
            </w:r>
            <w:r w:rsidRPr="007638B2">
              <w:rPr>
                <w:i/>
                <w:iCs/>
                <w:sz w:val="18"/>
                <w:szCs w:val="44"/>
              </w:rPr>
              <w:t xml:space="preserve">Disponible </w:t>
            </w:r>
            <w:proofErr w:type="spellStart"/>
            <w:r w:rsidRPr="007638B2">
              <w:rPr>
                <w:i/>
                <w:iCs/>
                <w:sz w:val="18"/>
                <w:szCs w:val="44"/>
              </w:rPr>
              <w:t>en</w:t>
            </w:r>
            <w:proofErr w:type="spellEnd"/>
            <w:r w:rsidRPr="007638B2">
              <w:rPr>
                <w:i/>
                <w:iCs/>
                <w:sz w:val="18"/>
                <w:szCs w:val="44"/>
              </w:rPr>
              <w:t xml:space="preserve">: </w:t>
            </w:r>
            <w:hyperlink r:id="rId8" w:history="1">
              <w:r w:rsidR="003512EB" w:rsidRPr="00970E91">
                <w:rPr>
                  <w:rStyle w:val="Hipervnculo"/>
                  <w:i/>
                  <w:iCs/>
                  <w:sz w:val="18"/>
                  <w:szCs w:val="44"/>
                </w:rPr>
                <w:t>https://di.facmed.unam.mx/etica.php</w:t>
              </w:r>
            </w:hyperlink>
            <w:r w:rsidR="003512EB">
              <w:rPr>
                <w:i/>
                <w:iCs/>
                <w:sz w:val="18"/>
                <w:szCs w:val="44"/>
              </w:rPr>
              <w:t xml:space="preserve">; </w:t>
            </w:r>
          </w:p>
        </w:tc>
      </w:tr>
    </w:tbl>
    <w:p w14:paraId="4C31CBCB" w14:textId="77777777" w:rsidR="00E35DF8" w:rsidRDefault="009575F9" w:rsidP="003512EB">
      <w:pPr>
        <w:spacing w:line="240" w:lineRule="auto"/>
        <w:jc w:val="right"/>
        <w:rPr>
          <w:b/>
          <w:i/>
          <w:iCs/>
          <w:color w:val="30343A"/>
          <w:sz w:val="18"/>
          <w:szCs w:val="44"/>
          <w:lang w:val="es-MX"/>
        </w:rPr>
      </w:pPr>
      <w:r w:rsidRPr="007638B2">
        <w:rPr>
          <w:b/>
          <w:i/>
          <w:iCs/>
          <w:color w:val="30343A"/>
          <w:sz w:val="18"/>
          <w:szCs w:val="44"/>
          <w:lang w:val="es-MX"/>
        </w:rPr>
        <w:t>Comité de Ética e Investigación de la Facultad de Estomatología (CEIFE-BUAP)</w:t>
      </w:r>
    </w:p>
    <w:p w14:paraId="57EFBB75" w14:textId="1B594ED4" w:rsidR="00957B53" w:rsidRPr="007638B2" w:rsidRDefault="009575F9" w:rsidP="003512EB">
      <w:pPr>
        <w:spacing w:line="240" w:lineRule="auto"/>
        <w:jc w:val="right"/>
        <w:rPr>
          <w:i/>
          <w:iCs/>
          <w:sz w:val="20"/>
          <w:szCs w:val="44"/>
          <w:lang w:val="es-MX"/>
        </w:rPr>
      </w:pPr>
      <w:r w:rsidRPr="007638B2">
        <w:rPr>
          <w:b/>
          <w:i/>
          <w:iCs/>
          <w:color w:val="30343A"/>
          <w:sz w:val="18"/>
          <w:szCs w:val="44"/>
          <w:lang w:val="es-MX"/>
        </w:rPr>
        <w:t xml:space="preserve"> · Este estudio fue revisado y aprobado conforme a los principios éticos internacionales.</w:t>
      </w:r>
    </w:p>
    <w:sectPr w:rsidR="00957B53" w:rsidRPr="007638B2" w:rsidSect="003C53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7" w:right="389" w:bottom="317" w:left="389" w:header="709" w:footer="4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E116D" w14:textId="77777777" w:rsidR="002E75C2" w:rsidRDefault="002E75C2">
      <w:pPr>
        <w:spacing w:line="240" w:lineRule="auto"/>
      </w:pPr>
      <w:r>
        <w:separator/>
      </w:r>
    </w:p>
  </w:endnote>
  <w:endnote w:type="continuationSeparator" w:id="0">
    <w:p w14:paraId="51604EC8" w14:textId="77777777" w:rsidR="002E75C2" w:rsidRDefault="002E75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0FF5C" w14:textId="77777777" w:rsidR="00A3740A" w:rsidRDefault="00A374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DE677" w14:textId="77777777" w:rsidR="00316059" w:rsidRPr="003A7E7B" w:rsidRDefault="00316059" w:rsidP="00316059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Revisado y autorizado. </w:t>
    </w:r>
  </w:p>
  <w:p w14:paraId="1CEF1F53" w14:textId="77777777" w:rsidR="00316059" w:rsidRPr="003A7E7B" w:rsidRDefault="00316059" w:rsidP="00316059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de Ética e Revisado y autorizado. </w:t>
    </w:r>
  </w:p>
  <w:p w14:paraId="1C91808E" w14:textId="77777777" w:rsidR="00316059" w:rsidRPr="003A7E7B" w:rsidRDefault="00316059" w:rsidP="00316059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de Ética e Investigación de la Facultad de Estomatología, </w:t>
    </w:r>
  </w:p>
  <w:p w14:paraId="14FD936B" w14:textId="77777777" w:rsidR="00316059" w:rsidRPr="003A7E7B" w:rsidRDefault="00316059" w:rsidP="00316059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Secretaría de Investigación y Estudios de Posgrado </w:t>
    </w:r>
  </w:p>
  <w:p w14:paraId="5F0D1C74" w14:textId="77777777" w:rsidR="00316059" w:rsidRPr="003A7E7B" w:rsidRDefault="00316059" w:rsidP="00316059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Facultad de Estomatología</w:t>
    </w:r>
  </w:p>
  <w:p w14:paraId="15096AE8" w14:textId="77777777" w:rsidR="00316059" w:rsidRPr="003A7E7B" w:rsidRDefault="00316059" w:rsidP="00316059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Benemérita Universidad Autónoma de Puebla</w:t>
    </w:r>
  </w:p>
  <w:p w14:paraId="239C7E01" w14:textId="1E848320" w:rsidR="00957B53" w:rsidRPr="00316059" w:rsidRDefault="00316059" w:rsidP="00316059">
    <w:pPr>
      <w:pStyle w:val="Piedepgina"/>
      <w:ind w:right="321"/>
      <w:jc w:val="right"/>
    </w:pPr>
    <w:r>
      <w:rPr>
        <w:rFonts w:ascii="Times New Roman" w:eastAsia="Times New Roman" w:hAnsi="Times New Roman" w:cs="Times New Roman"/>
        <w:sz w:val="20"/>
      </w:rPr>
      <w:tab/>
      <w:t xml:space="preserve">          </w:t>
    </w:r>
    <w:r w:rsidRPr="00BE522A">
      <w:rPr>
        <w:rFonts w:ascii="Bookman Old Style" w:hAnsi="Bookman Old Style"/>
        <w:i/>
        <w:sz w:val="18"/>
        <w:szCs w:val="20"/>
      </w:rPr>
      <w:t xml:space="preserve">Página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PAGE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  <w:r w:rsidRPr="00BE522A">
      <w:rPr>
        <w:rFonts w:ascii="Bookman Old Style" w:hAnsi="Bookman Old Style"/>
        <w:i/>
        <w:sz w:val="18"/>
        <w:szCs w:val="20"/>
      </w:rPr>
      <w:t xml:space="preserve"> de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NUMPAGES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2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F2C3" w14:textId="77777777" w:rsidR="00A3740A" w:rsidRDefault="00A374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B31A2" w14:textId="77777777" w:rsidR="002E75C2" w:rsidRDefault="002E75C2">
      <w:pPr>
        <w:spacing w:line="240" w:lineRule="auto"/>
      </w:pPr>
      <w:r>
        <w:separator/>
      </w:r>
    </w:p>
  </w:footnote>
  <w:footnote w:type="continuationSeparator" w:id="0">
    <w:p w14:paraId="0A94D698" w14:textId="77777777" w:rsidR="002E75C2" w:rsidRDefault="002E75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AE0A6" w14:textId="77777777" w:rsidR="00A3740A" w:rsidRDefault="00A374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BC61" w14:textId="77777777" w:rsidR="00A3740A" w:rsidRPr="003C53C9" w:rsidRDefault="00A3740A" w:rsidP="003C53C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9BBE" w14:textId="77777777" w:rsidR="00A3740A" w:rsidRDefault="00A374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5050325">
    <w:abstractNumId w:val="8"/>
  </w:num>
  <w:num w:numId="2" w16cid:durableId="956722176">
    <w:abstractNumId w:val="6"/>
  </w:num>
  <w:num w:numId="3" w16cid:durableId="1422995116">
    <w:abstractNumId w:val="5"/>
  </w:num>
  <w:num w:numId="4" w16cid:durableId="54204296">
    <w:abstractNumId w:val="4"/>
  </w:num>
  <w:num w:numId="5" w16cid:durableId="1807775328">
    <w:abstractNumId w:val="7"/>
  </w:num>
  <w:num w:numId="6" w16cid:durableId="949355806">
    <w:abstractNumId w:val="3"/>
  </w:num>
  <w:num w:numId="7" w16cid:durableId="2040620044">
    <w:abstractNumId w:val="2"/>
  </w:num>
  <w:num w:numId="8" w16cid:durableId="1494294830">
    <w:abstractNumId w:val="1"/>
  </w:num>
  <w:num w:numId="9" w16cid:durableId="59632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71A"/>
    <w:rsid w:val="0003434D"/>
    <w:rsid w:val="00034616"/>
    <w:rsid w:val="0006063C"/>
    <w:rsid w:val="00090FF0"/>
    <w:rsid w:val="000A3110"/>
    <w:rsid w:val="000B5B4D"/>
    <w:rsid w:val="000D581B"/>
    <w:rsid w:val="0011614F"/>
    <w:rsid w:val="0015074B"/>
    <w:rsid w:val="001528F8"/>
    <w:rsid w:val="00187BEE"/>
    <w:rsid w:val="0029639D"/>
    <w:rsid w:val="002A1687"/>
    <w:rsid w:val="002A35B4"/>
    <w:rsid w:val="002E75C2"/>
    <w:rsid w:val="00316059"/>
    <w:rsid w:val="00326F90"/>
    <w:rsid w:val="003512EB"/>
    <w:rsid w:val="00355464"/>
    <w:rsid w:val="00373A7C"/>
    <w:rsid w:val="00382194"/>
    <w:rsid w:val="003927BA"/>
    <w:rsid w:val="003B1637"/>
    <w:rsid w:val="003C53C9"/>
    <w:rsid w:val="003E3704"/>
    <w:rsid w:val="003F44FB"/>
    <w:rsid w:val="00402A88"/>
    <w:rsid w:val="0042505B"/>
    <w:rsid w:val="004666E6"/>
    <w:rsid w:val="00474AA4"/>
    <w:rsid w:val="00514DFD"/>
    <w:rsid w:val="00521DDE"/>
    <w:rsid w:val="005313DA"/>
    <w:rsid w:val="00533592"/>
    <w:rsid w:val="00561F9F"/>
    <w:rsid w:val="005C2319"/>
    <w:rsid w:val="005F2CC0"/>
    <w:rsid w:val="00622C72"/>
    <w:rsid w:val="00644A19"/>
    <w:rsid w:val="006771B7"/>
    <w:rsid w:val="006804E0"/>
    <w:rsid w:val="00693784"/>
    <w:rsid w:val="00760100"/>
    <w:rsid w:val="007638B2"/>
    <w:rsid w:val="00783E3E"/>
    <w:rsid w:val="00786AF6"/>
    <w:rsid w:val="007B075E"/>
    <w:rsid w:val="007C3078"/>
    <w:rsid w:val="00802600"/>
    <w:rsid w:val="0080701C"/>
    <w:rsid w:val="0087326B"/>
    <w:rsid w:val="0088337E"/>
    <w:rsid w:val="008F0E25"/>
    <w:rsid w:val="0091466D"/>
    <w:rsid w:val="00914728"/>
    <w:rsid w:val="00916112"/>
    <w:rsid w:val="009575F9"/>
    <w:rsid w:val="00957B53"/>
    <w:rsid w:val="00964F33"/>
    <w:rsid w:val="00972BDE"/>
    <w:rsid w:val="009A5870"/>
    <w:rsid w:val="00A322F2"/>
    <w:rsid w:val="00A3711C"/>
    <w:rsid w:val="00A3740A"/>
    <w:rsid w:val="00AA1D8D"/>
    <w:rsid w:val="00AA782D"/>
    <w:rsid w:val="00AC0ED2"/>
    <w:rsid w:val="00AC144F"/>
    <w:rsid w:val="00AC4E9A"/>
    <w:rsid w:val="00B102D2"/>
    <w:rsid w:val="00B37C7A"/>
    <w:rsid w:val="00B42324"/>
    <w:rsid w:val="00B47730"/>
    <w:rsid w:val="00B57439"/>
    <w:rsid w:val="00B706E0"/>
    <w:rsid w:val="00B75104"/>
    <w:rsid w:val="00B90993"/>
    <w:rsid w:val="00B93A21"/>
    <w:rsid w:val="00BE551C"/>
    <w:rsid w:val="00BF187C"/>
    <w:rsid w:val="00C10E38"/>
    <w:rsid w:val="00C23051"/>
    <w:rsid w:val="00C23B9B"/>
    <w:rsid w:val="00C26E6F"/>
    <w:rsid w:val="00C75B91"/>
    <w:rsid w:val="00C9207E"/>
    <w:rsid w:val="00CB0664"/>
    <w:rsid w:val="00CC2360"/>
    <w:rsid w:val="00CE4795"/>
    <w:rsid w:val="00D000EE"/>
    <w:rsid w:val="00D554C8"/>
    <w:rsid w:val="00D82D86"/>
    <w:rsid w:val="00DB063C"/>
    <w:rsid w:val="00DC4F6C"/>
    <w:rsid w:val="00DD63DE"/>
    <w:rsid w:val="00DF03B4"/>
    <w:rsid w:val="00E06113"/>
    <w:rsid w:val="00E30031"/>
    <w:rsid w:val="00E35DF8"/>
    <w:rsid w:val="00E62E25"/>
    <w:rsid w:val="00EC3CCE"/>
    <w:rsid w:val="00EE55D0"/>
    <w:rsid w:val="00F21F89"/>
    <w:rsid w:val="00FC693F"/>
    <w:rsid w:val="00FE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062061"/>
  <w14:defaultImageDpi w14:val="300"/>
  <w15:docId w15:val="{A3DB7FFD-6C04-48C9-A273-09ED1319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158" w:lineRule="auto"/>
    </w:pPr>
    <w:rPr>
      <w:rFonts w:ascii="Aptos" w:hAnsi="Aptos"/>
      <w:color w:val="25282B"/>
      <w:sz w:val="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5F2CC0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512E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51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.facmed.unam.mx/etica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1480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Yaneth</cp:lastModifiedBy>
  <cp:revision>102</cp:revision>
  <dcterms:created xsi:type="dcterms:W3CDTF">2013-12-23T23:15:00Z</dcterms:created>
  <dcterms:modified xsi:type="dcterms:W3CDTF">2026-10-12T17:04:00Z</dcterms:modified>
  <cp:category/>
</cp:coreProperties>
</file>